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דף סיכום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B87900"/>
          <w:sz w:val="44"/>
          <w:szCs w:val="44"/>
          <w:rtl/>
        </w:rPr>
        <w:t>האקלים בישראל: אזור ים-תיכוני ואזור מדברי, עונות וגשם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B87900"/>
          <w:sz w:val="24"/>
          <w:szCs w:val="24"/>
          <w:rtl/>
        </w:rPr>
        <w:t>דף סיכום: האקלים בישראל – שני אזורים ושתי עונות עיקריות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4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B87900"/>
          <w:sz w:val="28"/>
          <w:szCs w:val="28"/>
          <w:rtl/>
        </w:rPr>
        <w:t>◆ מזג אוויר או אקלים?</w:t>
      </w:r>
    </w:p>
    <w:p>
      <w:pPr>
        <w:bidi/>
        <w:spacing w:before="0" w:after="20"/>
      </w:pPr>
      <w:r>
        <w:rPr>
          <w:rtl/>
        </w:rPr>
        <w:t>1. מזג אוויר – מה שקורה עכשיו או השבוע.</w:t>
      </w:r>
    </w:p>
    <w:p>
      <w:pPr>
        <w:bidi/>
        <w:spacing w:before="0" w:after="20"/>
      </w:pPr>
      <w:r>
        <w:rPr>
          <w:rtl/>
        </w:rPr>
        <w:t>2. אקלים – מזג האוויר הרגיל במשך שנים רבות.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B87900"/>
          <w:sz w:val="28"/>
          <w:szCs w:val="28"/>
          <w:rtl/>
        </w:rPr>
        <w:t>◆ שני אזורי אקלים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אקלים ים-תיכוני</w:t>
            </w:r>
          </w:p>
        </w:tc>
        <w:tc>
          <w:tcPr>
            <w:tcW w:type="dxa" w:w="3326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אקלים מדברי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איפה?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 הארץ ומרכזה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הנגב והערבה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קיץ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חם ויבש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חם מאוד ויבש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חורף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נוח וגשום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מעט מאוד גשם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צמחייה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חורש, יערות, שדות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צמחים מעטים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David" w:hAnsi="David" w:cs="David"/>
          <w:b/>
          <w:bCs/>
          <w:color w:val="B87900"/>
          <w:sz w:val="28"/>
          <w:szCs w:val="28"/>
          <w:rtl/>
        </w:rPr>
        <w:t>◆ כמות הגשם</w:t>
      </w:r>
    </w:p>
    <w:p>
      <w:pPr>
        <w:bidi/>
        <w:spacing w:before="0" w:after="20"/>
      </w:pPr>
      <w:r>
        <w:rPr>
          <w:rtl/>
        </w:rPr>
        <w:t>1. פוחתת מצפון לדרום.</w:t>
      </w:r>
    </w:p>
    <w:p>
      <w:pPr>
        <w:bidi/>
        <w:spacing w:before="0" w:after="20"/>
      </w:pPr>
      <w:r>
        <w:rPr>
          <w:rtl/>
        </w:rPr>
        <w:t>2. בהרים – יותר גשם; בבקעת הירדן – פחות.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צפון – רטוב יותר, דרום – יבש יותר. ובכל הארץ: גשם בחורף, יובש בקיץ.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היכן יורד יותר גשם, בגליל או בנגב? ___</w:t>
      </w:r>
    </w:p>
    <w:p>
      <w:pPr>
        <w:bidi/>
        <w:spacing w:before="0" w:after="20"/>
      </w:pPr>
      <w:r>
        <w:rPr>
          <w:rtl/>
        </w:rPr>
        <w:t>1. כמות הגשם פוחתת מצפון לדרום.</w:t>
      </w:r>
    </w:p>
    <w:p>
      <w:pPr>
        <w:bidi/>
        <w:spacing w:before="0" w:after="20"/>
      </w:pPr>
      <w:r>
        <w:rPr>
          <w:rtl/>
        </w:rPr>
        <w:t>2. הגליל בצפון והנגב בדרום.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בגליל</w:t>
      </w:r>
    </w:p>
    <w:p>
      <w:pPr>
        <w:bidi/>
        <w:spacing w:before="120" w:after="80"/>
      </w:pPr>
      <w:r>
        <w:rPr>
          <w:rFonts w:ascii="David" w:hAnsi="David" w:cs="David"/>
          <w:b/>
          <w:bCs/>
          <w:color w:val="B87900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</w:pPr>
      <w:r>
        <w:rPr>
          <w:rtl/>
        </w:rPr>
        <w:t>א. הקיץ באקלים הים-תיכוני חם ו__________.</w:t>
      </w:r>
    </w:p>
    <w:p>
      <w:pPr>
        <w:bidi/>
        <w:spacing w:before="0" w:after="60"/>
      </w:pPr>
      <w:r>
        <w:rPr>
          <w:rtl/>
        </w:rPr>
        <w:t>ב. בנגב האקלים __________.</w:t>
      </w:r>
    </w:p>
    <w:p>
      <w:pPr>
        <w:bidi/>
        <w:spacing w:before="0" w:after="60"/>
      </w:pPr>
      <w:r>
        <w:rPr>
          <w:rtl/>
        </w:rPr>
        <w:t>ג. כמות הגשם פוחתת מ__________ לדרום.</w:t>
      </w:r>
    </w:p>
    <w:p>
      <w:pPr>
        <w:bidi/>
        <w:spacing w:before="0" w:after="60"/>
      </w:pPr>
      <w:r>
        <w:rPr>
          <w:rtl/>
        </w:rPr>
        <w:t>ד. «היום יורד גשם» הוא תיאור של __________ אוויר.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יבש · ב. מדברי · ג. צפון · ד. מזג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18A00"/>
        <w:left w:val="single" w:sz="18" w:space="22" w:color="D18A00"/>
        <w:bottom w:val="single" w:sz="18" w:space="22" w:color="D18A00"/>
        <w:right w:val="single" w:sz="18" w:space="22" w:color="D18A0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