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כיתה ד'   |   דף עבודה</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Arial Black" w:hAnsi="Arial Black" w:cs="Arial Black"/>
          <w:b/>
          <w:bCs/>
          <w:color w:val="B87900"/>
          <w:sz w:val="44"/>
          <w:szCs w:val="44"/>
          <w:rtl/>
        </w:rPr>
        <w:t>האקלים בישראל: אזור ים-תיכוני ואזור מדברי, עונות וגשם</w:t>
      </w:r>
    </w:p>
    <w:p>
      <w:pPr>
        <w:bidi/>
        <w:spacing w:before="160" w:after="60"/>
      </w:pPr>
      <w:r>
        <w:rPr>
          <w:b/>
          <w:bCs/>
          <w:sz w:val="26"/>
          <w:szCs w:val="26"/>
          <w:rtl/>
        </w:rPr>
        <w:t>1. השלימו מן המחסן.</w:t>
      </w:r>
    </w:p>
    <w:p>
      <w:pPr>
        <w:bidi/>
        <w:spacing w:before="0" w:after="80"/>
      </w:pPr>
      <w:r>
        <w:rPr>
          <w:color w:val="B87900"/>
          <w:sz w:val="24"/>
          <w:szCs w:val="24"/>
          <w:rtl/>
        </w:rPr>
        <w:t>מחסן מילים: אקלים  |  יבש  |  חורף  |  מדברי  |  קיץ</w:t>
      </w:r>
    </w:p>
    <w:p>
      <w:pPr>
        <w:bidi/>
        <w:spacing w:before="0" w:after="60"/>
      </w:pPr>
      <w:r>
        <w:rPr>
          <w:rtl/>
        </w:rPr>
        <w:t>א. מזג האוויר הרגיל של מקום במשך שנים רבות נקרא __________.</w:t>
      </w:r>
    </w:p>
    <w:p>
      <w:pPr>
        <w:bidi/>
        <w:spacing w:before="0" w:after="60"/>
      </w:pPr>
      <w:r>
        <w:rPr>
          <w:rtl/>
        </w:rPr>
        <w:t>ב. באקלים ים-תיכוני הקיץ חם ו__________.</w:t>
      </w:r>
    </w:p>
    <w:p>
      <w:pPr>
        <w:bidi/>
        <w:spacing w:before="0" w:after="60"/>
      </w:pPr>
      <w:r>
        <w:rPr>
          <w:rtl/>
        </w:rPr>
        <w:t>ג. באקלים ים-תיכוני הגשם יורד בעיקר ב__________.</w:t>
      </w:r>
    </w:p>
    <w:p>
      <w:pPr>
        <w:bidi/>
        <w:spacing w:before="0" w:after="60"/>
      </w:pPr>
      <w:r>
        <w:rPr>
          <w:rtl/>
        </w:rPr>
        <w:t>ד. בנגב ובערבה האקלים __________.</w:t>
      </w:r>
    </w:p>
    <w:p>
      <w:pPr>
        <w:bidi/>
        <w:spacing w:before="160" w:after="60"/>
      </w:pPr>
      <w:r>
        <w:rPr>
          <w:b/>
          <w:bCs/>
          <w:sz w:val="26"/>
          <w:szCs w:val="26"/>
          <w:rtl/>
        </w:rPr>
        <w:t>2. ליד כל משפט כתבו «מזג אוויר» או «אקלים».</w:t>
      </w:r>
    </w:p>
    <w:p>
      <w:pPr>
        <w:bidi/>
        <w:spacing w:before="0" w:after="100"/>
      </w:pPr>
      <w:r>
        <w:rPr>
          <w:rtl/>
        </w:rPr>
        <w:t>א. מחר צפויה סערה בצפון.</w:t>
      </w:r>
    </w:p>
    <w:p>
      <w:pPr>
        <w:bidi/>
        <w:spacing w:before="0" w:after="100"/>
      </w:pPr>
      <w:r>
        <w:rPr>
          <w:rtl/>
        </w:rPr>
        <w:t>ב. בחורף בצפת קר וגשום.</w:t>
      </w:r>
    </w:p>
    <w:p>
      <w:pPr>
        <w:bidi/>
        <w:spacing w:before="0" w:after="100"/>
      </w:pPr>
      <w:r>
        <w:rPr>
          <w:rtl/>
        </w:rPr>
        <w:t>ג. הבוקר נשבה רוח חזקה.</w:t>
      </w:r>
    </w:p>
    <w:p>
      <w:pPr>
        <w:bidi/>
        <w:spacing w:before="0" w:after="100"/>
      </w:pPr>
      <w:r>
        <w:rPr>
          <w:rtl/>
        </w:rPr>
        <w:t>ד. בנגב יורד מעט גשם בכל שנה.</w:t>
      </w:r>
    </w:p>
    <w:p>
      <w:pPr>
        <w:bidi/>
        <w:spacing w:before="160" w:after="60"/>
      </w:pPr>
      <w:r>
        <w:rPr>
          <w:b/>
          <w:bCs/>
          <w:sz w:val="26"/>
          <w:szCs w:val="26"/>
          <w:rtl/>
        </w:rPr>
        <w:t>3. מיינו את המאפיינים לפי אזור האקלים.</w:t>
      </w:r>
    </w:p>
    <w:p>
      <w:pPr>
        <w:bidi/>
        <w:spacing w:before="0" w:after="80"/>
      </w:pPr>
      <w:r>
        <w:rPr>
          <w:color w:val="B87900"/>
          <w:sz w:val="24"/>
          <w:szCs w:val="24"/>
          <w:rtl/>
        </w:rPr>
        <w:t>המילים: חורף גשום  |  מעט מאוד גשם  |  חורש ויערות  |  צמחים מעטים  |  הנגב והערבה  |  צפון הארץ ומרכזה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b87900"/>
          </w:tcPr>
          <w:p>
            <w:pPr>
              <w:bidi/>
              <w:spacing w:before="0" w:after="40"/>
            </w:pPr>
            <w:r>
              <w:rPr>
                <w:b/>
                <w:bCs/>
                <w:color w:val="FFFFFF"/>
                <w:rtl/>
              </w:rPr>
              <w:t>ים-תיכוני</w:t>
            </w:r>
          </w:p>
        </w:tc>
        <w:tc>
          <w:tcPr>
            <w:tcW w:type="dxa" w:w="4989"/>
            <w:shd w:val="clear" w:color="auto" w:fill="b87900"/>
          </w:tcPr>
          <w:p>
            <w:pPr>
              <w:bidi/>
              <w:spacing w:before="0" w:after="40"/>
            </w:pPr>
            <w:r>
              <w:rPr>
                <w:b/>
                <w:bCs/>
                <w:color w:val="FFFFFF"/>
                <w:rtl/>
              </w:rPr>
              <w:t>מדברי</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4. נכון או לא נכון? תקנו את הלא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87900"/>
          </w:tcPr>
          <w:p>
            <w:pPr>
              <w:bidi/>
              <w:spacing w:before="0" w:after="40"/>
            </w:pPr>
            <w:r>
              <w:rPr>
                <w:b/>
                <w:bCs/>
                <w:color w:val="FFFFFF"/>
                <w:rtl/>
              </w:rPr>
              <w:t>משפט</w:t>
            </w:r>
          </w:p>
        </w:tc>
        <w:tc>
          <w:tcPr>
            <w:tcW w:type="dxa" w:w="2494"/>
            <w:shd w:val="clear" w:color="auto" w:fill="b87900"/>
          </w:tcPr>
          <w:p>
            <w:pPr>
              <w:bidi/>
              <w:spacing w:before="0" w:after="40"/>
            </w:pPr>
            <w:r>
              <w:rPr>
                <w:b/>
                <w:bCs/>
                <w:color w:val="FFFFFF"/>
                <w:rtl/>
              </w:rPr>
              <w:t>נכון</w:t>
            </w:r>
          </w:p>
        </w:tc>
        <w:tc>
          <w:tcPr>
            <w:tcW w:type="dxa" w:w="2494"/>
            <w:shd w:val="clear" w:color="auto" w:fill="b87900"/>
          </w:tcPr>
          <w:p>
            <w:pPr>
              <w:bidi/>
              <w:spacing w:before="0" w:after="40"/>
            </w:pPr>
            <w:r>
              <w:rPr>
                <w:b/>
                <w:bCs/>
                <w:color w:val="FFFFFF"/>
                <w:rtl/>
              </w:rPr>
              <w:t>לא נכון</w:t>
            </w:r>
          </w:p>
        </w:tc>
        <w:tc>
          <w:tcPr>
            <w:tcW w:type="dxa" w:w="2494"/>
            <w:shd w:val="clear" w:color="auto" w:fill="b87900"/>
          </w:tcPr>
          <w:p>
            <w:pPr>
              <w:bidi/>
              <w:spacing w:before="0" w:after="40"/>
            </w:pPr>
            <w:r>
              <w:rPr>
                <w:b/>
                <w:bCs/>
                <w:color w:val="FFFFFF"/>
                <w:rtl/>
              </w:rPr>
              <w:t>תיקון</w:t>
            </w:r>
          </w:p>
        </w:tc>
      </w:tr>
      <w:tr>
        <w:tc>
          <w:tcPr>
            <w:tcW w:type="dxa" w:w="2494"/>
          </w:tcPr>
          <w:p>
            <w:pPr>
              <w:bidi/>
              <w:spacing w:before="0" w:after="40"/>
            </w:pPr>
            <w:r>
              <w:rPr>
                <w:rtl/>
              </w:rPr>
              <w:t>א. בקיץ יורד בישראל הרבה גשם.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בגליל יורד יותר גשם מאשר בנגב.</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במדבר יש הבדל גדול בין החום ביום לקור בלילה.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כמות הגשם גדלה מצפון לדרום.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התאימו בין העונה לתיאור שלה באקלים הים-תיכוני.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b87900"/>
          </w:tcPr>
          <w:p>
            <w:pPr>
              <w:bidi/>
              <w:spacing w:before="0" w:after="40"/>
            </w:pPr>
            <w:r>
              <w:rPr>
                <w:b/>
                <w:bCs/>
                <w:color w:val="FFFFFF"/>
                <w:rtl/>
              </w:rPr>
              <w:t>טור א</w:t>
            </w:r>
          </w:p>
        </w:tc>
        <w:tc>
          <w:tcPr>
            <w:tcW w:type="dxa" w:w="4989"/>
            <w:shd w:val="clear" w:color="auto" w:fill="b87900"/>
          </w:tcPr>
          <w:p>
            <w:pPr>
              <w:bidi/>
              <w:spacing w:before="0" w:after="40"/>
            </w:pPr>
            <w:r>
              <w:rPr>
                <w:b/>
                <w:bCs/>
                <w:color w:val="FFFFFF"/>
                <w:rtl/>
              </w:rPr>
              <w:t>טור ב</w:t>
            </w:r>
          </w:p>
        </w:tc>
      </w:tr>
      <w:tr>
        <w:tc>
          <w:tcPr>
            <w:tcW w:type="dxa" w:w="4989"/>
          </w:tcPr>
          <w:p>
            <w:pPr>
              <w:bidi/>
              <w:spacing w:before="0" w:after="40"/>
            </w:pPr>
            <w:r>
              <w:rPr>
                <w:rtl/>
              </w:rPr>
              <w:t>1. קיץ</w:t>
            </w:r>
          </w:p>
        </w:tc>
        <w:tc>
          <w:tcPr>
            <w:tcW w:type="dxa" w:w="4989"/>
          </w:tcPr>
          <w:p>
            <w:pPr>
              <w:bidi/>
              <w:spacing w:before="0" w:after="40"/>
            </w:pPr>
            <w:r>
              <w:rPr>
                <w:rtl/>
              </w:rPr>
              <w:t>[   ] מתחילים הגשמים הראשונים</w:t>
            </w:r>
          </w:p>
        </w:tc>
      </w:tr>
      <w:tr>
        <w:tc>
          <w:tcPr>
            <w:tcW w:type="dxa" w:w="4989"/>
          </w:tcPr>
          <w:p>
            <w:pPr>
              <w:bidi/>
              <w:spacing w:before="0" w:after="40"/>
            </w:pPr>
            <w:r>
              <w:rPr>
                <w:rtl/>
              </w:rPr>
              <w:t>2. חורף</w:t>
            </w:r>
          </w:p>
        </w:tc>
        <w:tc>
          <w:tcPr>
            <w:tcW w:type="dxa" w:w="4989"/>
          </w:tcPr>
          <w:p>
            <w:pPr>
              <w:bidi/>
              <w:spacing w:before="0" w:after="40"/>
            </w:pPr>
            <w:r>
              <w:rPr>
                <w:rtl/>
              </w:rPr>
              <w:t>[   ] חם ויבש</w:t>
            </w:r>
          </w:p>
        </w:tc>
      </w:tr>
      <w:tr>
        <w:tc>
          <w:tcPr>
            <w:tcW w:type="dxa" w:w="4989"/>
          </w:tcPr>
          <w:p>
            <w:pPr>
              <w:bidi/>
              <w:spacing w:before="0" w:after="40"/>
            </w:pPr>
            <w:r>
              <w:rPr>
                <w:rtl/>
              </w:rPr>
              <w:t>3. סתיו</w:t>
            </w:r>
          </w:p>
        </w:tc>
        <w:tc>
          <w:tcPr>
            <w:tcW w:type="dxa" w:w="4989"/>
          </w:tcPr>
          <w:p>
            <w:pPr>
              <w:bidi/>
              <w:spacing w:before="0" w:after="40"/>
            </w:pPr>
            <w:r>
              <w:rPr>
                <w:rtl/>
              </w:rPr>
              <w:t>[   ] נוח וגשום</w:t>
            </w:r>
          </w:p>
        </w:tc>
      </w:tr>
      <w:tr>
        <w:tc>
          <w:tcPr>
            <w:tcW w:type="dxa" w:w="4989"/>
          </w:tcPr>
          <w:p>
            <w:pPr>
              <w:bidi/>
              <w:spacing w:before="0" w:after="40"/>
            </w:pPr>
            <w:r>
              <w:rPr>
                <w:rtl/>
              </w:rPr>
              <w:t>4. אביב</w:t>
            </w:r>
          </w:p>
        </w:tc>
        <w:tc>
          <w:tcPr>
            <w:tcW w:type="dxa" w:w="4989"/>
          </w:tcPr>
          <w:p>
            <w:pPr>
              <w:bidi/>
              <w:spacing w:before="0" w:after="40"/>
            </w:pPr>
            <w:r>
              <w:rPr>
                <w:rtl/>
              </w:rPr>
              <w:t>[   ] הגשמים האחרונים והפריחה</w:t>
            </w:r>
          </w:p>
        </w:tc>
      </w:tr>
    </w:tbl>
    <w:p>
      <w:pPr>
        <w:bidi/>
        <w:spacing w:before="0" w:after="40"/>
      </w:pPr>
    </w:p>
    <w:p>
      <w:pPr>
        <w:bidi/>
        <w:spacing w:before="160" w:after="60"/>
      </w:pPr>
      <w:r>
        <w:rPr>
          <w:b/>
          <w:bCs/>
          <w:sz w:val="26"/>
          <w:szCs w:val="26"/>
          <w:rtl/>
        </w:rPr>
        <w:t>6. בטבלה כמות הגשם בשנה בשלושה יישובים דמיוניים. השלימו את אזור האקלים ואת החלק של הארץ שבו כנראה נמצא כל יישוב.</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87900"/>
          </w:tcPr>
          <w:p>
            <w:pPr>
              <w:bidi/>
              <w:spacing w:before="0" w:after="40"/>
            </w:pPr>
            <w:r>
              <w:rPr>
                <w:b/>
                <w:bCs/>
                <w:color w:val="FFFFFF"/>
                <w:rtl/>
              </w:rPr>
              <w:t>יישוב דמיוני</w:t>
            </w:r>
          </w:p>
        </w:tc>
        <w:tc>
          <w:tcPr>
            <w:tcW w:type="dxa" w:w="2494"/>
            <w:shd w:val="clear" w:color="auto" w:fill="b87900"/>
          </w:tcPr>
          <w:p>
            <w:pPr>
              <w:bidi/>
              <w:spacing w:before="0" w:after="40"/>
            </w:pPr>
            <w:r>
              <w:rPr>
                <w:b/>
                <w:bCs/>
                <w:color w:val="FFFFFF"/>
                <w:rtl/>
              </w:rPr>
              <w:t>גשם בשנה (מ"מ)</w:t>
            </w:r>
          </w:p>
        </w:tc>
        <w:tc>
          <w:tcPr>
            <w:tcW w:type="dxa" w:w="2494"/>
            <w:shd w:val="clear" w:color="auto" w:fill="b87900"/>
          </w:tcPr>
          <w:p>
            <w:pPr>
              <w:bidi/>
              <w:spacing w:before="0" w:after="40"/>
            </w:pPr>
            <w:r>
              <w:rPr>
                <w:b/>
                <w:bCs/>
                <w:color w:val="FFFFFF"/>
                <w:rtl/>
              </w:rPr>
              <w:t>אזור האקלים</w:t>
            </w:r>
          </w:p>
        </w:tc>
        <w:tc>
          <w:tcPr>
            <w:tcW w:type="dxa" w:w="2494"/>
            <w:shd w:val="clear" w:color="auto" w:fill="b87900"/>
          </w:tcPr>
          <w:p>
            <w:pPr>
              <w:bidi/>
              <w:spacing w:before="0" w:after="40"/>
            </w:pPr>
            <w:r>
              <w:rPr>
                <w:b/>
                <w:bCs/>
                <w:color w:val="FFFFFF"/>
                <w:rtl/>
              </w:rPr>
              <w:t>צפון או דרום?</w:t>
            </w:r>
          </w:p>
        </w:tc>
      </w:tr>
      <w:tr>
        <w:tc>
          <w:tcPr>
            <w:tcW w:type="dxa" w:w="2494"/>
          </w:tcPr>
          <w:p>
            <w:pPr>
              <w:bidi/>
              <w:spacing w:before="0" w:after="40"/>
            </w:pPr>
            <w:r>
              <w:rPr>
                <w:rtl/>
              </w:rPr>
              <w:t>גבעת אורן</w:t>
            </w:r>
          </w:p>
        </w:tc>
        <w:tc>
          <w:tcPr>
            <w:tcW w:type="dxa" w:w="2494"/>
          </w:tcPr>
          <w:p>
            <w:pPr>
              <w:bidi/>
              <w:spacing w:before="0" w:after="40"/>
            </w:pPr>
            <w:r>
              <w:rPr>
                <w:rtl/>
              </w:rPr>
              <w:t>700</w:t>
            </w:r>
          </w:p>
        </w:tc>
        <w:tc>
          <w:tcPr>
            <w:tcW w:type="dxa" w:w="2494"/>
          </w:tcPr>
          <w:p>
            <w:pPr>
              <w:bidi/>
              <w:spacing w:before="0" w:after="40"/>
            </w:pPr>
            <w:r>
              <w:rPr>
                <w:rtl/>
              </w:rPr>
            </w:r>
          </w:p>
        </w:tc>
        <w:tc>
          <w:tcPr>
            <w:tcW w:type="dxa" w:w="2494"/>
          </w:tcPr>
          <w:p>
            <w:pPr>
              <w:bidi/>
              <w:spacing w:before="0" w:after="40"/>
            </w:pPr>
            <w:r>
              <w:rPr>
                <w:rtl/>
              </w:rPr>
            </w:r>
          </w:p>
        </w:tc>
      </w:tr>
      <w:tr>
        <w:tc>
          <w:tcPr>
            <w:tcW w:type="dxa" w:w="2494"/>
          </w:tcPr>
          <w:p>
            <w:pPr>
              <w:bidi/>
              <w:spacing w:before="0" w:after="40"/>
            </w:pPr>
            <w:r>
              <w:rPr>
                <w:rtl/>
              </w:rPr>
              <w:t>נווה חול</w:t>
            </w:r>
          </w:p>
        </w:tc>
        <w:tc>
          <w:tcPr>
            <w:tcW w:type="dxa" w:w="2494"/>
          </w:tcPr>
          <w:p>
            <w:pPr>
              <w:bidi/>
              <w:spacing w:before="0" w:after="40"/>
            </w:pPr>
            <w:r>
              <w:rPr>
                <w:rtl/>
              </w:rPr>
              <w:t>50</w:t>
            </w:r>
          </w:p>
        </w:tc>
        <w:tc>
          <w:tcPr>
            <w:tcW w:type="dxa" w:w="2494"/>
          </w:tcPr>
          <w:p>
            <w:pPr>
              <w:bidi/>
              <w:spacing w:before="0" w:after="40"/>
            </w:pPr>
            <w:r>
              <w:rPr>
                <w:rtl/>
              </w:rPr>
            </w:r>
          </w:p>
        </w:tc>
        <w:tc>
          <w:tcPr>
            <w:tcW w:type="dxa" w:w="2494"/>
          </w:tcPr>
          <w:p>
            <w:pPr>
              <w:bidi/>
              <w:spacing w:before="0" w:after="40"/>
            </w:pPr>
            <w:r>
              <w:rPr>
                <w:rtl/>
              </w:rPr>
            </w:r>
          </w:p>
        </w:tc>
      </w:tr>
      <w:tr>
        <w:tc>
          <w:tcPr>
            <w:tcW w:type="dxa" w:w="2494"/>
          </w:tcPr>
          <w:p>
            <w:pPr>
              <w:bidi/>
              <w:spacing w:before="0" w:after="40"/>
            </w:pPr>
            <w:r>
              <w:rPr>
                <w:rtl/>
              </w:rPr>
              <w:t>שדה צבר</w:t>
            </w:r>
          </w:p>
        </w:tc>
        <w:tc>
          <w:tcPr>
            <w:tcW w:type="dxa" w:w="2494"/>
          </w:tcPr>
          <w:p>
            <w:pPr>
              <w:bidi/>
              <w:spacing w:before="0" w:after="40"/>
            </w:pPr>
            <w:r>
              <w:rPr>
                <w:rtl/>
              </w:rPr>
              <w:t>80</w:t>
            </w:r>
          </w:p>
        </w:tc>
        <w:tc>
          <w:tcPr>
            <w:tcW w:type="dxa" w:w="2494"/>
          </w:tcPr>
          <w:p>
            <w:pPr>
              <w:bidi/>
              <w:spacing w:before="0" w:after="40"/>
            </w:pPr>
            <w:r>
              <w:rPr>
                <w:rtl/>
              </w:rPr>
              <w:t>מדברי</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7. בחרו את התשובה הנכונה.</w:t>
      </w:r>
    </w:p>
    <w:p>
      <w:pPr>
        <w:bidi/>
        <w:spacing w:before="0" w:after="20"/>
      </w:pPr>
      <w:r>
        <w:rPr>
          <w:rtl/>
        </w:rPr>
        <w:t>א. באיזו עונה יורד רוב הגשם בישראל?</w:t>
      </w:r>
    </w:p>
    <w:p>
      <w:pPr>
        <w:bidi/>
        <w:spacing w:before="0" w:after="80"/>
      </w:pPr>
      <w:r>
        <w:rPr>
          <w:rtl/>
        </w:rPr>
        <w:t xml:space="preserve">   ○ בקיץ      ○ בחורף      ○ בכל העונות באותה מידה</w:t>
      </w:r>
    </w:p>
    <w:p>
      <w:pPr>
        <w:bidi/>
        <w:spacing w:before="0" w:after="20"/>
      </w:pPr>
      <w:r>
        <w:rPr>
          <w:rtl/>
        </w:rPr>
        <w:t>ב. איפה יורד הכי מעט גשם?</w:t>
      </w:r>
    </w:p>
    <w:p>
      <w:pPr>
        <w:bidi/>
        <w:spacing w:before="0" w:after="80"/>
      </w:pPr>
      <w:r>
        <w:rPr>
          <w:rtl/>
        </w:rPr>
        <w:t xml:space="preserve">   ○ בגליל      ○ בחיפה      ○ בערבה</w:t>
      </w:r>
    </w:p>
    <w:p>
      <w:pPr>
        <w:bidi/>
        <w:spacing w:before="160" w:after="60"/>
      </w:pPr>
      <w:r>
        <w:rPr>
          <w:b/>
          <w:bCs/>
          <w:sz w:val="26"/>
          <w:szCs w:val="26"/>
          <w:rtl/>
        </w:rPr>
        <w:t>8. הסבירו מדוע במדבר גדלים מעט צמחים.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Arial Black" w:hAnsi="Arial Black" w:cs="Arial Black"/>
          <w:b/>
          <w:bCs/>
          <w:color w:val="B87900"/>
          <w:sz w:val="30"/>
          <w:szCs w:val="30"/>
          <w:rtl/>
        </w:rPr>
        <w:t>החורף של סבתא</w:t>
      </w:r>
    </w:p>
    <w:p>
      <w:pPr>
        <w:bidi/>
        <w:spacing w:before="0" w:after="80"/>
      </w:pPr>
      <w:r>
        <w:rPr>
          <w:rtl/>
        </w:rPr>
        <w:t>תמר גרה בבאר שבע. בחנוכה נסעה לבקר את סבתא שלה, שגרה בכפר בגליל העליון. כשיצאה מבאר שבע השמיים היו בהירים והאדמה יבשה. ככל שהאוטובוס נסע צפונה, נראו יותר עננים, והשדות נעשו ירוקים יותר.</w:t>
      </w:r>
    </w:p>
    <w:p>
      <w:pPr>
        <w:bidi/>
        <w:spacing w:before="0" w:after="80"/>
      </w:pPr>
      <w:r>
        <w:rPr>
          <w:rtl/>
        </w:rPr>
        <w:t>כשהגיעה לכפר ירד גשם חזק, והיה קר. «כאן יורד הרבה יותר גשם מאשר אצלכם בנגב», אמרה סבתא והגישה לה תה חם. בערב שמעו רעמים, ובבוקר ראו מן החלון את הנחל שליד הכפר זורם במלוא הכוח. תמר חייכה: עכשיו הבינה למה בגליל כל כך ירוק.</w:t>
      </w:r>
    </w:p>
    <w:p>
      <w:pPr>
        <w:bidi/>
        <w:spacing w:before="160" w:after="60"/>
      </w:pPr>
      <w:r>
        <w:rPr>
          <w:b/>
          <w:bCs/>
          <w:sz w:val="26"/>
          <w:szCs w:val="26"/>
          <w:rtl/>
        </w:rPr>
        <w:t>10. ענו לפי הטקסט «החורף של סבתא».</w:t>
      </w:r>
    </w:p>
    <w:p>
      <w:pPr>
        <w:bidi/>
        <w:spacing w:before="0" w:after="20"/>
      </w:pPr>
      <w:r>
        <w:rPr>
          <w:rtl/>
        </w:rPr>
        <w:t>א. מה ראתה תמר כשהאוטובוס נסע צפונה?</w:t>
      </w:r>
    </w:p>
    <w:p>
      <w:pPr>
        <w:bidi/>
        <w:spacing w:before="0" w:after="80"/>
      </w:pPr>
      <w:r>
        <w:rPr>
          <w:rtl/>
        </w:rPr>
        <w:t xml:space="preserve">   ○ פחות עננים      ○ שדות ירוקים יותר ויותר עננים      ○ שלג בכל מקום</w:t>
      </w:r>
    </w:p>
    <w:p>
      <w:pPr>
        <w:bidi/>
        <w:spacing w:before="0" w:after="20"/>
      </w:pPr>
      <w:r>
        <w:rPr>
          <w:rtl/>
        </w:rPr>
        <w:t>ב. באיזו עונה התרחש הסיפור?</w:t>
      </w:r>
    </w:p>
    <w:p>
      <w:pPr>
        <w:bidi/>
        <w:spacing w:before="0" w:after="80"/>
      </w:pPr>
      <w:r>
        <w:rPr>
          <w:rtl/>
        </w:rPr>
        <w:t xml:space="preserve">   ○ בחורף      ○ בקיץ      ○ באביב</w:t>
      </w:r>
    </w:p>
    <w:p>
      <w:pPr>
        <w:bidi/>
        <w:spacing w:before="160" w:after="60"/>
      </w:pPr>
      <w:r>
        <w:rPr>
          <w:b/>
          <w:bCs/>
          <w:sz w:val="26"/>
          <w:szCs w:val="26"/>
          <w:rtl/>
        </w:rPr>
        <w:t>11. לפי הטקסט: מה ההבדל בין מזג האוויר בבאר שבע לבין מזג האוויר בגליל באותו יום? הסבירו בעזרת מה שלמדתם על כמות הגשם.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שרטטו «פס» מצפון לדרום ובו שלושה סמלים של גשם: הרבה טיפות בצפון, פחות במרכז, מעט מאוד בדרום. הוסיפו מקרא.</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מיכל אומרת: «בחורף שעבר היה בתל אביב שבוע בלי גשם, ולכן האקלים בתל אביב מדברי». האם היא צודקת? 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pgBorders w:offsetFrom="page">
        <w:top w:val="single" w:sz="18" w:space="22" w:color="D18A00"/>
        <w:left w:val="single" w:sz="18" w:space="22" w:color="D18A00"/>
        <w:bottom w:val="single" w:sz="18" w:space="22" w:color="D18A00"/>
        <w:right w:val="single" w:sz="18" w:space="22" w:color="D18A00"/>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