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</w:pPr>
      <w:r>
        <w:rPr>
          <w:rFonts w:ascii="Arial" w:hAnsi="Arial" w:cs="Arial"/>
          <w:color w:val="5B6476"/>
          <w:sz w:val="20"/>
          <w:szCs w:val="20"/>
          <w:rtl/>
        </w:rPr>
        <w:t>מולדת, חברה ואזרחות · כיתה ד'   |   מחוון – דף עבודה</w:t>
      </w:r>
    </w:p>
    <w:p>
      <w:pPr>
        <w:bidi/>
        <w:spacing w:before="0" w:after="120"/>
      </w:pPr>
      <w:r>
        <w:rPr>
          <w:rFonts w:ascii="Arial Black" w:hAnsi="Arial Black" w:cs="Arial Black"/>
          <w:b/>
          <w:bCs/>
          <w:color w:val="0F7A4F"/>
          <w:sz w:val="40"/>
          <w:szCs w:val="40"/>
          <w:rtl/>
        </w:rPr>
        <w:t>🔑 מחוון – האקלים בישראל: אזור ים-תיכוני ואזור מדברי, עונות וגשם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1. השלימו מן המחסן.</w:t>
      </w:r>
    </w:p>
    <w:p>
      <w:pPr>
        <w:bidi/>
        <w:spacing w:before="0" w:after="40"/>
      </w:pPr>
      <w:r>
        <w:rPr>
          <w:rtl/>
        </w:rPr>
        <w:t>א. מזג האוויר הרגיל של מקום במשך שנים רבות נקרא אקלים.</w:t>
      </w:r>
    </w:p>
    <w:p>
      <w:pPr>
        <w:bidi/>
        <w:spacing w:before="0" w:after="40"/>
      </w:pPr>
      <w:r>
        <w:rPr>
          <w:rtl/>
        </w:rPr>
        <w:t>ב. באקלים ים-תיכוני הקיץ חם ויבש.</w:t>
      </w:r>
    </w:p>
    <w:p>
      <w:pPr>
        <w:bidi/>
        <w:spacing w:before="0" w:after="40"/>
      </w:pPr>
      <w:r>
        <w:rPr>
          <w:rtl/>
        </w:rPr>
        <w:t>ג. באקלים ים-תיכוני הגשם יורד בעיקר בחורף.</w:t>
      </w:r>
    </w:p>
    <w:p>
      <w:pPr>
        <w:bidi/>
        <w:spacing w:before="0" w:after="40"/>
      </w:pPr>
      <w:r>
        <w:rPr>
          <w:rtl/>
        </w:rPr>
        <w:t>ד. בנגב ובערבה האקלים מדברי.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2. ליד כל משפט כתבו «מזג אוויר» או «אקלים».</w:t>
      </w:r>
    </w:p>
    <w:p>
      <w:pPr>
        <w:bidi/>
        <w:spacing w:before="0" w:after="100"/>
      </w:pPr>
      <w:r>
        <w:rPr>
          <w:rtl/>
        </w:rPr>
        <w:t>א. מחר צפויה סערה בצפון.  ← מזג אוויר</w:t>
      </w:r>
    </w:p>
    <w:p>
      <w:pPr>
        <w:bidi/>
        <w:spacing w:before="0" w:after="100"/>
      </w:pPr>
      <w:r>
        <w:rPr>
          <w:rtl/>
        </w:rPr>
        <w:t>ב. בחורף בצפת קר וגשום.  ← אקלים</w:t>
      </w:r>
    </w:p>
    <w:p>
      <w:pPr>
        <w:bidi/>
        <w:spacing w:before="0" w:after="100"/>
      </w:pPr>
      <w:r>
        <w:rPr>
          <w:rtl/>
        </w:rPr>
        <w:t>ג. הבוקר נשבה רוח חזקה.  ← מזג אוויר</w:t>
      </w:r>
    </w:p>
    <w:p>
      <w:pPr>
        <w:bidi/>
        <w:spacing w:before="0" w:after="100"/>
      </w:pPr>
      <w:r>
        <w:rPr>
          <w:rtl/>
        </w:rPr>
        <w:t>ד. בנגב יורד מעט גשם בכל שנה.  ← אקלים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3. מיינו את המאפיינים לפי אזור האקלים.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b8790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ים-תיכוני</w:t>
            </w:r>
          </w:p>
        </w:tc>
        <w:tc>
          <w:tcPr>
            <w:tcW w:type="dxa" w:w="4989"/>
            <w:shd w:val="clear" w:color="auto" w:fill="b8790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מדברי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חורף גשום, חורש ויערות, צפון הארץ ומרכזה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מעט מאוד גשם, צמחים מעטים, הנגב והערבה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4. נכון או לא נכון? תקנו את הלא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b8790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משפט</w:t>
            </w:r>
          </w:p>
        </w:tc>
        <w:tc>
          <w:tcPr>
            <w:tcW w:type="dxa" w:w="2494"/>
            <w:shd w:val="clear" w:color="auto" w:fill="b8790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נכון</w:t>
            </w:r>
          </w:p>
        </w:tc>
        <w:tc>
          <w:tcPr>
            <w:tcW w:type="dxa" w:w="2494"/>
            <w:shd w:val="clear" w:color="auto" w:fill="b8790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לא נכון</w:t>
            </w:r>
          </w:p>
        </w:tc>
        <w:tc>
          <w:tcPr>
            <w:tcW w:type="dxa" w:w="2494"/>
            <w:shd w:val="clear" w:color="auto" w:fill="b8790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תיקון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א. בקיץ יורד בישראל הרבה גשם.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הקיץ בישראל חם ויבש, כמעט בלי גשם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ב. בגליל יורד יותר גשם מאשר בנגב.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ג. במדבר יש הבדל גדול בין החום ביום לקור בלילה.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ד. כמות הגשם גדלה מצפון לדרום.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☐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☑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כמות הגשם פוחתת מצפון לדרום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5. התאימו בין העונה לתיאור שלה באקלים הים-תיכוני.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b8790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b8790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1. קיץ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[3] מתחילים הגשמים הראשונים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2. חורף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[1] חם ויבש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3. סתיו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[2] נוח וגשום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4. אביב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</w:pPr>
            <w:r>
              <w:rPr>
                <w:rtl/>
              </w:rPr>
              <w:t>[4] הגשמים האחרונים והפריחה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6. בטבלה כמות הגשם בשנה בשלושה יישובים דמיוניים. השלימו את אזור האקלים ואת החלק של הארץ שבו כנראה נמצא כל יישוב.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b8790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יישוב דמיוני</w:t>
            </w:r>
          </w:p>
        </w:tc>
        <w:tc>
          <w:tcPr>
            <w:tcW w:type="dxa" w:w="2494"/>
            <w:shd w:val="clear" w:color="auto" w:fill="b8790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גשם בשנה (מ"מ)</w:t>
            </w:r>
          </w:p>
        </w:tc>
        <w:tc>
          <w:tcPr>
            <w:tcW w:type="dxa" w:w="2494"/>
            <w:shd w:val="clear" w:color="auto" w:fill="b8790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אזור האקלים</w:t>
            </w:r>
          </w:p>
        </w:tc>
        <w:tc>
          <w:tcPr>
            <w:tcW w:type="dxa" w:w="2494"/>
            <w:shd w:val="clear" w:color="auto" w:fill="b87900"/>
          </w:tcPr>
          <w:p>
            <w:pPr>
              <w:bidi/>
              <w:spacing w:before="0" w:after="40"/>
            </w:pPr>
            <w:r>
              <w:rPr>
                <w:b/>
                <w:bCs/>
                <w:color w:val="FFFFFF"/>
                <w:rtl/>
              </w:rPr>
              <w:t>צפון או דרום?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גבעת אורן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700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ים-תיכוני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צפון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נווה חול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50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מדברי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דרום</w:t>
            </w:r>
          </w:p>
        </w:tc>
      </w:tr>
      <w:tr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שדה צבר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80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rtl/>
              </w:rPr>
              <w:t>מדברי</w:t>
            </w:r>
          </w:p>
        </w:tc>
        <w:tc>
          <w:tcPr>
            <w:tcW w:type="dxa" w:w="2494"/>
          </w:tcPr>
          <w:p>
            <w:pPr>
              <w:bidi/>
              <w:spacing w:before="0" w:after="40"/>
            </w:pPr>
            <w:r>
              <w:rPr>
                <w:color w:val="0F7A4F"/>
                <w:rtl/>
              </w:rPr>
              <w:t>דרום</w:t>
            </w:r>
          </w:p>
        </w:tc>
      </w:tr>
    </w:tbl>
    <w:p>
      <w:pPr>
        <w:bidi/>
        <w:spacing w:before="0" w:after="40"/>
      </w:pP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7. בחרו את התשובה הנכונה.</w:t>
      </w:r>
    </w:p>
    <w:p>
      <w:pPr>
        <w:bidi/>
        <w:spacing w:before="0" w:after="20"/>
      </w:pPr>
      <w:r>
        <w:rPr>
          <w:rtl/>
        </w:rPr>
        <w:t>א. באיזו עונה יורד רוב הגשם בישראל?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בחורף</w:t>
      </w:r>
    </w:p>
    <w:p>
      <w:pPr>
        <w:bidi/>
        <w:spacing w:before="0" w:after="20"/>
      </w:pPr>
      <w:r>
        <w:rPr>
          <w:rtl/>
        </w:rPr>
        <w:t>ב. איפה יורד הכי מעט גשם?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בערבה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8. הסבירו מדוע במדבר גדלים מעט צמחים.</w:t>
      </w:r>
    </w:p>
    <w:p>
      <w:pPr>
        <w:bidi/>
        <w:spacing w:before="0" w:after="80"/>
      </w:pPr>
      <w:r>
        <w:rPr>
          <w:color w:val="0F7A4F"/>
          <w:rtl/>
        </w:rPr>
        <w:t>תשובה אפשרית: במדבר יורד מעט מאוד גשם, והאדמה יבשה. לצמחים אין מספיק מים, ולכן רק מעט צמחים מצליחים לגדול שם.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10. ענו לפי הטקסט «החורף של סבתא».</w:t>
      </w:r>
    </w:p>
    <w:p>
      <w:pPr>
        <w:bidi/>
        <w:spacing w:before="0" w:after="20"/>
      </w:pPr>
      <w:r>
        <w:rPr>
          <w:rtl/>
        </w:rPr>
        <w:t>א. מה ראתה תמר כשהאוטובוס נסע צפונה?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שדות ירוקים יותר ויותר עננים</w:t>
      </w:r>
    </w:p>
    <w:p>
      <w:pPr>
        <w:bidi/>
        <w:spacing w:before="0" w:after="20"/>
      </w:pPr>
      <w:r>
        <w:rPr>
          <w:rtl/>
        </w:rPr>
        <w:t>ב. באיזו עונה התרחש הסיפור?</w:t>
      </w:r>
    </w:p>
    <w:p>
      <w:pPr>
        <w:bidi/>
        <w:spacing w:before="0" w:after="80"/>
      </w:pPr>
      <w:r>
        <w:rPr>
          <w:b/>
          <w:bCs/>
          <w:color w:val="0F7A4F"/>
          <w:rtl/>
        </w:rPr>
        <w:t xml:space="preserve">   ✔ בחורף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11. לפי הטקסט: מה ההבדל בין מזג האוויר בבאר שבע לבין מזג האוויר בגליל באותו יום? הסבירו בעזרת מה שלמדתם על כמות הגשם.</w:t>
      </w:r>
    </w:p>
    <w:p>
      <w:pPr>
        <w:bidi/>
        <w:spacing w:before="0" w:after="80"/>
      </w:pPr>
      <w:r>
        <w:rPr>
          <w:color w:val="0F7A4F"/>
          <w:rtl/>
        </w:rPr>
        <w:t>תשובה אפשרית: בבאר שבע היה בהיר ויבש, ובגליל ירד גשם חזק והיה קר. כמות הגשם פוחתת מצפון לדרום, ולכן בגליל יורד יותר גשם מאשר בנגב.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12. שרטטו «פס» מצפון לדרום ובו שלושה סמלים של גשם: הרבה טיפות בצפון, פחות במרכז, מעט מאוד בדרום. הוסיפו מקרא.</w:t>
      </w:r>
    </w:p>
    <w:p>
      <w:pPr>
        <w:bidi/>
        <w:spacing w:before="0" w:after="80"/>
      </w:pPr>
      <w:r>
        <w:rPr>
          <w:color w:val="0F7A4F"/>
          <w:rtl/>
        </w:rPr>
        <w:t>תשובה אפשרית: פס אנכי: למעלה (צפון) טיפות רבות, באמצע פחות, למטה (דרום) טיפה אחת או שתיים; מקרא שמסביר שטיפה = גשם.</w:t>
      </w:r>
    </w:p>
    <w:p>
      <w:pPr>
        <w:bidi/>
        <w:spacing w:before="160" w:after="60"/>
      </w:pPr>
      <w:r>
        <w:rPr>
          <w:b/>
          <w:bCs/>
          <w:sz w:val="26"/>
          <w:szCs w:val="26"/>
          <w:rtl/>
        </w:rPr>
        <w:t>13. אתגר: מיכל אומרת: «בחורף שעבר היה בתל אביב שבוע בלי גשם, ולכן האקלים בתל אביב מדברי». האם היא צודקת? הסבירו.</w:t>
      </w:r>
    </w:p>
    <w:p>
      <w:pPr>
        <w:bidi/>
        <w:spacing w:before="0" w:after="80"/>
      </w:pPr>
      <w:r>
        <w:rPr>
          <w:color w:val="0F7A4F"/>
          <w:rtl/>
        </w:rPr>
        <w:t>תשובה אפשרית: לא. שבוע בלי גשם הוא מזג אוויר. אקלים הוא מה שקורה בדרך כלל במשך שנים רבות, ובתל אביב האקלים ים-תיכוני עם חורף גשום.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pgBorders w:offsetFrom="page">
        <w:top w:val="single" w:sz="18" w:space="22" w:color="D18A00"/>
        <w:left w:val="single" w:sz="18" w:space="22" w:color="D18A00"/>
        <w:bottom w:val="single" w:sz="18" w:space="22" w:color="D18A00"/>
        <w:right w:val="single" w:sz="18" w:space="22" w:color="D18A00"/>
      </w:pgBorders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