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1A709E"/>
          <w:sz w:val="56"/>
          <w:szCs w:val="56"/>
          <w:rtl/>
        </w:rPr>
        <w:t>💧 מקורות המים בישראל: גשם, נחלים, מי תהום, הכנרת, המוביל הארצי, התפלה וקולחין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מקורות המים: משקעים – גשם, שלג וברד; מי תהום – מים שנאגרו מתחת לקרקע; שואבים בבארות; הכנרת – אגם מים מתוקים בצפון</w:t>
      </w:r>
    </w:p>
    <w:p>
      <w:pPr>
        <w:bidi/>
        <w:spacing w:before="0" w:after="160"/>
      </w:pPr>
      <w:r>
        <w:rPr>
          <w:sz w:val="36"/>
          <w:szCs w:val="36"/>
          <w:rtl/>
        </w:rPr>
        <w:t>• נחל איתן – זורם כל השנה (הירקון, הירדן).</w:t>
      </w:r>
    </w:p>
    <w:p>
      <w:pPr>
        <w:bidi/>
        <w:spacing w:before="0" w:after="160"/>
      </w:pPr>
      <w:r>
        <w:rPr>
          <w:sz w:val="36"/>
          <w:szCs w:val="36"/>
          <w:rtl/>
        </w:rPr>
        <w:t>• נחל אכזב – זורם רק אחרי גשם (רוב נחלי הנגב).</w:t>
      </w:r>
    </w:p>
    <w:p>
      <w:pPr>
        <w:bidi/>
        <w:spacing w:before="0" w:after="160"/>
      </w:pPr>
      <w:r>
        <w:rPr>
          <w:sz w:val="36"/>
          <w:szCs w:val="36"/>
          <w:rtl/>
        </w:rPr>
        <w:t>• צינורות ותעלות שהעבירו מים מן הכנרת בצפון אל המרכז והדרום, שבהם יורד פחות גשם.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מים הם משאב יקר. סוגרים את הברז, מתקנים נזילות, ומשקים בשעות הקרירות.</w:t>
      </w:r>
    </w:p>
    <w:p>
      <w:pPr>
        <w:bidi/>
        <w:spacing w:before="0" w:after="120"/>
      </w:pPr>
      <w:r>
        <w:rPr>
          <w:b/>
          <w:bCs/>
          <w:color w:val="1A709E"/>
          <w:sz w:val="32"/>
          <w:szCs w:val="32"/>
          <w:rtl/>
        </w:rPr>
        <w:t>💡 זכרו! בישראל אין הרבה מים, ולכן משתמשים בכל מקור: גשם, מי תהום, הכנרת, התפלה ומי קולחין – ושומרים על כל טיפה.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1D7FB3"/>
        <w:left w:val="single" w:sz="18" w:space="22" w:color="1D7FB3"/>
        <w:bottom w:val="single" w:sz="18" w:space="22" w:color="1D7FB3"/>
        <w:right w:val="single" w:sz="18" w:space="22" w:color="1D7FB3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