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מולדת, חברה ואזרחות · כיתה ד'   |   דף סיכום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9F4C28"/>
          <w:sz w:val="44"/>
          <w:szCs w:val="44"/>
          <w:rtl/>
        </w:rPr>
        <w:t>אוכלוסייה ויישובים בישראל: עיר וכפר, צפיפות ודלילות ותפרוסת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9F4C28"/>
          <w:sz w:val="24"/>
          <w:szCs w:val="24"/>
          <w:rtl/>
        </w:rPr>
        <w:t>דף סיכום: היישובים בישראל והאנשים שגרים בהם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4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Gisha" w:hAnsi="Gisha" w:cs="Gisha"/>
          <w:b/>
          <w:bCs/>
          <w:color w:val="9F4C28"/>
          <w:sz w:val="28"/>
          <w:szCs w:val="28"/>
          <w:rtl/>
        </w:rPr>
        <w:t>◆ עיר או יישוב כפרי?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עיר</w:t>
            </w:r>
          </w:p>
        </w:tc>
        <w:tc>
          <w:tcPr>
            <w:tcW w:type="dxa" w:w="3326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יישוב כפרי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תושבים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מעטים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בנייה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בניינים גבוהים וצפופים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בתים צמודי קרקע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עבודה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משרדים, מפעלים, חנויות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חקלאות, וגם עבודה מחוץ ליישוב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דוגמאות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ירושלים, נצרת, באר שבע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קיבוץ, מושב, כפר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Gisha" w:hAnsi="Gisha" w:cs="Gisha"/>
          <w:b/>
          <w:bCs/>
          <w:color w:val="9F4C28"/>
          <w:sz w:val="28"/>
          <w:szCs w:val="28"/>
          <w:rtl/>
        </w:rPr>
        <w:t>◆ צפיפות ודלילות</w:t>
      </w:r>
    </w:p>
    <w:p>
      <w:pPr>
        <w:bidi/>
        <w:spacing w:before="0" w:after="20"/>
      </w:pPr>
      <w:r>
        <w:rPr>
          <w:rtl/>
        </w:rPr>
        <w:t>1. צפוף – הרבה אנשים על שטח קטן (מרכז הארץ).</w:t>
      </w:r>
    </w:p>
    <w:p>
      <w:pPr>
        <w:bidi/>
        <w:spacing w:before="0" w:after="20"/>
      </w:pPr>
      <w:r>
        <w:rPr>
          <w:rtl/>
        </w:rPr>
        <w:t>2. דליל – מעט אנשים על שטח גדול (הנגב).</w:t>
      </w:r>
    </w:p>
    <w:p>
      <w:pPr>
        <w:bidi/>
        <w:spacing w:before="120" w:after="40"/>
      </w:pPr>
      <w:r>
        <w:rPr>
          <w:rFonts w:ascii="Gisha" w:hAnsi="Gisha" w:cs="Gisha"/>
          <w:b/>
          <w:bCs/>
          <w:color w:val="9F4C28"/>
          <w:sz w:val="28"/>
          <w:szCs w:val="28"/>
          <w:rtl/>
        </w:rPr>
        <w:t>◆ חברה רב-תרבותית</w:t>
      </w:r>
    </w:p>
    <w:p>
      <w:pPr>
        <w:bidi/>
        <w:spacing w:before="0" w:after="40"/>
      </w:pPr>
      <w:r>
        <w:rPr>
          <w:rtl/>
        </w:rPr>
        <w:t>יהודים, ערבים מוסלמים ונוצרים, דרוזים, צ'רקסים ובדואים – כולם אזרחי ישראל, ולכל קבוצה תרבות משלה.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צפוף = הרבה אנשים בשטח קטן. דליל = מעט אנשים בשטח גדול.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באזור א' גרים 1,000 אנשים על שטח קטן, ובאזור ב' גרים 1,000 אנשים על שטח גדול פי עשרה. איזה אזור צפוף יותר? ___</w:t>
      </w:r>
    </w:p>
    <w:p>
      <w:pPr>
        <w:bidi/>
        <w:spacing w:before="0" w:after="20"/>
      </w:pPr>
      <w:r>
        <w:rPr>
          <w:rtl/>
        </w:rPr>
        <w:t>1. מספר האנשים זהה.</w:t>
      </w:r>
    </w:p>
    <w:p>
      <w:pPr>
        <w:bidi/>
        <w:spacing w:before="0" w:after="20"/>
      </w:pPr>
      <w:r>
        <w:rPr>
          <w:rtl/>
        </w:rPr>
        <w:t>2. כשהשטח קטן יותר, האנשים גרים קרוב יותר זה לזה.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אזור א'</w:t>
      </w:r>
    </w:p>
    <w:p>
      <w:pPr>
        <w:bidi/>
        <w:spacing w:before="120" w:after="80"/>
      </w:pPr>
      <w:r>
        <w:rPr>
          <w:rFonts w:ascii="Gisha" w:hAnsi="Gisha" w:cs="Gisha"/>
          <w:b/>
          <w:bCs/>
          <w:color w:val="9F4C28"/>
          <w:sz w:val="28"/>
          <w:szCs w:val="28"/>
          <w:rtl/>
        </w:rPr>
        <w:t>בודקים את עצמנו – השלימו בעזרת הסיכום:</w:t>
      </w:r>
    </w:p>
    <w:p>
      <w:pPr>
        <w:bidi/>
        <w:spacing w:before="0" w:after="60"/>
      </w:pPr>
      <w:r>
        <w:rPr>
          <w:rtl/>
        </w:rPr>
        <w:t>א. הנגב הוא אזור __________ – מעט אנשים על שטח גדול.</w:t>
      </w:r>
    </w:p>
    <w:p>
      <w:pPr>
        <w:bidi/>
        <w:spacing w:before="0" w:after="60"/>
      </w:pPr>
      <w:r>
        <w:rPr>
          <w:rtl/>
        </w:rPr>
        <w:t>ב. בעיר גרים אנשים __________.</w:t>
      </w:r>
    </w:p>
    <w:p>
      <w:pPr>
        <w:bidi/>
        <w:spacing w:before="0" w:after="60"/>
      </w:pPr>
      <w:r>
        <w:rPr>
          <w:rtl/>
        </w:rPr>
        <w:t>ג. קיבוץ ומושב הם יישובים __________.</w:t>
      </w:r>
    </w:p>
    <w:p>
      <w:pPr>
        <w:bidi/>
        <w:spacing w:before="0" w:after="60"/>
      </w:pPr>
      <w:r>
        <w:rPr>
          <w:rtl/>
        </w:rPr>
        <w:t>ד. רוב התושבים גרים במישור ה__________ ובמרכז.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דליל · ב. רבים · ג. כפריים · ד. חוף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B5562D"/>
        <w:left w:val="single" w:sz="18" w:space="22" w:color="B5562D"/>
        <w:bottom w:val="single" w:sz="18" w:space="22" w:color="B5562D"/>
        <w:right w:val="single" w:sz="18" w:space="22" w:color="B5562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