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אוכלוסייה ויישובים בישראל: עיר וכפר, צפיפות ודלילות ותפרוסת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יישוב גדול עם בניינים גבוהים, משרדים וחנויות רבות הוא עיר.</w:t>
      </w:r>
    </w:p>
    <w:p>
      <w:pPr>
        <w:bidi/>
        <w:spacing w:before="0" w:after="40"/>
      </w:pPr>
      <w:r>
        <w:rPr>
          <w:rtl/>
        </w:rPr>
        <w:t>ב. יישוב כפרי שבו הקהילה מנהלת יחד את רוב העבודה והרכוש הוא קיבוץ.</w:t>
      </w:r>
    </w:p>
    <w:p>
      <w:pPr>
        <w:bidi/>
        <w:spacing w:before="0" w:after="40"/>
      </w:pPr>
      <w:r>
        <w:rPr>
          <w:rtl/>
        </w:rPr>
        <w:t>ג. יישוב כפרי שבו לכל משפחה משק משלה הוא מושב.</w:t>
      </w:r>
    </w:p>
    <w:p>
      <w:pPr>
        <w:bidi/>
        <w:spacing w:before="0" w:after="40"/>
      </w:pPr>
      <w:r>
        <w:rPr>
          <w:rtl/>
        </w:rPr>
        <w:t>ד. מקום שבו גרים הרבה אנשים על שטח קטן הוא מקום צפוף.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צפיפות אוכלוסין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כמה אנשים גרים על שטח מסוים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דליל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איך היישובים מפוזרים על פני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תפרוסת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מעט אנשים על שטח גדול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חברה רב-תרבותית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קבוצות שונות שחיות יחד במדינה אחת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מה מתאים לעיר ומה ליישוב כפרי?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עיר</w:t>
            </w:r>
          </w:p>
        </w:tc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יישוב כפרי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בניינים גבוהים, תחבורה ציבורית רבה, הרבה חנויות ומשרדים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שדות ומטעים סביב הבתים, מעט תושבים, בתים צמודי קרקע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ירושלים היא בירת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הנגב הוא האזור הצפוף ביותר בישראל.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הנגב הוא אזור דליל; האזור הצפוף ביותר הוא מרכז הארץ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חיים יהודים, ערבים, דרוזים, צ'רקסים ובדואים.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ביישוב כפרי גרים תמיד יותר אנשים מאשר בעיר.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ביישוב כפרי גרים בדרך כלל פחות אנשים מאשר בעיר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בטבלה נתונים על שני אזורים דמיוניים. השלימו: איזה אזור צפוף ואיזה דליל?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דמיוני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תושבים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שטח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צפוף או דליל?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עמק התמר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גדול מאוד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דליל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קריית הנחל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קטן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איפה גרים רוב התושבים בישראל?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במישור החוף ובמרכז</w:t>
      </w:r>
    </w:p>
    <w:p>
      <w:pPr>
        <w:bidi/>
        <w:spacing w:before="0" w:after="20"/>
      </w:pPr>
      <w:r>
        <w:rPr>
          <w:rtl/>
        </w:rPr>
        <w:t>ב. מה מתאים לתיאור «מעט אנשים על שטח גדול»?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דליל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ליד כל יישוב כתבו את סוגו: עיר או יישוב כפרי.</w:t>
      </w:r>
    </w:p>
    <w:p>
      <w:pPr>
        <w:bidi/>
        <w:spacing w:before="0" w:after="100"/>
      </w:pPr>
      <w:r>
        <w:rPr>
          <w:rtl/>
        </w:rPr>
        <w:t>א. ירושלים  ← עיר</w:t>
      </w:r>
    </w:p>
    <w:p>
      <w:pPr>
        <w:bidi/>
        <w:spacing w:before="0" w:after="100"/>
      </w:pPr>
      <w:r>
        <w:rPr>
          <w:rtl/>
        </w:rPr>
        <w:t>ב. קיבוץ בעמק יזרעאל  ← יישוב כפרי</w:t>
      </w:r>
    </w:p>
    <w:p>
      <w:pPr>
        <w:bidi/>
        <w:spacing w:before="0" w:after="100"/>
      </w:pPr>
      <w:r>
        <w:rPr>
          <w:rtl/>
        </w:rPr>
        <w:t>ג. באר שבע  ← עיר</w:t>
      </w:r>
    </w:p>
    <w:p>
      <w:pPr>
        <w:bidi/>
        <w:spacing w:before="0" w:after="100"/>
      </w:pPr>
      <w:r>
        <w:rPr>
          <w:rtl/>
        </w:rPr>
        <w:t>ד. מושב בשפלה  ← יישוב כפרי</w:t>
      </w:r>
    </w:p>
    <w:p>
      <w:pPr>
        <w:bidi/>
        <w:spacing w:before="0" w:after="100"/>
      </w:pPr>
      <w:r>
        <w:rPr>
          <w:rtl/>
        </w:rPr>
        <w:t>ה. נצרת  ← עיר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רוב התושבים בישראל גרים במישור החוף ובמרכז ולא בנגב.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במישור החוף ובמרכז האקלים נוח ויורד יותר גשם, ויש בהם מקומות עבודה רבים ושירותים. בנגב האקלים מדברי, חם ויבש, ויש בו פחות מים ועבודה.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השלימו את הטבלה לפי הטקסט «חברים לעט».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נועם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סאמר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סוג היישוב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כפר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סוג הבית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בניין של שתים עשרה קומות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בית צמוד קרקע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תלמידים בכיתה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איזה יישוב צפוף יותר, של נועם או של סאמר? הביאו שתי ראיות מן הטקסט.</w:t>
      </w:r>
    </w:p>
    <w:p>
      <w:pPr>
        <w:bidi/>
        <w:spacing w:before="0" w:after="80"/>
      </w:pPr>
      <w:r>
        <w:rPr>
          <w:color w:val="0F7A4F"/>
          <w:rtl/>
        </w:rPr>
        <w:t>תשובה אפשרית: היישוב של נועם צפוף יותר: הוא גר בבניין גבוה, ומסביב עוד בניינים וכבישים מלאי מכוניות; בכיתה שלו יותר תלמידים.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שרטטו שתי משבצות: באחת יישוב צפוף (הרבה בתים קטנים זה ליד זה), ובשנייה יישוב דליל (מעט בתים ושטח פתוח). כתבו כותרת לכל משבצת.</w:t>
      </w:r>
    </w:p>
    <w:p>
      <w:pPr>
        <w:bidi/>
        <w:spacing w:before="0" w:after="80"/>
      </w:pPr>
      <w:r>
        <w:rPr>
          <w:color w:val="0F7A4F"/>
          <w:rtl/>
        </w:rPr>
        <w:t>תשובה אפשרית: משבצת «צפוף» – בתים רבים קרובים זה לזה; משבצת «דליל» – שניים או שלושה בתים ושטח פתוח 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בשטח של שני אזורים יש אותו גודל. באזור א' גרים פי עשרה יותר אנשים מאשר באזור ב'. איזה אזור צפוף יותר? כתבו גם יתרון אחד וחיסרון אחד לחיים באזור הצפוף.</w:t>
      </w:r>
    </w:p>
    <w:p>
      <w:pPr>
        <w:bidi/>
        <w:spacing w:before="0" w:after="80"/>
      </w:pPr>
      <w:r>
        <w:rPr>
          <w:color w:val="0F7A4F"/>
          <w:rtl/>
        </w:rPr>
        <w:t>תשובה אפשרית: אזור א' צפוף יותר. יתרון: יש קרוב לבית הרבה חנויות, שירותים ותחבורה. חיסרון: עומס, פקקים ורעש.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B5562D"/>
        <w:left w:val="single" w:sz="18" w:space="22" w:color="B5562D"/>
        <w:bottom w:val="single" w:sz="18" w:space="22" w:color="B5562D"/>
        <w:right w:val="single" w:sz="18" w:space="22" w:color="B5562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