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מולדת, חברה ואזרחות · כיתה ד'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BC3D52"/>
          <w:sz w:val="44"/>
          <w:szCs w:val="44"/>
          <w:rtl/>
        </w:rPr>
        <w:t>שמירה על הטבע והנוף: שמורות טבע, גנים לאומיים ואחריות לסביבה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מן המחסן.</w:t>
      </w:r>
    </w:p>
    <w:p>
      <w:pPr>
        <w:bidi/>
        <w:spacing w:before="0" w:after="80"/>
      </w:pPr>
      <w:r>
        <w:rPr>
          <w:color w:val="BC3D52"/>
          <w:sz w:val="24"/>
          <w:szCs w:val="24"/>
          <w:rtl/>
        </w:rPr>
        <w:t>מחסן מילים: טבע  |  לאומי  |  מוגן  |  מיחזור  |  מדבר</w:t>
      </w:r>
    </w:p>
    <w:p>
      <w:pPr>
        <w:bidi/>
        <w:spacing w:before="0" w:after="60"/>
      </w:pPr>
      <w:r>
        <w:rPr>
          <w:rtl/>
        </w:rPr>
        <w:t>א. שטח שמגינים בו על צמחים, בעלי חיים ונוף נקרא שמורת __________.</w:t>
      </w:r>
    </w:p>
    <w:p>
      <w:pPr>
        <w:bidi/>
        <w:spacing w:before="0" w:after="60"/>
      </w:pPr>
      <w:r>
        <w:rPr>
          <w:rtl/>
        </w:rPr>
        <w:t>ב. מקום שומרים עליו בגלל נוף יפה או אתרים מן העבר נקרא גן __________.</w:t>
      </w:r>
    </w:p>
    <w:p>
      <w:pPr>
        <w:bidi/>
        <w:spacing w:before="0" w:after="60"/>
      </w:pPr>
      <w:r>
        <w:rPr>
          <w:rtl/>
        </w:rPr>
        <w:t>ג. פרח שאסור לקטוף נקרא פרח __________.</w:t>
      </w:r>
    </w:p>
    <w:p>
      <w:pPr>
        <w:bidi/>
        <w:spacing w:before="0" w:after="60"/>
      </w:pPr>
      <w:r>
        <w:rPr>
          <w:rtl/>
        </w:rPr>
        <w:t>ד. הפרדה של בקבוקים ונייר כדי להשתמש בהם שוב נקראת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בין המקום לבין מה שמיוחד בו.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שמורת עין גדי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מפלים, יעלים ושפנים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שמורת החולה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מבצר עתיק מעל ים המלח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גן לאומי קיסריה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עיר עתיקה על חוף הים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גן לאומי מצדה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ציפורים נודדות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מיינו את המעשים: שומרים על הטבע או פוגעים בו?</w:t>
      </w:r>
    </w:p>
    <w:p>
      <w:pPr>
        <w:bidi/>
        <w:spacing w:before="0" w:after="80"/>
      </w:pPr>
      <w:r>
        <w:rPr>
          <w:color w:val="BC3D52"/>
          <w:sz w:val="24"/>
          <w:szCs w:val="24"/>
          <w:rtl/>
        </w:rPr>
        <w:t>המילים: הולכים בשביל המסומן  |  קוטפים כלניות  |  אוספים את האשפה  |  מאכילים יעלים בחטיפים  |  מצלמים פרחים  |  משאירים בקבוקים על החוף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שומרים על הטבע</w:t>
            </w:r>
          </w:p>
        </w:tc>
        <w:tc>
          <w:tcPr>
            <w:tcW w:type="dxa" w:w="4989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פוגעים בטבע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הכלנית היא פרח מוגן.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בשמורת טבע מותר ללכת בכל מקום.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מותר להאכיל בעלי חיים בשמורה.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מיחזור עוזר להקטין את כמות האשפה.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</w:pPr>
      <w:r>
        <w:rPr>
          <w:rtl/>
        </w:rPr>
        <w:t>א. מה ההבדל העיקרי בין שמורת טבע לגן לאומי?</w:t>
      </w:r>
    </w:p>
    <w:p>
      <w:pPr>
        <w:bidi/>
        <w:spacing w:before="0" w:after="80"/>
      </w:pPr>
      <w:r>
        <w:rPr>
          <w:rtl/>
        </w:rPr>
        <w:t xml:space="preserve">   ○ בגן לאומי שומרים בעיקר על נוף ואתרים מן העבר      ○ בשמורת טבע אין צמחים      ○ אין ביניהם הבדל</w:t>
      </w:r>
    </w:p>
    <w:p>
      <w:pPr>
        <w:bidi/>
        <w:spacing w:before="0" w:after="20"/>
      </w:pPr>
      <w:r>
        <w:rPr>
          <w:rtl/>
        </w:rPr>
        <w:t>ב. מה עושים עם פרח מוגן?</w:t>
      </w:r>
    </w:p>
    <w:p>
      <w:pPr>
        <w:bidi/>
        <w:spacing w:before="0" w:after="80"/>
      </w:pPr>
      <w:r>
        <w:rPr>
          <w:rtl/>
        </w:rPr>
        <w:t xml:space="preserve">   ○ קוטפים אחד בלבד      ○ מצלמים ולא קוטפים      ○ עוקרים ושותלים בבית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השלימו את הטבלה: מה עושים במקום מה?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במקום…</w:t>
            </w:r>
          </w:p>
        </w:tc>
        <w:tc>
          <w:tcPr>
            <w:tcW w:type="dxa" w:w="4989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עושים…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לקטוף פרח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להשאיר אשפה בטבע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ללכת מחוץ לשביל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השלימו את כללי המטייל.</w:t>
      </w:r>
    </w:p>
    <w:p>
      <w:pPr>
        <w:bidi/>
        <w:spacing w:before="0" w:after="60"/>
      </w:pPr>
      <w:r>
        <w:rPr>
          <w:rtl/>
        </w:rPr>
        <w:t>א. בטבע משאירים רק __________ ולוקחים רק תמונות.</w:t>
      </w:r>
    </w:p>
    <w:p>
      <w:pPr>
        <w:bidi/>
        <w:spacing w:before="0" w:after="60"/>
      </w:pPr>
      <w:r>
        <w:rPr>
          <w:rtl/>
        </w:rPr>
        <w:t>ב. לא __________ פרחי בר מוגנים.</w:t>
      </w:r>
    </w:p>
    <w:p>
      <w:pPr>
        <w:bidi/>
        <w:spacing w:before="0" w:after="60"/>
      </w:pPr>
      <w:r>
        <w:rPr>
          <w:rtl/>
        </w:rPr>
        <w:t>ג. לא __________ בעלי חיים בשמורה.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הסבירו מדוע אסור לקטוף פרחים מוגנים, גם אם מדובר בפרח אחד בלבד.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BC3D52"/>
          <w:sz w:val="30"/>
          <w:szCs w:val="30"/>
          <w:rtl/>
        </w:rPr>
        <w:t>שומרי החוף</w:t>
      </w:r>
    </w:p>
    <w:p>
      <w:pPr>
        <w:bidi/>
        <w:spacing w:before="0" w:after="80"/>
      </w:pPr>
      <w:r>
        <w:rPr>
          <w:rtl/>
        </w:rPr>
        <w:t>בסוף החופש הגדול יצאו תלמידי כיתה ד' של אריאל לנקות את החוף שליד העיר. הם קיבלו כפפות ושקים, והתחלקו לקבוצות. תוך שעה אספו בקבוקי פלסטיק, שקיות, פקקים וחתיכות רשת דיג.</w:t>
      </w:r>
    </w:p>
    <w:p>
      <w:pPr>
        <w:bidi/>
        <w:spacing w:before="0" w:after="80"/>
      </w:pPr>
      <w:r>
        <w:rPr>
          <w:rtl/>
        </w:rPr>
        <w:t>«פסולת כזאת מסוכנת לבעלי החיים בים», הסבירה המדריכה. «צבי ים ודגים יכולים לבלוע שקית ולחשוב שהיא מזון». בסוף היום מיינו התלמידים את מה שאספו: בקבוקים לפח המיחזור, ושאר הפסולת לפחים. אריאל הסתכל על החוף הנקי והחליט: «בפעם הבאה שאבוא לים, אקח את האשפה שלי איתי – ועוד שקית אחת».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השלימו לפי הטקסט «שומרי החוף».</w:t>
      </w:r>
    </w:p>
    <w:p>
      <w:pPr>
        <w:bidi/>
        <w:spacing w:before="0" w:after="60"/>
      </w:pPr>
      <w:r>
        <w:rPr>
          <w:rtl/>
        </w:rPr>
        <w:t>א. התלמידים אספו בקבוקי __________, שקיות ופקקים.</w:t>
      </w:r>
    </w:p>
    <w:p>
      <w:pPr>
        <w:bidi/>
        <w:spacing w:before="0" w:after="60"/>
      </w:pPr>
      <w:r>
        <w:rPr>
          <w:rtl/>
        </w:rPr>
        <w:t>ב. צבי ים עלולים לבלוע __________ ולחשוב שהיא מזון.</w:t>
      </w:r>
    </w:p>
    <w:p>
      <w:pPr>
        <w:bidi/>
        <w:spacing w:before="0" w:after="60"/>
      </w:pPr>
      <w:r>
        <w:rPr>
          <w:rtl/>
        </w:rPr>
        <w:t>ג. את הבקבוקים שמו בפח ה__________.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לפי הטקסט: מה החליט אריאל בסוף היום? מה זה מלמד על האחריות שלו לסביבה?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עצבו שלט לשמורת טבע: שרטטו סמל פשוט וכתבו עליו כלל התנהגות אחד.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בכיתה הוצע לבנות מגרש חניה גדול בתוך שטח של פריחה. כתבו נימוק אחד בעד ונימוק אחד נגד, והחליטו מה דעתכם.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D6455D"/>
        <w:left w:val="single" w:sz="18" w:space="22" w:color="D6455D"/>
        <w:bottom w:val="single" w:sz="18" w:space="22" w:color="D6455D"/>
        <w:right w:val="single" w:sz="18" w:space="22" w:color="D6455D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