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שמירה על הטבע והנוף: שמורות טבע, גנים לאומיים ואחריות לסביבה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שטח שמגינים בו על צמחים, בעלי חיים ונוף נקרא שמורת טבע.</w:t>
      </w:r>
    </w:p>
    <w:p>
      <w:pPr>
        <w:bidi/>
        <w:spacing w:before="0" w:after="40"/>
      </w:pPr>
      <w:r>
        <w:rPr>
          <w:rtl/>
        </w:rPr>
        <w:t>ב. מקום שומרים עליו בגלל נוף יפה או אתרים מן העבר נקרא גן לאומי.</w:t>
      </w:r>
    </w:p>
    <w:p>
      <w:pPr>
        <w:bidi/>
        <w:spacing w:before="0" w:after="40"/>
      </w:pPr>
      <w:r>
        <w:rPr>
          <w:rtl/>
        </w:rPr>
        <w:t>ג. פרח שאסור לקטוף נקרא פרח מוגן.</w:t>
      </w:r>
    </w:p>
    <w:p>
      <w:pPr>
        <w:bidi/>
        <w:spacing w:before="0" w:after="40"/>
      </w:pPr>
      <w:r>
        <w:rPr>
          <w:rtl/>
        </w:rPr>
        <w:t>ד. הפרדה של בקבוקים ונייר כדי להשתמש בהם שוב נקראת מיחזור.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לבין מה שמיוחד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שמורת עין גדי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מפלים, יעלים ושפנים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שמורת החולה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מבצר עתיק מעל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גן לאומי קיסריה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עיר עתיקה על חוף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גן לאומי מצדה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ציפורים נודדות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המעשים: שומרים על הטבע או פוגעים בו?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שומרים על הטבע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פוגעים בטבע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הולכים בשביל המסומן, אוספים את האשפה, מצלמים פרחים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קוטפים כלניות, מאכילים יעלים בחטיפים, משאירים בקבוקים על החוף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הכלנית היא פרח מוגן.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בשמורת טבע מותר ללכת בכל מקום.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בשמורה הולכים רק בשבילים המסומנים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מותר להאכיל בעלי חיים בשמורה.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אסור להאכיל בעלי חיים, כי זה פוגע בבריאותם ובהתנהגות הטבעית שלהם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מיחזור עוזר להקטין את כמות האשפה.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</w:pPr>
      <w:r>
        <w:rPr>
          <w:rtl/>
        </w:rPr>
        <w:t>א. מה ההבדל העיקרי בין שמורת טבע לגן לאומי?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בגן לאומי שומרים בעיקר על נוף ואתרים מן העבר</w:t>
      </w:r>
    </w:p>
    <w:p>
      <w:pPr>
        <w:bidi/>
        <w:spacing w:before="0" w:after="20"/>
      </w:pPr>
      <w:r>
        <w:rPr>
          <w:rtl/>
        </w:rPr>
        <w:t>ב. מה עושים עם פרח מוגן?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מצלמים ולא קוטפים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מה עושים במקום 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במקום…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עושים…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לקטוף פרח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מצלמים אותו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להשאיר אשפה בטבע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לוקחים את האשפה איתנו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ללכת מחוץ לשביל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הולכים בשביל המסומן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 את כללי המטייל.</w:t>
      </w:r>
    </w:p>
    <w:p>
      <w:pPr>
        <w:bidi/>
        <w:spacing w:before="0" w:after="40"/>
      </w:pPr>
      <w:r>
        <w:rPr>
          <w:rtl/>
        </w:rPr>
        <w:t>א. בטבע משאירים רק עקבות ולוקחים רק תמונות.</w:t>
      </w:r>
    </w:p>
    <w:p>
      <w:pPr>
        <w:bidi/>
        <w:spacing w:before="0" w:after="40"/>
      </w:pPr>
      <w:r>
        <w:rPr>
          <w:rtl/>
        </w:rPr>
        <w:t>ב. לא קוטפים פרחי בר מוגנים.</w:t>
      </w:r>
    </w:p>
    <w:p>
      <w:pPr>
        <w:bidi/>
        <w:spacing w:before="0" w:after="40"/>
      </w:pPr>
      <w:r>
        <w:rPr>
          <w:rtl/>
        </w:rPr>
        <w:t>ג. לא מאכילים בעלי חיים בשמורה.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אסור לקטוף פרחים מוגנים, גם אם מדובר בפרח אחד בלבד.</w:t>
      </w:r>
    </w:p>
    <w:p>
      <w:pPr>
        <w:bidi/>
        <w:spacing w:before="0" w:after="80"/>
      </w:pPr>
      <w:r>
        <w:rPr>
          <w:color w:val="0F7A4F"/>
          <w:rtl/>
        </w:rPr>
        <w:t>תשובה אפשרית: אם כל מטייל יקטוף פרח אחד, יחד ייקטפו הרבה מאוד פרחים. הפרחים לא יספיקו לפזר זרעים, והם ייעלמו מן הנוף.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השלימו לפי הטקסט «שומרי החוף».</w:t>
      </w:r>
    </w:p>
    <w:p>
      <w:pPr>
        <w:bidi/>
        <w:spacing w:before="0" w:after="40"/>
      </w:pPr>
      <w:r>
        <w:rPr>
          <w:rtl/>
        </w:rPr>
        <w:t>א. התלמידים אספו בקבוקי פלסטיק, שקיות ופקקים.</w:t>
      </w:r>
    </w:p>
    <w:p>
      <w:pPr>
        <w:bidi/>
        <w:spacing w:before="0" w:after="40"/>
      </w:pPr>
      <w:r>
        <w:rPr>
          <w:rtl/>
        </w:rPr>
        <w:t>ב. צבי ים עלולים לבלוע שקית ולחשוב שהיא מזון.</w:t>
      </w:r>
    </w:p>
    <w:p>
      <w:pPr>
        <w:bidi/>
        <w:spacing w:before="0" w:after="40"/>
      </w:pPr>
      <w:r>
        <w:rPr>
          <w:rtl/>
        </w:rPr>
        <w:t>ג. את הבקבוקים שמו בפח המיחזור.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מה החליט אריאל בסוף היום? מה זה מלמד על האחריות שלו לסביבה?</w:t>
      </w:r>
    </w:p>
    <w:p>
      <w:pPr>
        <w:bidi/>
        <w:spacing w:before="0" w:after="80"/>
      </w:pPr>
      <w:r>
        <w:rPr>
          <w:color w:val="0F7A4F"/>
          <w:rtl/>
        </w:rPr>
        <w:t>תשובה אפשרית: הוא החליט לקחת את האשפה שלו איתו ועוד שקית אחת של פסולת. זה מלמד שהוא הבין שגם הוא אחראי לניקיון החוף ולשמירה על בעלי החיים 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עצבו שלט לשמורת טבע: שרטטו סמל פשוט וכתבו עליו כלל התנהגות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שלט עם סמל ברור (למשל פרח עם קו אלכסוני) וכלל קצר, כמו «אסור לקטוף פרחים».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בכיתה הוצע לבנות מגרש חניה גדול בתוך שטח של פריחה. כתבו נימוק אחד בעד ונימוק אחד נגד, והחליטו מה דעתכם.</w:t>
      </w:r>
    </w:p>
    <w:p>
      <w:pPr>
        <w:bidi/>
        <w:spacing w:before="0" w:after="80"/>
      </w:pPr>
      <w:r>
        <w:rPr>
          <w:color w:val="0F7A4F"/>
          <w:rtl/>
        </w:rPr>
        <w:t>תשובה אפשרית: בעד: יהיה למבקרים קל יותר להגיע. נגד: הפריחה תיהרס, והצמחים ובעלי החיים יאבדו את מקומם. החלטה מנומקת, למשל: לבנות חניה בשולי השטח ולא בתוכו.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