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3600000"/>
            <wp:docPr id="2" name="Picture 2"/>
            <wp:cNvGraphicFramePr>
              <a:graphicFrameLocks noChangeAspect="1"/>
            </wp:cNvGraphicFramePr>
            <a:graphic>
              <a:graphicData uri="http://schemas.openxmlformats.org/drawingml/2006/picture">
                <pic:pic>
                  <pic:nvPicPr>
                    <pic:cNvPr id="0" name="geo_g4.jpg"/>
                    <pic:cNvPicPr/>
                  </pic:nvPicPr>
                  <pic:blipFill>
                    <a:blip r:embed="rId11"/>
                    <a:stretch>
                      <a:fillRect/>
                    </a:stretch>
                  </pic:blipFill>
                  <pic:spPr>
                    <a:xfrm>
                      <a:off x="0" y="0"/>
                      <a:ext cx="3600000" cy="3600000"/>
                    </a:xfrm>
                    <a:prstGeom prst="rect"/>
                  </pic:spPr>
                </pic:pic>
              </a:graphicData>
            </a:graphic>
          </wp:inline>
        </w:drawing>
      </w:r>
    </w:p>
    <w:p>
      <w:pPr>
        <w:bidi/>
        <w:spacing w:before="240" w:after="80"/>
      </w:pPr>
      <w:r>
        <w:rPr>
          <w:rFonts w:ascii="Arial" w:hAnsi="Arial" w:cs="Arial"/>
          <w:color w:val="29883F"/>
          <w:sz w:val="36"/>
          <w:szCs w:val="36"/>
          <w:rtl/>
        </w:rPr>
        <w:t>חוברת עבודה</w:t>
      </w:r>
    </w:p>
    <w:p>
      <w:pPr>
        <w:bidi/>
        <w:spacing w:before="0" w:after="80"/>
      </w:pPr>
      <w:r>
        <w:rPr>
          <w:rFonts w:ascii="Tahoma" w:hAnsi="Tahoma" w:cs="Tahoma"/>
          <w:b/>
          <w:bCs/>
          <w:color w:val="29883F"/>
          <w:sz w:val="88"/>
          <w:szCs w:val="88"/>
          <w:rtl/>
        </w:rPr>
        <w:t>מולדת, חברה ואזרחות</w:t>
      </w:r>
    </w:p>
    <w:p>
      <w:pPr>
        <w:bidi/>
        <w:spacing w:before="0" w:after="80"/>
      </w:pPr>
      <w:r>
        <w:rPr>
          <w:sz w:val="44"/>
          <w:szCs w:val="44"/>
          <w:rtl/>
        </w:rPr>
        <w:t>נופי מדינת ישראל · כיתה ד'</w:t>
      </w:r>
    </w:p>
    <w:p>
      <w:pPr>
        <w:bidi/>
        <w:spacing w:before="0" w:after="80"/>
      </w:pPr>
      <w:r>
        <w:br w:type="page"/>
      </w:r>
    </w:p>
    <w:p>
      <w:pPr>
        <w:bidi/>
        <w:spacing w:before="0" w:after="120"/>
      </w:pPr>
      <w:r>
        <w:rPr>
          <w:rFonts w:ascii="Tahoma" w:hAnsi="Tahoma" w:cs="Tahoma"/>
          <w:b/>
          <w:bCs/>
          <w:color w:val="29883F"/>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29883f"/>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מפת ישראל: מקרא, מפה אילמת, גבולות ומדינות שכנות</w:t>
            </w:r>
          </w:p>
        </w:tc>
      </w:tr>
      <w:tr>
        <w:tc>
          <w:tcPr>
            <w:tcW w:type="dxa" w:w="9978"/>
          </w:tcPr>
          <w:p>
            <w:pPr>
              <w:bidi/>
              <w:spacing w:before="0" w:after="40"/>
            </w:pPr>
            <w:r>
              <w:rPr>
                <w:rtl/>
              </w:rPr>
              <w:t>פרק 2: רצועות האורך: מישור החוף, השפלה, אזור ההר ובקעת הירדן, ועמקי הרוחב</w:t>
            </w:r>
          </w:p>
        </w:tc>
      </w:tr>
      <w:tr>
        <w:tc>
          <w:tcPr>
            <w:tcW w:type="dxa" w:w="9978"/>
          </w:tcPr>
          <w:p>
            <w:pPr>
              <w:bidi/>
              <w:spacing w:before="0" w:after="40"/>
            </w:pPr>
            <w:r>
              <w:rPr>
                <w:rtl/>
              </w:rPr>
              <w:t>פרק 3: נופים ייחודיים בארץ: ים המלח, המכתשים, החרמון, מפרץ חיפה ואילת</w:t>
            </w:r>
          </w:p>
        </w:tc>
      </w:tr>
      <w:tr>
        <w:tc>
          <w:tcPr>
            <w:tcW w:type="dxa" w:w="9978"/>
          </w:tcPr>
          <w:p>
            <w:pPr>
              <w:bidi/>
              <w:spacing w:before="0" w:after="40"/>
            </w:pPr>
            <w:r>
              <w:rPr>
                <w:rtl/>
              </w:rPr>
              <w:t>פרק 4: האקלים בישראל: אזור ים-תיכוני ואזור מדברי, עונות וגשם</w:t>
            </w:r>
          </w:p>
        </w:tc>
      </w:tr>
      <w:tr>
        <w:tc>
          <w:tcPr>
            <w:tcW w:type="dxa" w:w="9978"/>
          </w:tcPr>
          <w:p>
            <w:pPr>
              <w:bidi/>
              <w:spacing w:before="0" w:after="40"/>
            </w:pPr>
            <w:r>
              <w:rPr>
                <w:rtl/>
              </w:rPr>
              <w:t>פרק 5: מקורות המים בישראל: גשם, נחלים, מי תהום, הכנרת, המוביל הארצי, התפלה וקולחין</w:t>
            </w:r>
          </w:p>
        </w:tc>
      </w:tr>
      <w:tr>
        <w:tc>
          <w:tcPr>
            <w:tcW w:type="dxa" w:w="9978"/>
          </w:tcPr>
          <w:p>
            <w:pPr>
              <w:bidi/>
              <w:spacing w:before="0" w:after="40"/>
            </w:pPr>
            <w:r>
              <w:rPr>
                <w:rtl/>
              </w:rPr>
              <w:t>פרק 6: אוכלוסייה ויישובים בישראל: עיר וכפר, צפיפות ודלילות ותפרוסת</w:t>
            </w:r>
          </w:p>
        </w:tc>
      </w:tr>
      <w:tr>
        <w:tc>
          <w:tcPr>
            <w:tcW w:type="dxa" w:w="9978"/>
          </w:tcPr>
          <w:p>
            <w:pPr>
              <w:bidi/>
              <w:spacing w:before="0" w:after="40"/>
            </w:pPr>
            <w:r>
              <w:rPr>
                <w:rtl/>
              </w:rPr>
              <w:t>פרק 7: שמירה על הטבע והנוף: שמורות טבע, גנים לאומיים ואחריות לסביבה</w:t>
            </w:r>
          </w:p>
        </w:tc>
      </w:tr>
      <w:tr>
        <w:tc>
          <w:tcPr>
            <w:tcW w:type="dxa" w:w="9978"/>
          </w:tcPr>
          <w:p>
            <w:pPr>
              <w:bidi/>
              <w:spacing w:before="0" w:after="40"/>
            </w:pPr>
            <w:r>
              <w:rPr>
                <w:rtl/>
              </w:rPr>
              <w:t>חזרה – מה למדנו?</w:t>
            </w:r>
          </w:p>
        </w:tc>
      </w:tr>
    </w:tbl>
    <w:p>
      <w:pPr>
        <w:bidi/>
        <w:spacing w:before="0" w:after="40"/>
      </w:pPr>
    </w:p>
    <w:p>
      <w:pPr>
        <w:bidi/>
        <w:spacing w:before="0" w:after="80"/>
      </w:pPr>
      <w:r>
        <w:br w:type="page"/>
      </w:r>
    </w:p>
    <w:p>
      <w:pPr>
        <w:bidi/>
        <w:spacing w:before="0" w:after="120"/>
      </w:pPr>
      <w:r>
        <w:rPr>
          <w:rFonts w:ascii="Tahoma" w:hAnsi="Tahoma" w:cs="Tahoma"/>
          <w:b/>
          <w:bCs/>
          <w:color w:val="29883F"/>
          <w:sz w:val="48"/>
          <w:szCs w:val="48"/>
          <w:rtl/>
        </w:rPr>
        <w:t>מבוא</w:t>
      </w:r>
    </w:p>
    <w:p>
      <w:pPr>
        <w:bidi/>
        <w:spacing w:before="0" w:after="120"/>
      </w:pPr>
      <w:r>
        <w:rPr>
          <w:rtl/>
        </w:rPr>
        <w:t>שלום לתלמידות ולתלמידי כיתה ד'!</w:t>
      </w:r>
    </w:p>
    <w:p>
      <w:pPr>
        <w:bidi/>
        <w:spacing w:before="0" w:after="120"/>
      </w:pPr>
      <w:r>
        <w:rPr>
          <w:rtl/>
        </w:rPr>
        <w:t>השנה נצא למסע בארץ ישראל: נלמד לקרוא מפה, נכיר את רצועות הנוף ואת המקומות המיוחדים בארץ, נבין מאין מגיעים המים ואיך נראה האקלים, ונפגוש את האנשים שגרים ביישובים השונים.</w:t>
      </w:r>
    </w:p>
    <w:p>
      <w:pPr>
        <w:bidi/>
        <w:spacing w:before="0" w:after="120"/>
      </w:pPr>
      <w:r>
        <w:rPr>
          <w:rtl/>
        </w:rPr>
        <w:t>בכל פרק תמצאו הסבר קצר, דוגמאות, כלל «זכרו!» ותרגילים רבים. בסוף יש חזרה, מבחן ודפי תשובות. קראו בעיון, כתבו בעצמכם, ושמרו על הנוף שסביבכם. בהצלחה!</w:t>
      </w:r>
    </w:p>
    <w:p>
      <w:pPr>
        <w:bidi/>
        <w:spacing w:before="0" w:after="80"/>
      </w:pPr>
      <w:r>
        <w:br w:type="page"/>
      </w:r>
    </w:p>
    <w:p>
      <w:pPr>
        <w:bidi/>
        <w:spacing w:before="0" w:after="120"/>
      </w:pPr>
      <w:r>
        <w:rPr>
          <w:rFonts w:ascii="Arial" w:hAnsi="Arial" w:cs="Arial"/>
          <w:color w:val="5B6476"/>
          <w:sz w:val="20"/>
          <w:szCs w:val="20"/>
          <w:rtl/>
        </w:rPr>
        <w:t>מולדת, חברה ואזרחות · כיתה ד'   |   פרק 1</w:t>
      </w:r>
    </w:p>
    <w:p>
      <w:pPr>
        <w:bidi/>
        <w:spacing w:before="0" w:after="120"/>
      </w:pPr>
      <w:r>
        <w:rPr>
          <w:rFonts w:ascii="Tahoma" w:hAnsi="Tahoma" w:cs="Tahoma"/>
          <w:b/>
          <w:bCs/>
          <w:color w:val="29883F"/>
          <w:sz w:val="44"/>
          <w:szCs w:val="44"/>
          <w:rtl/>
        </w:rPr>
        <w:t>פרק 1: מפת ישראל: מקרא, מפה אילמת, גבולות ומדינות שכנות</w:t>
      </w:r>
    </w:p>
    <w:p>
      <w:pPr>
        <w:bidi/>
        <w:spacing w:before="0" w:after="80"/>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geo_g4_t01.jpg"/>
                    <pic:cNvPicPr/>
                  </pic:nvPicPr>
                  <pic:blipFill>
                    <a:blip r:embed="rId12"/>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29883F"/>
          <w:sz w:val="28"/>
          <w:szCs w:val="28"/>
          <w:rtl/>
        </w:rPr>
        <w:t>◆ הכיוונים במפה</w:t>
      </w:r>
    </w:p>
    <w:p>
      <w:pPr>
        <w:bidi/>
        <w:spacing w:before="0" w:after="20"/>
      </w:pPr>
      <w:r>
        <w:rPr>
          <w:rtl/>
        </w:rPr>
        <w:t>1. צפון – למעלה, דרום – למטה.</w:t>
      </w:r>
    </w:p>
    <w:p>
      <w:pPr>
        <w:bidi/>
        <w:spacing w:before="0" w:after="20"/>
      </w:pPr>
      <w:r>
        <w:rPr>
          <w:rtl/>
        </w:rPr>
        <w:t>2. מזרח – ימין, מערב – שמאל.</w:t>
      </w:r>
    </w:p>
    <w:p>
      <w:pPr>
        <w:bidi/>
        <w:spacing w:before="0" w:after="20"/>
      </w:pPr>
      <w:r>
        <w:rPr>
          <w:rtl/>
        </w:rPr>
        <w:t>3. חץ הצפון מראה לנו את הכיוונים.</w:t>
      </w:r>
    </w:p>
    <w:p>
      <w:pPr>
        <w:bidi/>
        <w:spacing w:before="120" w:after="40"/>
      </w:pPr>
      <w:r>
        <w:rPr>
          <w:rFonts w:ascii="Tahoma" w:hAnsi="Tahoma" w:cs="Tahoma"/>
          <w:b/>
          <w:bCs/>
          <w:color w:val="29883F"/>
          <w:sz w:val="28"/>
          <w:szCs w:val="28"/>
          <w:rtl/>
        </w:rPr>
        <w:t>◆ המקרא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סמל או צבע</w:t>
            </w:r>
          </w:p>
        </w:tc>
        <w:tc>
          <w:tcPr>
            <w:tcW w:type="dxa" w:w="4989"/>
            <w:shd w:val="clear" w:color="auto" w:fill="29883f"/>
          </w:tcPr>
          <w:p>
            <w:pPr>
              <w:bidi/>
              <w:spacing w:before="0" w:after="40"/>
            </w:pPr>
            <w:r>
              <w:rPr>
                <w:b/>
                <w:bCs/>
                <w:color w:val="FFFFFF"/>
                <w:rtl/>
              </w:rPr>
              <w:t>פירושו</w:t>
            </w:r>
          </w:p>
        </w:tc>
      </w:tr>
      <w:tr>
        <w:tc>
          <w:tcPr>
            <w:tcW w:type="dxa" w:w="4989"/>
          </w:tcPr>
          <w:p>
            <w:pPr>
              <w:bidi/>
              <w:spacing w:before="0" w:after="40"/>
            </w:pPr>
            <w:r>
              <w:rPr>
                <w:rtl/>
              </w:rPr>
              <w:t>כחול</w:t>
            </w:r>
          </w:p>
        </w:tc>
        <w:tc>
          <w:tcPr>
            <w:tcW w:type="dxa" w:w="4989"/>
          </w:tcPr>
          <w:p>
            <w:pPr>
              <w:bidi/>
              <w:spacing w:before="0" w:after="40"/>
            </w:pPr>
            <w:r>
              <w:rPr>
                <w:rtl/>
              </w:rPr>
              <w:t>ים, אגם, נחל</w:t>
            </w:r>
          </w:p>
        </w:tc>
      </w:tr>
      <w:tr>
        <w:tc>
          <w:tcPr>
            <w:tcW w:type="dxa" w:w="4989"/>
          </w:tcPr>
          <w:p>
            <w:pPr>
              <w:bidi/>
              <w:spacing w:before="0" w:after="40"/>
            </w:pPr>
            <w:r>
              <w:rPr>
                <w:rtl/>
              </w:rPr>
              <w:t>ירוק</w:t>
            </w:r>
          </w:p>
        </w:tc>
        <w:tc>
          <w:tcPr>
            <w:tcW w:type="dxa" w:w="4989"/>
          </w:tcPr>
          <w:p>
            <w:pPr>
              <w:bidi/>
              <w:spacing w:before="0" w:after="40"/>
            </w:pPr>
            <w:r>
              <w:rPr>
                <w:rtl/>
              </w:rPr>
              <w:t>אזור נמוך</w:t>
            </w:r>
          </w:p>
        </w:tc>
      </w:tr>
      <w:tr>
        <w:tc>
          <w:tcPr>
            <w:tcW w:type="dxa" w:w="4989"/>
          </w:tcPr>
          <w:p>
            <w:pPr>
              <w:bidi/>
              <w:spacing w:before="0" w:after="40"/>
            </w:pPr>
            <w:r>
              <w:rPr>
                <w:rtl/>
              </w:rPr>
              <w:t>חום</w:t>
            </w:r>
          </w:p>
        </w:tc>
        <w:tc>
          <w:tcPr>
            <w:tcW w:type="dxa" w:w="4989"/>
          </w:tcPr>
          <w:p>
            <w:pPr>
              <w:bidi/>
              <w:spacing w:before="0" w:after="40"/>
            </w:pPr>
            <w:r>
              <w:rPr>
                <w:rtl/>
              </w:rPr>
              <w:t>אזור הררי, גבוה</w:t>
            </w:r>
          </w:p>
        </w:tc>
      </w:tr>
      <w:tr>
        <w:tc>
          <w:tcPr>
            <w:tcW w:type="dxa" w:w="4989"/>
          </w:tcPr>
          <w:p>
            <w:pPr>
              <w:bidi/>
              <w:spacing w:before="0" w:after="40"/>
            </w:pPr>
            <w:r>
              <w:rPr>
                <w:rtl/>
              </w:rPr>
              <w:t>קו מקווקו</w:t>
            </w:r>
          </w:p>
        </w:tc>
        <w:tc>
          <w:tcPr>
            <w:tcW w:type="dxa" w:w="4989"/>
          </w:tcPr>
          <w:p>
            <w:pPr>
              <w:bidi/>
              <w:spacing w:before="0" w:after="40"/>
            </w:pPr>
            <w:r>
              <w:rPr>
                <w:rtl/>
              </w:rPr>
              <w:t>גבול</w:t>
            </w:r>
          </w:p>
        </w:tc>
      </w:tr>
    </w:tbl>
    <w:p>
      <w:pPr>
        <w:bidi/>
        <w:spacing w:before="0" w:after="40"/>
      </w:pPr>
    </w:p>
    <w:p>
      <w:pPr>
        <w:bidi/>
        <w:spacing w:before="120" w:after="40"/>
      </w:pPr>
      <w:r>
        <w:rPr>
          <w:rFonts w:ascii="Tahoma" w:hAnsi="Tahoma" w:cs="Tahoma"/>
          <w:b/>
          <w:bCs/>
          <w:color w:val="29883F"/>
          <w:sz w:val="28"/>
          <w:szCs w:val="28"/>
          <w:rtl/>
        </w:rPr>
        <w:t>◆ גבול טבעי וגבול מדיני</w:t>
      </w:r>
    </w:p>
    <w:p>
      <w:pPr>
        <w:bidi/>
        <w:spacing w:before="0" w:after="20"/>
      </w:pPr>
      <w:r>
        <w:rPr>
          <w:rtl/>
        </w:rPr>
        <w:t>1. גבול טבעי – לאורך ים, נהר או רכס הרים.</w:t>
      </w:r>
    </w:p>
    <w:p>
      <w:pPr>
        <w:bidi/>
        <w:spacing w:before="0" w:after="20"/>
      </w:pPr>
      <w:r>
        <w:rPr>
          <w:rtl/>
        </w:rPr>
        <w:t>2. גבול מדיני – נקבע בהסכם בין מדינות.</w:t>
      </w:r>
    </w:p>
    <w:p>
      <w:pPr>
        <w:bidi/>
        <w:spacing w:before="0" w:after="120"/>
      </w:pPr>
      <w:r>
        <w:rPr>
          <w:color w:val="334055"/>
          <w:sz w:val="24"/>
          <w:szCs w:val="24"/>
          <w:rtl/>
        </w:rPr>
        <w:t>דוגמה: הים התיכון – גבול טבעי במערב ישראל.</w:t>
      </w:r>
    </w:p>
    <w:p>
      <w:pPr>
        <w:bidi/>
        <w:spacing w:before="120" w:after="40"/>
      </w:pPr>
      <w:r>
        <w:rPr>
          <w:rFonts w:ascii="Tahoma" w:hAnsi="Tahoma" w:cs="Tahoma"/>
          <w:b/>
          <w:bCs/>
          <w:color w:val="29883F"/>
          <w:sz w:val="28"/>
          <w:szCs w:val="28"/>
          <w:rtl/>
        </w:rPr>
        <w:t>◆ השכנות של ישראל</w:t>
      </w:r>
    </w:p>
    <w:p>
      <w:pPr>
        <w:bidi/>
        <w:spacing w:before="0" w:after="40"/>
      </w:pPr>
      <w:r>
        <w:rPr>
          <w:rtl/>
        </w:rPr>
        <w:t>לבנון בצפון, סוריה בצפון-מזרח, ירדן במזרח, מצרים בדרום-מערב. במערב – הים התיכון, ובדרום – מפרץ אילת.</w:t>
      </w:r>
    </w:p>
    <w:p>
      <w:pPr>
        <w:bidi/>
        <w:spacing w:before="160" w:after="60"/>
      </w:pPr>
      <w:r>
        <w:rPr>
          <w:b/>
          <w:bCs/>
          <w:sz w:val="26"/>
          <w:szCs w:val="26"/>
          <w:rtl/>
        </w:rPr>
        <w:t>1. השלימו מן המחסן.</w:t>
      </w:r>
    </w:p>
    <w:p>
      <w:pPr>
        <w:bidi/>
        <w:spacing w:before="0" w:after="80"/>
      </w:pPr>
      <w:r>
        <w:rPr>
          <w:color w:val="29883F"/>
          <w:sz w:val="24"/>
          <w:szCs w:val="24"/>
          <w:rtl/>
        </w:rPr>
        <w:t>מחסן מילים: מפה  |  מקרא  |  חץ  |  טבעי  |  מדיני</w:t>
      </w:r>
    </w:p>
    <w:p>
      <w:pPr>
        <w:bidi/>
        <w:spacing w:before="0" w:after="60"/>
      </w:pPr>
      <w:r>
        <w:rPr>
          <w:rtl/>
        </w:rPr>
        <w:t>א. ציור של שטח כפי שהוא נראה מלמעלה נקרא __________.</w:t>
      </w:r>
    </w:p>
    <w:p>
      <w:pPr>
        <w:bidi/>
        <w:spacing w:before="0" w:after="60"/>
      </w:pPr>
      <w:r>
        <w:rPr>
          <w:rtl/>
        </w:rPr>
        <w:t>ב. הסמלים והצבעים מוסברים ב__________.</w:t>
      </w:r>
    </w:p>
    <w:p>
      <w:pPr>
        <w:bidi/>
        <w:spacing w:before="0" w:after="60"/>
      </w:pPr>
      <w:r>
        <w:rPr>
          <w:rtl/>
        </w:rPr>
        <w:t>ג. הקו שמראה את הכיוונים במפה נקרא __________ הצפון.</w:t>
      </w:r>
    </w:p>
    <w:p>
      <w:pPr>
        <w:bidi/>
        <w:spacing w:before="0" w:after="60"/>
      </w:pPr>
      <w:r>
        <w:rPr>
          <w:rtl/>
        </w:rPr>
        <w:t>ד. גבול שעובר לאורך נהר הוא גבול __________.</w:t>
      </w:r>
    </w:p>
    <w:p>
      <w:pPr>
        <w:bidi/>
        <w:spacing w:before="160" w:after="60"/>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מקרא</w:t>
            </w:r>
          </w:p>
        </w:tc>
        <w:tc>
          <w:tcPr>
            <w:tcW w:type="dxa" w:w="4989"/>
          </w:tcPr>
          <w:p>
            <w:pPr>
              <w:bidi/>
              <w:spacing w:before="0" w:after="40"/>
            </w:pPr>
            <w:r>
              <w:rPr>
                <w:rtl/>
              </w:rPr>
              <w:t>[   ] גבול לאורך ים, נהר או הרים</w:t>
            </w:r>
          </w:p>
        </w:tc>
      </w:tr>
      <w:tr>
        <w:tc>
          <w:tcPr>
            <w:tcW w:type="dxa" w:w="4989"/>
          </w:tcPr>
          <w:p>
            <w:pPr>
              <w:bidi/>
              <w:spacing w:before="0" w:after="40"/>
            </w:pPr>
            <w:r>
              <w:rPr>
                <w:rtl/>
              </w:rPr>
              <w:t>2. מפה אילמת</w:t>
            </w:r>
          </w:p>
        </w:tc>
        <w:tc>
          <w:tcPr>
            <w:tcW w:type="dxa" w:w="4989"/>
          </w:tcPr>
          <w:p>
            <w:pPr>
              <w:bidi/>
              <w:spacing w:before="0" w:after="40"/>
            </w:pPr>
            <w:r>
              <w:rPr>
                <w:rtl/>
              </w:rPr>
              <w:t>[   ] גבול שנקבע בהסכם בין מדינות</w:t>
            </w:r>
          </w:p>
        </w:tc>
      </w:tr>
      <w:tr>
        <w:tc>
          <w:tcPr>
            <w:tcW w:type="dxa" w:w="4989"/>
          </w:tcPr>
          <w:p>
            <w:pPr>
              <w:bidi/>
              <w:spacing w:before="0" w:after="40"/>
            </w:pPr>
            <w:r>
              <w:rPr>
                <w:rtl/>
              </w:rPr>
              <w:t>3. גבול מדיני</w:t>
            </w:r>
          </w:p>
        </w:tc>
        <w:tc>
          <w:tcPr>
            <w:tcW w:type="dxa" w:w="4989"/>
          </w:tcPr>
          <w:p>
            <w:pPr>
              <w:bidi/>
              <w:spacing w:before="0" w:after="40"/>
            </w:pPr>
            <w:r>
              <w:rPr>
                <w:rtl/>
              </w:rPr>
              <w:t>[   ] סימן שמראה את הכיוונים</w:t>
            </w:r>
          </w:p>
        </w:tc>
      </w:tr>
      <w:tr>
        <w:tc>
          <w:tcPr>
            <w:tcW w:type="dxa" w:w="4989"/>
          </w:tcPr>
          <w:p>
            <w:pPr>
              <w:bidi/>
              <w:spacing w:before="0" w:after="40"/>
            </w:pPr>
            <w:r>
              <w:rPr>
                <w:rtl/>
              </w:rPr>
              <w:t>4. גבול טבעי</w:t>
            </w:r>
          </w:p>
        </w:tc>
        <w:tc>
          <w:tcPr>
            <w:tcW w:type="dxa" w:w="4989"/>
          </w:tcPr>
          <w:p>
            <w:pPr>
              <w:bidi/>
              <w:spacing w:before="0" w:after="40"/>
            </w:pPr>
            <w:r>
              <w:rPr>
                <w:rtl/>
              </w:rPr>
              <w:t>[   ] מפה בלי שמות</w:t>
            </w:r>
          </w:p>
        </w:tc>
      </w:tr>
      <w:tr>
        <w:tc>
          <w:tcPr>
            <w:tcW w:type="dxa" w:w="4989"/>
          </w:tcPr>
          <w:p>
            <w:pPr>
              <w:bidi/>
              <w:spacing w:before="0" w:after="40"/>
            </w:pPr>
            <w:r>
              <w:rPr>
                <w:rtl/>
              </w:rPr>
              <w:t>5. חץ צפון</w:t>
            </w:r>
          </w:p>
        </w:tc>
        <w:tc>
          <w:tcPr>
            <w:tcW w:type="dxa" w:w="4989"/>
          </w:tcPr>
          <w:p>
            <w:pPr>
              <w:bidi/>
              <w:spacing w:before="0" w:after="40"/>
            </w:pPr>
            <w:r>
              <w:rPr>
                <w:rtl/>
              </w:rPr>
              <w:t>[   ] הסבר של הסמלים והצבעים במפה</w:t>
            </w:r>
          </w:p>
        </w:tc>
      </w:tr>
    </w:tbl>
    <w:p>
      <w:pPr>
        <w:bidi/>
        <w:spacing w:before="0" w:after="40"/>
      </w:pPr>
    </w:p>
    <w:p>
      <w:pPr>
        <w:bidi/>
        <w:spacing w:before="160" w:after="60"/>
      </w:pPr>
      <w:r>
        <w:rPr>
          <w:b/>
          <w:bCs/>
          <w:sz w:val="26"/>
          <w:szCs w:val="26"/>
          <w:rtl/>
        </w:rPr>
        <w:t>3. לפני כל משפט כתבו את הכיוון המתאים: צפון, דרום, מזרח או מערב.</w:t>
      </w:r>
    </w:p>
    <w:p>
      <w:pPr>
        <w:bidi/>
        <w:spacing w:before="0" w:after="100"/>
      </w:pPr>
      <w:r>
        <w:rPr>
          <w:rtl/>
        </w:rPr>
        <w:t>א. אילת נמצאת בקצה ה___ של ישראל.</w:t>
      </w:r>
    </w:p>
    <w:p>
      <w:pPr>
        <w:bidi/>
        <w:spacing w:before="0" w:after="100"/>
      </w:pPr>
      <w:r>
        <w:rPr>
          <w:rtl/>
        </w:rPr>
        <w:t>ב. לבנון נמצאת ב___ ישראל.</w:t>
      </w:r>
    </w:p>
    <w:p>
      <w:pPr>
        <w:bidi/>
        <w:spacing w:before="0" w:after="100"/>
      </w:pPr>
      <w:r>
        <w:rPr>
          <w:rtl/>
        </w:rPr>
        <w:t>ג. הים התיכון נמצא ב___ ישראל.</w:t>
      </w:r>
    </w:p>
    <w:p>
      <w:pPr>
        <w:bidi/>
        <w:spacing w:before="0" w:after="100"/>
      </w:pPr>
      <w:r>
        <w:rPr>
          <w:rtl/>
        </w:rPr>
        <w:t>ד. ירדן נמצאת ב___ ישראל.</w:t>
      </w:r>
    </w:p>
    <w:p>
      <w:pPr>
        <w:bidi/>
        <w:spacing w:before="160" w:after="60"/>
      </w:pPr>
      <w:r>
        <w:rPr>
          <w:b/>
          <w:bCs/>
          <w:sz w:val="26"/>
          <w:szCs w:val="26"/>
          <w:rtl/>
        </w:rPr>
        <w:t>4. קראו את המקרא הדמיוני של מפת עיר וכתבו מה פירוש כל סמל.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סמל</w:t>
            </w:r>
          </w:p>
        </w:tc>
        <w:tc>
          <w:tcPr>
            <w:tcW w:type="dxa" w:w="4989"/>
            <w:shd w:val="clear" w:color="auto" w:fill="29883f"/>
          </w:tcPr>
          <w:p>
            <w:pPr>
              <w:bidi/>
              <w:spacing w:before="0" w:after="40"/>
            </w:pPr>
            <w:r>
              <w:rPr>
                <w:b/>
                <w:bCs/>
                <w:color w:val="FFFFFF"/>
                <w:rtl/>
              </w:rPr>
              <w:t>פירוש</w:t>
            </w:r>
          </w:p>
        </w:tc>
      </w:tr>
      <w:tr>
        <w:tc>
          <w:tcPr>
            <w:tcW w:type="dxa" w:w="4989"/>
          </w:tcPr>
          <w:p>
            <w:pPr>
              <w:bidi/>
              <w:spacing w:before="0" w:after="40"/>
            </w:pPr>
            <w:r>
              <w:rPr>
                <w:rtl/>
              </w:rPr>
              <w:t>⛲</w:t>
            </w:r>
          </w:p>
        </w:tc>
        <w:tc>
          <w:tcPr>
            <w:tcW w:type="dxa" w:w="4989"/>
          </w:tcPr>
          <w:p>
            <w:pPr>
              <w:bidi/>
              <w:spacing w:before="0" w:after="40"/>
            </w:pPr>
            <w:r>
              <w:rPr>
                <w:rtl/>
              </w:rPr>
            </w:r>
          </w:p>
        </w:tc>
      </w:tr>
      <w:tr>
        <w:tc>
          <w:tcPr>
            <w:tcW w:type="dxa" w:w="4989"/>
          </w:tcPr>
          <w:p>
            <w:pPr>
              <w:bidi/>
              <w:spacing w:before="0" w:after="40"/>
            </w:pPr>
            <w:r>
              <w:rPr>
                <w:rtl/>
              </w:rPr>
              <w:t>🌳</w:t>
            </w:r>
          </w:p>
        </w:tc>
        <w:tc>
          <w:tcPr>
            <w:tcW w:type="dxa" w:w="4989"/>
          </w:tcPr>
          <w:p>
            <w:pPr>
              <w:bidi/>
              <w:spacing w:before="0" w:after="40"/>
            </w:pPr>
            <w:r>
              <w:rPr>
                <w:rtl/>
              </w:rPr>
            </w:r>
          </w:p>
        </w:tc>
      </w:tr>
      <w:tr>
        <w:tc>
          <w:tcPr>
            <w:tcW w:type="dxa" w:w="4989"/>
          </w:tcPr>
          <w:p>
            <w:pPr>
              <w:bidi/>
              <w:spacing w:before="0" w:after="40"/>
            </w:pPr>
            <w:r>
              <w:rPr>
                <w:rtl/>
              </w:rPr>
              <w:t>✚</w:t>
            </w:r>
          </w:p>
        </w:tc>
        <w:tc>
          <w:tcPr>
            <w:tcW w:type="dxa" w:w="4989"/>
          </w:tcPr>
          <w:p>
            <w:pPr>
              <w:bidi/>
              <w:spacing w:before="0" w:after="40"/>
            </w:pPr>
            <w:r>
              <w:rPr>
                <w:rtl/>
              </w:rPr>
            </w:r>
          </w:p>
        </w:tc>
      </w:tr>
      <w:tr>
        <w:tc>
          <w:tcPr>
            <w:tcW w:type="dxa" w:w="4989"/>
          </w:tcPr>
          <w:p>
            <w:pPr>
              <w:bidi/>
              <w:spacing w:before="0" w:after="40"/>
            </w:pPr>
            <w:r>
              <w:rPr>
                <w:rtl/>
              </w:rPr>
              <w:t>P</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5.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ירדן היא מדינה שכנה של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מצרים נמצאת בצפון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במפה, הצד הימני הוא בדרך כלל המזרח.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גבול מדיני הוא תמיד נהר.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מיינו: מה מסומן בצבע כחול במפה ומה בצבע חום?</w:t>
      </w:r>
    </w:p>
    <w:p>
      <w:pPr>
        <w:bidi/>
        <w:spacing w:before="0" w:after="80"/>
      </w:pPr>
      <w:r>
        <w:rPr>
          <w:color w:val="29883F"/>
          <w:sz w:val="24"/>
          <w:szCs w:val="24"/>
          <w:rtl/>
        </w:rPr>
        <w:t>המילים: הים התיכון  |  הכנרת  |  הרי הגליל  |  נהר הירדן  |  הרי יהודה  |  ים המלח</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כחול</w:t>
            </w:r>
          </w:p>
        </w:tc>
        <w:tc>
          <w:tcPr>
            <w:tcW w:type="dxa" w:w="4989"/>
            <w:shd w:val="clear" w:color="auto" w:fill="29883f"/>
          </w:tcPr>
          <w:p>
            <w:pPr>
              <w:bidi/>
              <w:spacing w:before="0" w:after="40"/>
            </w:pPr>
            <w:r>
              <w:rPr>
                <w:b/>
                <w:bCs/>
                <w:color w:val="FFFFFF"/>
                <w:rtl/>
              </w:rPr>
              <w:t>חום</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7. בחרו את התשובה הנכונה.</w:t>
      </w:r>
    </w:p>
    <w:p>
      <w:pPr>
        <w:bidi/>
        <w:spacing w:before="0" w:after="20"/>
      </w:pPr>
      <w:r>
        <w:rPr>
          <w:rtl/>
        </w:rPr>
        <w:t>א. מה עושים במפה אילמת?</w:t>
      </w:r>
    </w:p>
    <w:p>
      <w:pPr>
        <w:bidi/>
        <w:spacing w:before="0" w:after="80"/>
      </w:pPr>
      <w:r>
        <w:rPr>
          <w:rtl/>
        </w:rPr>
        <w:t xml:space="preserve">   ○ צובעים אותה בלבד      ○ מזהים מקומות וכותבים את שמותיהם      ○ מוחקים את הגבולות</w:t>
      </w:r>
    </w:p>
    <w:p>
      <w:pPr>
        <w:bidi/>
        <w:spacing w:before="0" w:after="20"/>
      </w:pPr>
      <w:r>
        <w:rPr>
          <w:rtl/>
        </w:rPr>
        <w:t>ב. איזה ים נמצא בדרום ישראל?</w:t>
      </w:r>
    </w:p>
    <w:p>
      <w:pPr>
        <w:bidi/>
        <w:spacing w:before="0" w:after="80"/>
      </w:pPr>
      <w:r>
        <w:rPr>
          <w:rtl/>
        </w:rPr>
        <w:t xml:space="preserve">   ○ מפרץ אילת (ים סוף)      ○ הים התיכון      ○ הכנרת</w:t>
      </w:r>
    </w:p>
    <w:p>
      <w:pPr>
        <w:bidi/>
        <w:spacing w:before="160" w:after="60"/>
      </w:pPr>
      <w:r>
        <w:rPr>
          <w:b/>
          <w:bCs/>
          <w:sz w:val="26"/>
          <w:szCs w:val="26"/>
          <w:rtl/>
        </w:rPr>
        <w:t>8. קראו את התיאור של מפה דמיונית והשלימו את הכיוון.</w:t>
      </w:r>
    </w:p>
    <w:p>
      <w:pPr>
        <w:bidi/>
        <w:spacing w:before="0" w:after="60"/>
      </w:pPr>
      <w:r>
        <w:rPr>
          <w:rtl/>
        </w:rPr>
        <w:t>א. בית הספר נמצא למעלה במפה, והפארק למטה. בית הספר נמצא __________ לפארק.</w:t>
      </w:r>
    </w:p>
    <w:p>
      <w:pPr>
        <w:bidi/>
        <w:spacing w:before="0" w:after="60"/>
      </w:pPr>
      <w:r>
        <w:rPr>
          <w:rtl/>
        </w:rPr>
        <w:t>ב. הספרייה מימין לפארק. הספרייה נמצאת __________ לפארק.</w:t>
      </w:r>
    </w:p>
    <w:p>
      <w:pPr>
        <w:bidi/>
        <w:spacing w:before="0" w:after="60"/>
      </w:pPr>
      <w:r>
        <w:rPr>
          <w:rtl/>
        </w:rPr>
        <w:t>ג. הבריכה משמאל לפארק. הבריכה נמצאת __________ לפארק.</w:t>
      </w:r>
    </w:p>
    <w:p>
      <w:pPr>
        <w:bidi/>
        <w:spacing w:before="120" w:after="40"/>
      </w:pPr>
      <w:r>
        <w:rPr>
          <w:rFonts w:ascii="Tahoma" w:hAnsi="Tahoma" w:cs="Tahoma"/>
          <w:b/>
          <w:bCs/>
          <w:color w:val="29883F"/>
          <w:sz w:val="30"/>
          <w:szCs w:val="30"/>
          <w:rtl/>
        </w:rPr>
        <w:t>השכנות של ישראל</w:t>
      </w:r>
    </w:p>
    <w:p>
      <w:pPr>
        <w:bidi/>
        <w:spacing w:before="0" w:after="80"/>
      </w:pPr>
      <w:r>
        <w:rPr>
          <w:rtl/>
        </w:rPr>
        <w:t>ישראל היא מדינה קטנה, ויש לה ארבע מדינות שכנות. בצפון נמצאת לבנון, ובצפון-מזרח – סוריה. לאורך כל הצד המזרחי נמצאת ירדן, ובדרום-מערב – מצרים.</w:t>
      </w:r>
    </w:p>
    <w:p>
      <w:pPr>
        <w:bidi/>
        <w:spacing w:before="0" w:after="80"/>
      </w:pPr>
      <w:r>
        <w:rPr>
          <w:rtl/>
        </w:rPr>
        <w:t>לא כל הגבולות נראים אותו דבר. במערב אין מדינה שכנה – שם נמצא הים התיכון, והחוף הוא גבול טבעי. חלק מן הגבול עם ירדן עובר לאורך נהר הירדן, שגם הוא גבול טבעי. הגבול עם מצרים, לעומת זאת, הוא קו שנקבע בהסכם וחוצה את המדבר, ולכן הוא גבול מדיני. בקצה הדרומי של ישראל נמצאת העיר אילת, על חוף מפרץ אילת.</w:t>
      </w:r>
    </w:p>
    <w:p>
      <w:pPr>
        <w:bidi/>
        <w:spacing w:before="160" w:after="60"/>
      </w:pPr>
      <w:r>
        <w:rPr>
          <w:b/>
          <w:bCs/>
          <w:sz w:val="26"/>
          <w:szCs w:val="26"/>
          <w:rtl/>
        </w:rPr>
        <w:t>9. ענו לפי הטקסט «השכנות של ישראל».</w:t>
      </w:r>
    </w:p>
    <w:p>
      <w:pPr>
        <w:bidi/>
        <w:spacing w:before="0" w:after="20"/>
      </w:pPr>
      <w:r>
        <w:rPr>
          <w:rtl/>
        </w:rPr>
        <w:t>א. כמה מדינות שכנות יש לישראל לפי הטקסט?</w:t>
      </w:r>
    </w:p>
    <w:p>
      <w:pPr>
        <w:bidi/>
        <w:spacing w:before="0" w:after="80"/>
      </w:pPr>
      <w:r>
        <w:rPr>
          <w:rtl/>
        </w:rPr>
        <w:t xml:space="preserve">   ○ שלוש      ○ ארבע      ○ חמש</w:t>
      </w:r>
    </w:p>
    <w:p>
      <w:pPr>
        <w:bidi/>
        <w:spacing w:before="0" w:after="20"/>
      </w:pPr>
      <w:r>
        <w:rPr>
          <w:rtl/>
        </w:rPr>
        <w:t>ב. למה החוף במערב נקרא גבול טבעי?</w:t>
      </w:r>
    </w:p>
    <w:p>
      <w:pPr>
        <w:bidi/>
        <w:spacing w:before="0" w:after="80"/>
      </w:pPr>
      <w:r>
        <w:rPr>
          <w:rtl/>
        </w:rPr>
        <w:t xml:space="preserve">   ○ כי הוא נקבע בהסכם      ○ כי הוא עובר לאורך הים      ○ כי הוא קו ישר</w:t>
      </w:r>
    </w:p>
    <w:p>
      <w:pPr>
        <w:bidi/>
        <w:spacing w:before="160" w:after="60"/>
      </w:pPr>
      <w:r>
        <w:rPr>
          <w:b/>
          <w:bCs/>
          <w:sz w:val="26"/>
          <w:szCs w:val="26"/>
          <w:rtl/>
        </w:rPr>
        <w:t>10. לפי הטקסט: השוו בין הגבול עם מצרים לבין הגבול לאורך נהר הירדן. במה הם שונים?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שרטטו צורה פשוטה שמייצגת את ישראל. סמנו חץ צפון, כתבו את שמות ארבע השכנות ואת הים התיכון במקום הנכון.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שתי סיבות לכך שמפה אילמת עוזרת ללמוד גאוגרפיה.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תמר טסה במטוס מעל הארץ, מצפון לדרום. כתבו לפי הסדר שלושה מקומות שעליהם עברה: לבנון, אילת, הכנרת. הסבירו את הסדר.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כיתה ד'   |   פרק 2</w:t>
      </w:r>
    </w:p>
    <w:p>
      <w:pPr>
        <w:bidi/>
        <w:spacing w:before="0" w:after="120"/>
      </w:pPr>
      <w:r>
        <w:rPr>
          <w:rFonts w:ascii="Tahoma" w:hAnsi="Tahoma" w:cs="Tahoma"/>
          <w:b/>
          <w:bCs/>
          <w:color w:val="29883F"/>
          <w:sz w:val="44"/>
          <w:szCs w:val="44"/>
          <w:rtl/>
        </w:rPr>
        <w:t>פרק 2: רצועות האורך: מישור החוף, השפלה, אזור ההר ובקעת הירדן, ועמקי הרוחב</w:t>
      </w:r>
    </w:p>
    <w:p>
      <w:pPr>
        <w:bidi/>
        <w:spacing w:before="0" w:after="80"/>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geo_g4_t02.jpg"/>
                    <pic:cNvPicPr/>
                  </pic:nvPicPr>
                  <pic:blipFill>
                    <a:blip r:embed="rId13"/>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29883F"/>
          <w:sz w:val="28"/>
          <w:szCs w:val="28"/>
          <w:rtl/>
        </w:rPr>
        <w:t>◆ ארבע רצועות האורך (ממערב למזרח)</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הרצועה</w:t>
            </w:r>
          </w:p>
        </w:tc>
        <w:tc>
          <w:tcPr>
            <w:tcW w:type="dxa" w:w="3326"/>
            <w:shd w:val="clear" w:color="auto" w:fill="29883f"/>
          </w:tcPr>
          <w:p>
            <w:pPr>
              <w:bidi/>
              <w:spacing w:before="0" w:after="40"/>
            </w:pPr>
            <w:r>
              <w:rPr>
                <w:b/>
                <w:bCs/>
                <w:color w:val="FFFFFF"/>
                <w:rtl/>
              </w:rPr>
              <w:t>איך היא נראית?</w:t>
            </w:r>
          </w:p>
        </w:tc>
        <w:tc>
          <w:tcPr>
            <w:tcW w:type="dxa" w:w="3326"/>
            <w:shd w:val="clear" w:color="auto" w:fill="29883f"/>
          </w:tcPr>
          <w:p>
            <w:pPr>
              <w:bidi/>
              <w:spacing w:before="0" w:after="40"/>
            </w:pPr>
            <w:r>
              <w:rPr>
                <w:b/>
                <w:bCs/>
                <w:color w:val="FFFFFF"/>
                <w:rtl/>
              </w:rPr>
              <w:t>דוגמה</w:t>
            </w:r>
          </w:p>
        </w:tc>
      </w:tr>
      <w:tr>
        <w:tc>
          <w:tcPr>
            <w:tcW w:type="dxa" w:w="3326"/>
          </w:tcPr>
          <w:p>
            <w:pPr>
              <w:bidi/>
              <w:spacing w:before="0" w:after="40"/>
            </w:pPr>
            <w:r>
              <w:rPr>
                <w:rtl/>
              </w:rPr>
              <w:t>מישור החוף</w:t>
            </w:r>
          </w:p>
        </w:tc>
        <w:tc>
          <w:tcPr>
            <w:tcW w:type="dxa" w:w="3326"/>
          </w:tcPr>
          <w:p>
            <w:pPr>
              <w:bidi/>
              <w:spacing w:before="0" w:after="40"/>
            </w:pPr>
            <w:r>
              <w:rPr>
                <w:rtl/>
              </w:rPr>
              <w:t>נמוך ושטוח, ליד הים</w:t>
            </w:r>
          </w:p>
        </w:tc>
        <w:tc>
          <w:tcPr>
            <w:tcW w:type="dxa" w:w="3326"/>
          </w:tcPr>
          <w:p>
            <w:pPr>
              <w:bidi/>
              <w:spacing w:before="0" w:after="40"/>
            </w:pPr>
            <w:r>
              <w:rPr>
                <w:rtl/>
              </w:rPr>
              <w:t>תל אביב, אשדוד</w:t>
            </w:r>
          </w:p>
        </w:tc>
      </w:tr>
      <w:tr>
        <w:tc>
          <w:tcPr>
            <w:tcW w:type="dxa" w:w="3326"/>
          </w:tcPr>
          <w:p>
            <w:pPr>
              <w:bidi/>
              <w:spacing w:before="0" w:after="40"/>
            </w:pPr>
            <w:r>
              <w:rPr>
                <w:rtl/>
              </w:rPr>
              <w:t>השפלה</w:t>
            </w:r>
          </w:p>
        </w:tc>
        <w:tc>
          <w:tcPr>
            <w:tcW w:type="dxa" w:w="3326"/>
          </w:tcPr>
          <w:p>
            <w:pPr>
              <w:bidi/>
              <w:spacing w:before="0" w:after="40"/>
            </w:pPr>
            <w:r>
              <w:rPr>
                <w:rtl/>
              </w:rPr>
              <w:t>גבעות נמוכות ועמקים</w:t>
            </w:r>
          </w:p>
        </w:tc>
        <w:tc>
          <w:tcPr>
            <w:tcW w:type="dxa" w:w="3326"/>
          </w:tcPr>
          <w:p>
            <w:pPr>
              <w:bidi/>
              <w:spacing w:before="0" w:after="40"/>
            </w:pPr>
            <w:r>
              <w:rPr>
                <w:rtl/>
              </w:rPr>
              <w:t>שדות וכרמים</w:t>
            </w:r>
          </w:p>
        </w:tc>
      </w:tr>
      <w:tr>
        <w:tc>
          <w:tcPr>
            <w:tcW w:type="dxa" w:w="3326"/>
          </w:tcPr>
          <w:p>
            <w:pPr>
              <w:bidi/>
              <w:spacing w:before="0" w:after="40"/>
            </w:pPr>
            <w:r>
              <w:rPr>
                <w:rtl/>
              </w:rPr>
              <w:t>אזור ההר</w:t>
            </w:r>
          </w:p>
        </w:tc>
        <w:tc>
          <w:tcPr>
            <w:tcW w:type="dxa" w:w="3326"/>
          </w:tcPr>
          <w:p>
            <w:pPr>
              <w:bidi/>
              <w:spacing w:before="0" w:after="40"/>
            </w:pPr>
            <w:r>
              <w:rPr>
                <w:rtl/>
              </w:rPr>
              <w:t>הרים גבוהים</w:t>
            </w:r>
          </w:p>
        </w:tc>
        <w:tc>
          <w:tcPr>
            <w:tcW w:type="dxa" w:w="3326"/>
          </w:tcPr>
          <w:p>
            <w:pPr>
              <w:bidi/>
              <w:spacing w:before="0" w:after="40"/>
            </w:pPr>
            <w:r>
              <w:rPr>
                <w:rtl/>
              </w:rPr>
              <w:t>ירושלים, הרי הגליל</w:t>
            </w:r>
          </w:p>
        </w:tc>
      </w:tr>
      <w:tr>
        <w:tc>
          <w:tcPr>
            <w:tcW w:type="dxa" w:w="3326"/>
          </w:tcPr>
          <w:p>
            <w:pPr>
              <w:bidi/>
              <w:spacing w:before="0" w:after="40"/>
            </w:pPr>
            <w:r>
              <w:rPr>
                <w:rtl/>
              </w:rPr>
              <w:t>בקעת הירדן</w:t>
            </w:r>
          </w:p>
        </w:tc>
        <w:tc>
          <w:tcPr>
            <w:tcW w:type="dxa" w:w="3326"/>
          </w:tcPr>
          <w:p>
            <w:pPr>
              <w:bidi/>
              <w:spacing w:before="0" w:after="40"/>
            </w:pPr>
            <w:r>
              <w:rPr>
                <w:rtl/>
              </w:rPr>
              <w:t>בקעה נמוכה מאוד</w:t>
            </w:r>
          </w:p>
        </w:tc>
        <w:tc>
          <w:tcPr>
            <w:tcW w:type="dxa" w:w="3326"/>
          </w:tcPr>
          <w:p>
            <w:pPr>
              <w:bidi/>
              <w:spacing w:before="0" w:after="40"/>
            </w:pPr>
            <w:r>
              <w:rPr>
                <w:rtl/>
              </w:rPr>
              <w:t>הכנרת, ים המלח</w:t>
            </w:r>
          </w:p>
        </w:tc>
      </w:tr>
    </w:tbl>
    <w:p>
      <w:pPr>
        <w:bidi/>
        <w:spacing w:before="0" w:after="40"/>
      </w:pPr>
    </w:p>
    <w:p>
      <w:pPr>
        <w:bidi/>
        <w:spacing w:before="120" w:after="40"/>
      </w:pPr>
      <w:r>
        <w:rPr>
          <w:rFonts w:ascii="Tahoma" w:hAnsi="Tahoma" w:cs="Tahoma"/>
          <w:b/>
          <w:bCs/>
          <w:color w:val="29883F"/>
          <w:sz w:val="28"/>
          <w:szCs w:val="28"/>
          <w:rtl/>
        </w:rPr>
        <w:t>◆ עמקי הרוחב</w:t>
      </w:r>
    </w:p>
    <w:p>
      <w:pPr>
        <w:bidi/>
        <w:spacing w:before="0" w:after="40"/>
      </w:pPr>
      <w:r>
        <w:rPr>
          <w:rtl/>
        </w:rPr>
        <w:t>עמקים שחוצים את הארץ ממערב למזרח ומפרידים בין אזורי הר. האדמה בהם פורייה.</w:t>
      </w:r>
    </w:p>
    <w:p>
      <w:pPr>
        <w:bidi/>
        <w:spacing w:before="0" w:after="20"/>
      </w:pPr>
      <w:r>
        <w:rPr>
          <w:rtl/>
        </w:rPr>
        <w:t>1. עמק יזרעאל</w:t>
      </w:r>
    </w:p>
    <w:p>
      <w:pPr>
        <w:bidi/>
        <w:spacing w:before="0" w:after="20"/>
      </w:pPr>
      <w:r>
        <w:rPr>
          <w:rtl/>
        </w:rPr>
        <w:t>2. עמק זבולון</w:t>
      </w:r>
    </w:p>
    <w:p>
      <w:pPr>
        <w:bidi/>
        <w:spacing w:before="0" w:after="20"/>
      </w:pPr>
      <w:r>
        <w:rPr>
          <w:rtl/>
        </w:rPr>
        <w:t>3. בקעת באר שבע</w:t>
      </w:r>
    </w:p>
    <w:p>
      <w:pPr>
        <w:bidi/>
        <w:spacing w:before="120" w:after="40"/>
      </w:pPr>
      <w:r>
        <w:rPr>
          <w:rFonts w:ascii="Tahoma" w:hAnsi="Tahoma" w:cs="Tahoma"/>
          <w:b/>
          <w:bCs/>
          <w:color w:val="29883F"/>
          <w:sz w:val="28"/>
          <w:szCs w:val="28"/>
          <w:rtl/>
        </w:rPr>
        <w:t>◆ זכרו!</w:t>
      </w:r>
    </w:p>
    <w:p>
      <w:pPr>
        <w:bidi/>
        <w:spacing w:before="0" w:after="20"/>
      </w:pPr>
      <w:r>
        <w:rPr>
          <w:rtl/>
        </w:rPr>
        <w:t>1. רצועת אורך – לאורך הארץ, מצפון לדרום.</w:t>
      </w:r>
    </w:p>
    <w:p>
      <w:pPr>
        <w:bidi/>
        <w:spacing w:before="0" w:after="20"/>
      </w:pPr>
      <w:r>
        <w:rPr>
          <w:rtl/>
        </w:rPr>
        <w:t>2. עמק רוחב – לרוחב הארץ, ממערב למזרח.</w:t>
      </w:r>
    </w:p>
    <w:p>
      <w:pPr>
        <w:bidi/>
        <w:spacing w:before="160" w:after="60"/>
      </w:pPr>
      <w:r>
        <w:rPr>
          <w:b/>
          <w:bCs/>
          <w:sz w:val="26"/>
          <w:szCs w:val="26"/>
          <w:rtl/>
        </w:rPr>
        <w:t>1. השלימו מן המחסן.</w:t>
      </w:r>
    </w:p>
    <w:p>
      <w:pPr>
        <w:bidi/>
        <w:spacing w:before="0" w:after="80"/>
      </w:pPr>
      <w:r>
        <w:rPr>
          <w:color w:val="29883F"/>
          <w:sz w:val="24"/>
          <w:szCs w:val="24"/>
          <w:rtl/>
        </w:rPr>
        <w:t>מחסן מילים: אורך  |  רוחב  |  שפלה  |  בקעת  |  מכתש</w:t>
      </w:r>
    </w:p>
    <w:p>
      <w:pPr>
        <w:bidi/>
        <w:spacing w:before="0" w:after="60"/>
      </w:pPr>
      <w:r>
        <w:rPr>
          <w:rtl/>
        </w:rPr>
        <w:t>א. אזור נוף ארוך שעובר מצפון לדרום נקרא רצועת __________.</w:t>
      </w:r>
    </w:p>
    <w:p>
      <w:pPr>
        <w:bidi/>
        <w:spacing w:before="0" w:after="60"/>
      </w:pPr>
      <w:r>
        <w:rPr>
          <w:rtl/>
        </w:rPr>
        <w:t>ב. עמק שחוצה את הארץ ממערב למזרח נקרא עמק __________.</w:t>
      </w:r>
    </w:p>
    <w:p>
      <w:pPr>
        <w:bidi/>
        <w:spacing w:before="0" w:after="60"/>
      </w:pPr>
      <w:r>
        <w:rPr>
          <w:rtl/>
        </w:rPr>
        <w:t>ג. ממזרח למישור החוף נמצאת ה__________.</w:t>
      </w:r>
    </w:p>
    <w:p>
      <w:pPr>
        <w:bidi/>
        <w:spacing w:before="0" w:after="60"/>
      </w:pPr>
      <w:r>
        <w:rPr>
          <w:rtl/>
        </w:rPr>
        <w:t>ד. הכנרת, נהר הירדן וים המלח נמצאים ב__________ הירדן.</w:t>
      </w:r>
    </w:p>
    <w:p>
      <w:pPr>
        <w:bidi/>
        <w:spacing w:before="160" w:after="60"/>
      </w:pPr>
      <w:r>
        <w:rPr>
          <w:b/>
          <w:bCs/>
          <w:sz w:val="26"/>
          <w:szCs w:val="26"/>
          <w:rtl/>
        </w:rPr>
        <w:t>2. התאימו בין הרצועה לתיאור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מישור החוף</w:t>
            </w:r>
          </w:p>
        </w:tc>
        <w:tc>
          <w:tcPr>
            <w:tcW w:type="dxa" w:w="4989"/>
          </w:tcPr>
          <w:p>
            <w:pPr>
              <w:bidi/>
              <w:spacing w:before="0" w:after="40"/>
            </w:pPr>
            <w:r>
              <w:rPr>
                <w:rtl/>
              </w:rPr>
              <w:t>[   ] שטח נמוך ושטוח לאורך הים</w:t>
            </w:r>
          </w:p>
        </w:tc>
      </w:tr>
      <w:tr>
        <w:tc>
          <w:tcPr>
            <w:tcW w:type="dxa" w:w="4989"/>
          </w:tcPr>
          <w:p>
            <w:pPr>
              <w:bidi/>
              <w:spacing w:before="0" w:after="40"/>
            </w:pPr>
            <w:r>
              <w:rPr>
                <w:rtl/>
              </w:rPr>
              <w:t>2. השפלה</w:t>
            </w:r>
          </w:p>
        </w:tc>
        <w:tc>
          <w:tcPr>
            <w:tcW w:type="dxa" w:w="4989"/>
          </w:tcPr>
          <w:p>
            <w:pPr>
              <w:bidi/>
              <w:spacing w:before="0" w:after="40"/>
            </w:pPr>
            <w:r>
              <w:rPr>
                <w:rtl/>
              </w:rPr>
              <w:t>[   ] בקעה ארוכה ונמוכה מאוד במזרח</w:t>
            </w:r>
          </w:p>
        </w:tc>
      </w:tr>
      <w:tr>
        <w:tc>
          <w:tcPr>
            <w:tcW w:type="dxa" w:w="4989"/>
          </w:tcPr>
          <w:p>
            <w:pPr>
              <w:bidi/>
              <w:spacing w:before="0" w:after="40"/>
            </w:pPr>
            <w:r>
              <w:rPr>
                <w:rtl/>
              </w:rPr>
              <w:t>3. אזור ההר</w:t>
            </w:r>
          </w:p>
        </w:tc>
        <w:tc>
          <w:tcPr>
            <w:tcW w:type="dxa" w:w="4989"/>
          </w:tcPr>
          <w:p>
            <w:pPr>
              <w:bidi/>
              <w:spacing w:before="0" w:after="40"/>
            </w:pPr>
            <w:r>
              <w:rPr>
                <w:rtl/>
              </w:rPr>
              <w:t>[   ] גבעות נמוכות ועמקים</w:t>
            </w:r>
          </w:p>
        </w:tc>
      </w:tr>
      <w:tr>
        <w:tc>
          <w:tcPr>
            <w:tcW w:type="dxa" w:w="4989"/>
          </w:tcPr>
          <w:p>
            <w:pPr>
              <w:bidi/>
              <w:spacing w:before="0" w:after="40"/>
            </w:pPr>
            <w:r>
              <w:rPr>
                <w:rtl/>
              </w:rPr>
              <w:t>4. בקעת הירדן</w:t>
            </w:r>
          </w:p>
        </w:tc>
        <w:tc>
          <w:tcPr>
            <w:tcW w:type="dxa" w:w="4989"/>
          </w:tcPr>
          <w:p>
            <w:pPr>
              <w:bidi/>
              <w:spacing w:before="0" w:after="40"/>
            </w:pPr>
            <w:r>
              <w:rPr>
                <w:rtl/>
              </w:rPr>
              <w:t>[   ] הרים גבוהים, ובהם הגליל ויהודה</w:t>
            </w:r>
          </w:p>
        </w:tc>
      </w:tr>
    </w:tbl>
    <w:p>
      <w:pPr>
        <w:bidi/>
        <w:spacing w:before="0" w:after="40"/>
      </w:pPr>
    </w:p>
    <w:p>
      <w:pPr>
        <w:bidi/>
        <w:spacing w:before="160" w:after="60"/>
      </w:pPr>
      <w:r>
        <w:rPr>
          <w:b/>
          <w:bCs/>
          <w:sz w:val="26"/>
          <w:szCs w:val="26"/>
          <w:rtl/>
        </w:rPr>
        <w:t>3. מיינו את המקומות לפי הרצועה.</w:t>
      </w:r>
    </w:p>
    <w:p>
      <w:pPr>
        <w:bidi/>
        <w:spacing w:before="0" w:after="80"/>
      </w:pPr>
      <w:r>
        <w:rPr>
          <w:color w:val="29883F"/>
          <w:sz w:val="24"/>
          <w:szCs w:val="24"/>
          <w:rtl/>
        </w:rPr>
        <w:t>המילים: נתניה  |  ירושלים  |  ים המלח  |  חיפה  |  הרי הגליל  |  הכנרת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מישור החוף</w:t>
            </w:r>
          </w:p>
        </w:tc>
        <w:tc>
          <w:tcPr>
            <w:tcW w:type="dxa" w:w="3326"/>
            <w:shd w:val="clear" w:color="auto" w:fill="29883f"/>
          </w:tcPr>
          <w:p>
            <w:pPr>
              <w:bidi/>
              <w:spacing w:before="0" w:after="40"/>
            </w:pPr>
            <w:r>
              <w:rPr>
                <w:b/>
                <w:bCs/>
                <w:color w:val="FFFFFF"/>
                <w:rtl/>
              </w:rPr>
              <w:t>אזור ההר</w:t>
            </w:r>
          </w:p>
        </w:tc>
        <w:tc>
          <w:tcPr>
            <w:tcW w:type="dxa" w:w="3326"/>
            <w:shd w:val="clear" w:color="auto" w:fill="29883f"/>
          </w:tcPr>
          <w:p>
            <w:pPr>
              <w:bidi/>
              <w:spacing w:before="0" w:after="40"/>
            </w:pPr>
            <w:r>
              <w:rPr>
                <w:b/>
                <w:bCs/>
                <w:color w:val="FFFFFF"/>
                <w:rtl/>
              </w:rPr>
              <w:t>בקעת הירדן</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4.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מישור החוף נמצא ממזרח לאזור ההר.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בקעת הירדן היא הרצועה הנמוכה ביותר.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בשפלה יש גבעות נמוכות, שדות וכרמים.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עמק רוחב עובר מצפון לדרום.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הרצועה</w:t>
            </w:r>
          </w:p>
        </w:tc>
        <w:tc>
          <w:tcPr>
            <w:tcW w:type="dxa" w:w="3326"/>
            <w:shd w:val="clear" w:color="auto" w:fill="29883f"/>
          </w:tcPr>
          <w:p>
            <w:pPr>
              <w:bidi/>
              <w:spacing w:before="0" w:after="40"/>
            </w:pPr>
            <w:r>
              <w:rPr>
                <w:b/>
                <w:bCs/>
                <w:color w:val="FFFFFF"/>
                <w:rtl/>
              </w:rPr>
              <w:t>גבוהה או נמוכה?</w:t>
            </w:r>
          </w:p>
        </w:tc>
        <w:tc>
          <w:tcPr>
            <w:tcW w:type="dxa" w:w="3326"/>
            <w:shd w:val="clear" w:color="auto" w:fill="29883f"/>
          </w:tcPr>
          <w:p>
            <w:pPr>
              <w:bidi/>
              <w:spacing w:before="0" w:after="40"/>
            </w:pPr>
            <w:r>
              <w:rPr>
                <w:b/>
                <w:bCs/>
                <w:color w:val="FFFFFF"/>
                <w:rtl/>
              </w:rPr>
              <w:t>מקום לדוגמה</w:t>
            </w:r>
          </w:p>
        </w:tc>
      </w:tr>
      <w:tr>
        <w:tc>
          <w:tcPr>
            <w:tcW w:type="dxa" w:w="3326"/>
          </w:tcPr>
          <w:p>
            <w:pPr>
              <w:bidi/>
              <w:spacing w:before="0" w:after="40"/>
            </w:pPr>
            <w:r>
              <w:rPr>
                <w:rtl/>
              </w:rPr>
              <w:t>מישור החוף</w:t>
            </w:r>
          </w:p>
        </w:tc>
        <w:tc>
          <w:tcPr>
            <w:tcW w:type="dxa" w:w="3326"/>
          </w:tcPr>
          <w:p>
            <w:pPr>
              <w:bidi/>
              <w:spacing w:before="0" w:after="40"/>
            </w:pPr>
            <w:r>
              <w:rPr>
                <w:rtl/>
              </w:rPr>
              <w:t>נמוכה</w:t>
            </w:r>
          </w:p>
        </w:tc>
        <w:tc>
          <w:tcPr>
            <w:tcW w:type="dxa" w:w="3326"/>
          </w:tcPr>
          <w:p>
            <w:pPr>
              <w:bidi/>
              <w:spacing w:before="0" w:after="40"/>
            </w:pPr>
            <w:r>
              <w:rPr>
                <w:rtl/>
              </w:rPr>
            </w:r>
          </w:p>
        </w:tc>
      </w:tr>
      <w:tr>
        <w:tc>
          <w:tcPr>
            <w:tcW w:type="dxa" w:w="3326"/>
          </w:tcPr>
          <w:p>
            <w:pPr>
              <w:bidi/>
              <w:spacing w:before="0" w:after="40"/>
            </w:pPr>
            <w:r>
              <w:rPr>
                <w:rtl/>
              </w:rPr>
              <w:t>אזור ההר</w:t>
            </w:r>
          </w:p>
        </w:tc>
        <w:tc>
          <w:tcPr>
            <w:tcW w:type="dxa" w:w="3326"/>
          </w:tcPr>
          <w:p>
            <w:pPr>
              <w:bidi/>
              <w:spacing w:before="0" w:after="40"/>
            </w:pPr>
            <w:r>
              <w:rPr>
                <w:rtl/>
              </w:rPr>
            </w:r>
          </w:p>
        </w:tc>
        <w:tc>
          <w:tcPr>
            <w:tcW w:type="dxa" w:w="3326"/>
          </w:tcPr>
          <w:p>
            <w:pPr>
              <w:bidi/>
              <w:spacing w:before="0" w:after="40"/>
            </w:pPr>
            <w:r>
              <w:rPr>
                <w:rtl/>
              </w:rPr>
              <w:t>ירושלים</w:t>
            </w:r>
          </w:p>
        </w:tc>
      </w:tr>
      <w:tr>
        <w:tc>
          <w:tcPr>
            <w:tcW w:type="dxa" w:w="3326"/>
          </w:tcPr>
          <w:p>
            <w:pPr>
              <w:bidi/>
              <w:spacing w:before="0" w:after="40"/>
            </w:pPr>
            <w:r>
              <w:rPr>
                <w:rtl/>
              </w:rPr>
              <w:t>בקעת הירדן</w:t>
            </w:r>
          </w:p>
        </w:tc>
        <w:tc>
          <w:tcPr>
            <w:tcW w:type="dxa" w:w="3326"/>
          </w:tcPr>
          <w:p>
            <w:pPr>
              <w:bidi/>
              <w:spacing w:before="0" w:after="40"/>
            </w:pPr>
            <w:r>
              <w:rPr>
                <w:rtl/>
              </w:rPr>
            </w:r>
          </w:p>
        </w:tc>
        <w:tc>
          <w:tcPr>
            <w:tcW w:type="dxa" w:w="3326"/>
          </w:tcPr>
          <w:p>
            <w:pPr>
              <w:bidi/>
              <w:spacing w:before="0" w:after="40"/>
            </w:pPr>
            <w:r>
              <w:rPr>
                <w:rtl/>
              </w:rPr>
              <w:t>ים המלח</w:t>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איזה מן המקומות הוא עמק רוחב?</w:t>
      </w:r>
    </w:p>
    <w:p>
      <w:pPr>
        <w:bidi/>
        <w:spacing w:before="0" w:after="80"/>
      </w:pPr>
      <w:r>
        <w:rPr>
          <w:rtl/>
        </w:rPr>
        <w:t xml:space="preserve">   ○ עמק יזרעאל      ○ הרי יהודה      ○ הכנרת</w:t>
      </w:r>
    </w:p>
    <w:p>
      <w:pPr>
        <w:bidi/>
        <w:spacing w:before="0" w:after="20"/>
      </w:pPr>
      <w:r>
        <w:rPr>
          <w:rtl/>
        </w:rPr>
        <w:t>ב. באיזו רצועה נמצאות רוב הערים הגדולות שליד הים?</w:t>
      </w:r>
    </w:p>
    <w:p>
      <w:pPr>
        <w:bidi/>
        <w:spacing w:before="0" w:after="80"/>
      </w:pPr>
      <w:r>
        <w:rPr>
          <w:rtl/>
        </w:rPr>
        <w:t xml:space="preserve">   ○ אזור ההר      ○ בקעת הירדן      ○ מישור החוף</w:t>
      </w:r>
    </w:p>
    <w:p>
      <w:pPr>
        <w:bidi/>
        <w:spacing w:before="160" w:after="60"/>
      </w:pPr>
      <w:r>
        <w:rPr>
          <w:b/>
          <w:bCs/>
          <w:sz w:val="26"/>
          <w:szCs w:val="26"/>
          <w:rtl/>
        </w:rPr>
        <w:t>7. קראו את רשמי הטיול של נועה. ליד כל משפט כתבו באיזו רצועה היא הייתה.</w:t>
      </w:r>
    </w:p>
    <w:p>
      <w:pPr>
        <w:bidi/>
        <w:spacing w:before="0" w:after="100"/>
      </w:pPr>
      <w:r>
        <w:rPr>
          <w:rtl/>
        </w:rPr>
        <w:t>א. «עמדנו על חוף הים ליד העיר נתניה.»</w:t>
      </w:r>
    </w:p>
    <w:p>
      <w:pPr>
        <w:bidi/>
        <w:spacing w:before="0" w:after="100"/>
      </w:pPr>
      <w:r>
        <w:rPr>
          <w:rtl/>
        </w:rPr>
        <w:t>ב. «טיפסנו על רכס גבוה בהרי הגליל.»</w:t>
      </w:r>
    </w:p>
    <w:p>
      <w:pPr>
        <w:bidi/>
        <w:spacing w:before="0" w:after="100"/>
      </w:pPr>
      <w:r>
        <w:rPr>
          <w:rtl/>
        </w:rPr>
        <w:t>ג. «ירדנו אל הכנרת, הנמוכה מאוד.»</w:t>
      </w:r>
    </w:p>
    <w:p>
      <w:pPr>
        <w:bidi/>
        <w:spacing w:before="0" w:after="100"/>
      </w:pPr>
      <w:r>
        <w:rPr>
          <w:rtl/>
        </w:rPr>
        <w:t>ד. «עברנו בין גבעות נמוכות ושדות חיטה.»</w:t>
      </w:r>
    </w:p>
    <w:p>
      <w:pPr>
        <w:bidi/>
        <w:spacing w:before="120" w:after="40"/>
      </w:pPr>
      <w:r>
        <w:rPr>
          <w:rFonts w:ascii="Tahoma" w:hAnsi="Tahoma" w:cs="Tahoma"/>
          <w:b/>
          <w:bCs/>
          <w:color w:val="29883F"/>
          <w:sz w:val="30"/>
          <w:szCs w:val="30"/>
          <w:rtl/>
        </w:rPr>
        <w:t>עמק יזרעאל – הלב הירוק</w:t>
      </w:r>
    </w:p>
    <w:p>
      <w:pPr>
        <w:bidi/>
        <w:spacing w:before="0" w:after="80"/>
      </w:pPr>
      <w:r>
        <w:rPr>
          <w:rtl/>
        </w:rPr>
        <w:t>עמק יזרעאל הוא אחד מעמקי הרוחב החשובים בארץ. הוא חוצה את צפון הארץ ממערב למזרח, בין הרי הגליל בצפון להרי שומרון בדרום. מי שעומד על הר ומשקיף על העמק רואה מעין לוח של משבצות: שדות חומים, ירוקים וצהובים, זה לצד זה.</w:t>
      </w:r>
    </w:p>
    <w:p>
      <w:pPr>
        <w:bidi/>
        <w:spacing w:before="0" w:after="80"/>
      </w:pPr>
      <w:r>
        <w:rPr>
          <w:rtl/>
        </w:rPr>
        <w:t>האדמה בעמק פורייה, והשטח שטוח ונוח לעיבוד. לכן גרים בו חקלאים רבים, במושבים, בקיבוצים ובכפרים. מגדלים בו חיטה, כותנה, ירקות ומטעים. בגלל השדות הרבים העמק נקרא לפעמים «הלב הירוק» של הצפון.</w:t>
      </w:r>
    </w:p>
    <w:p>
      <w:pPr>
        <w:bidi/>
        <w:spacing w:before="160" w:after="60"/>
      </w:pPr>
      <w:r>
        <w:rPr>
          <w:b/>
          <w:bCs/>
          <w:sz w:val="26"/>
          <w:szCs w:val="26"/>
          <w:rtl/>
        </w:rPr>
        <w:t>8. השלימו לפי הטקסט «עמק יזרעאל – הלב הירוק».</w:t>
      </w:r>
    </w:p>
    <w:p>
      <w:pPr>
        <w:bidi/>
        <w:spacing w:before="0" w:after="60"/>
      </w:pPr>
      <w:r>
        <w:rPr>
          <w:rtl/>
        </w:rPr>
        <w:t>א. עמק יזרעאל חוצה את הארץ ממערב ל__________.</w:t>
      </w:r>
    </w:p>
    <w:p>
      <w:pPr>
        <w:bidi/>
        <w:spacing w:before="0" w:after="60"/>
      </w:pPr>
      <w:r>
        <w:rPr>
          <w:rtl/>
        </w:rPr>
        <w:t>ב. מצפון לעמק נמצאים הרי ה__________.</w:t>
      </w:r>
    </w:p>
    <w:p>
      <w:pPr>
        <w:bidi/>
        <w:spacing w:before="0" w:after="60"/>
      </w:pPr>
      <w:r>
        <w:rPr>
          <w:rtl/>
        </w:rPr>
        <w:t>ג. מדרום לעמק נמצאים הרי __________.</w:t>
      </w:r>
    </w:p>
    <w:p>
      <w:pPr>
        <w:bidi/>
        <w:spacing w:before="160" w:after="60"/>
      </w:pPr>
      <w:r>
        <w:rPr>
          <w:b/>
          <w:bCs/>
          <w:sz w:val="26"/>
          <w:szCs w:val="26"/>
          <w:rtl/>
        </w:rPr>
        <w:t>9. לפי הטקסט: מדוע גרים בעמק יזרעאל חקלאים רבים? כתבו שתי סיבות.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מפה פשוטה: שתי רצועות הרים (צפון ודרום) ועמק רוחב ביניהן. כתבו את השמות: הרי הגליל, עמק יזרעאל, הרי שומרון, והוסיפו 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השוו בין מישור החוף לבין אזור ההר: כתבו הבדל אחד בנוף והבדל אחד בדרך החיים.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פסקה קצרה: לאיזו רצועה הייתם רוצים לצאת לטיול? נמקו בעזרת מה שלמדתם על הנוף.</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נועם גר בעיר בבקעת הירדן, ליד הכנרת. הוא אומר: «כדי להגיע לים התיכון אני צריך רק לרדת». האם הוא צודק? הסבירו בעזרת סדר הרצועות.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כיתה ד'   |   פרק 3</w:t>
      </w:r>
    </w:p>
    <w:p>
      <w:pPr>
        <w:bidi/>
        <w:spacing w:before="0" w:after="120"/>
      </w:pPr>
      <w:r>
        <w:rPr>
          <w:rFonts w:ascii="Tahoma" w:hAnsi="Tahoma" w:cs="Tahoma"/>
          <w:b/>
          <w:bCs/>
          <w:color w:val="29883F"/>
          <w:sz w:val="44"/>
          <w:szCs w:val="44"/>
          <w:rtl/>
        </w:rPr>
        <w:t>פרק 3: נופים ייחודיים בארץ: ים המלח, המכתשים, החרמון, מפרץ חיפה ואילת</w:t>
      </w:r>
    </w:p>
    <w:p>
      <w:pPr>
        <w:bidi/>
        <w:spacing w:before="0" w:after="80"/>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geo_g4_t03.jpg"/>
                    <pic:cNvPicPr/>
                  </pic:nvPicPr>
                  <pic:blipFill>
                    <a:blip r:embed="rId14"/>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29883F"/>
          <w:sz w:val="28"/>
          <w:szCs w:val="28"/>
          <w:rtl/>
        </w:rPr>
        <w:t>◆ המקומות והייחוד שלהם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המקום</w:t>
            </w:r>
          </w:p>
        </w:tc>
        <w:tc>
          <w:tcPr>
            <w:tcW w:type="dxa" w:w="3326"/>
            <w:shd w:val="clear" w:color="auto" w:fill="29883f"/>
          </w:tcPr>
          <w:p>
            <w:pPr>
              <w:bidi/>
              <w:spacing w:before="0" w:after="40"/>
            </w:pPr>
            <w:r>
              <w:rPr>
                <w:b/>
                <w:bCs/>
                <w:color w:val="FFFFFF"/>
                <w:rtl/>
              </w:rPr>
              <w:t>היכן?</w:t>
            </w:r>
          </w:p>
        </w:tc>
        <w:tc>
          <w:tcPr>
            <w:tcW w:type="dxa" w:w="3326"/>
            <w:shd w:val="clear" w:color="auto" w:fill="29883f"/>
          </w:tcPr>
          <w:p>
            <w:pPr>
              <w:bidi/>
              <w:spacing w:before="0" w:after="40"/>
            </w:pPr>
            <w:r>
              <w:rPr>
                <w:b/>
                <w:bCs/>
                <w:color w:val="FFFFFF"/>
                <w:rtl/>
              </w:rPr>
              <w:t>מה מיוחד בו?</w:t>
            </w:r>
          </w:p>
        </w:tc>
      </w:tr>
      <w:tr>
        <w:tc>
          <w:tcPr>
            <w:tcW w:type="dxa" w:w="3326"/>
          </w:tcPr>
          <w:p>
            <w:pPr>
              <w:bidi/>
              <w:spacing w:before="0" w:after="40"/>
            </w:pPr>
            <w:r>
              <w:rPr>
                <w:rtl/>
              </w:rPr>
              <w:t>ים המלח</w:t>
            </w:r>
          </w:p>
        </w:tc>
        <w:tc>
          <w:tcPr>
            <w:tcW w:type="dxa" w:w="3326"/>
          </w:tcPr>
          <w:p>
            <w:pPr>
              <w:bidi/>
              <w:spacing w:before="0" w:after="40"/>
            </w:pPr>
            <w:r>
              <w:rPr>
                <w:rtl/>
              </w:rPr>
              <w:t>בקעת הירדן</w:t>
            </w:r>
          </w:p>
        </w:tc>
        <w:tc>
          <w:tcPr>
            <w:tcW w:type="dxa" w:w="3326"/>
          </w:tcPr>
          <w:p>
            <w:pPr>
              <w:bidi/>
              <w:spacing w:before="0" w:after="40"/>
            </w:pPr>
            <w:r>
              <w:rPr>
                <w:rtl/>
              </w:rPr>
              <w:t>הנמוך ביותר ביבשה, מלוח מאוד</w:t>
            </w:r>
          </w:p>
        </w:tc>
      </w:tr>
      <w:tr>
        <w:tc>
          <w:tcPr>
            <w:tcW w:type="dxa" w:w="3326"/>
          </w:tcPr>
          <w:p>
            <w:pPr>
              <w:bidi/>
              <w:spacing w:before="0" w:after="40"/>
            </w:pPr>
            <w:r>
              <w:rPr>
                <w:rtl/>
              </w:rPr>
              <w:t>המכתשים</w:t>
            </w:r>
          </w:p>
        </w:tc>
        <w:tc>
          <w:tcPr>
            <w:tcW w:type="dxa" w:w="3326"/>
          </w:tcPr>
          <w:p>
            <w:pPr>
              <w:bidi/>
              <w:spacing w:before="0" w:after="40"/>
            </w:pPr>
            <w:r>
              <w:rPr>
                <w:rtl/>
              </w:rPr>
              <w:t>הנגב</w:t>
            </w:r>
          </w:p>
        </w:tc>
        <w:tc>
          <w:tcPr>
            <w:tcW w:type="dxa" w:w="3326"/>
          </w:tcPr>
          <w:p>
            <w:pPr>
              <w:bidi/>
              <w:spacing w:before="0" w:after="40"/>
            </w:pPr>
            <w:r>
              <w:rPr>
                <w:rtl/>
              </w:rPr>
              <w:t>עמק סגור עם קירות תלולים</w:t>
            </w:r>
          </w:p>
        </w:tc>
      </w:tr>
      <w:tr>
        <w:tc>
          <w:tcPr>
            <w:tcW w:type="dxa" w:w="3326"/>
          </w:tcPr>
          <w:p>
            <w:pPr>
              <w:bidi/>
              <w:spacing w:before="0" w:after="40"/>
            </w:pPr>
            <w:r>
              <w:rPr>
                <w:rtl/>
              </w:rPr>
              <w:t>החרמון</w:t>
            </w:r>
          </w:p>
        </w:tc>
        <w:tc>
          <w:tcPr>
            <w:tcW w:type="dxa" w:w="3326"/>
          </w:tcPr>
          <w:p>
            <w:pPr>
              <w:bidi/>
              <w:spacing w:before="0" w:after="40"/>
            </w:pPr>
            <w:r>
              <w:rPr>
                <w:rtl/>
              </w:rPr>
              <w:t>צפון-מזרח</w:t>
            </w:r>
          </w:p>
        </w:tc>
        <w:tc>
          <w:tcPr>
            <w:tcW w:type="dxa" w:w="3326"/>
          </w:tcPr>
          <w:p>
            <w:pPr>
              <w:bidi/>
              <w:spacing w:before="0" w:after="40"/>
            </w:pPr>
            <w:r>
              <w:rPr>
                <w:rtl/>
              </w:rPr>
              <w:t>שלג בחורף, מקורות הירדן</w:t>
            </w:r>
          </w:p>
        </w:tc>
      </w:tr>
      <w:tr>
        <w:tc>
          <w:tcPr>
            <w:tcW w:type="dxa" w:w="3326"/>
          </w:tcPr>
          <w:p>
            <w:pPr>
              <w:bidi/>
              <w:spacing w:before="0" w:after="40"/>
            </w:pPr>
            <w:r>
              <w:rPr>
                <w:rtl/>
              </w:rPr>
              <w:t>מפרץ חיפה</w:t>
            </w:r>
          </w:p>
        </w:tc>
        <w:tc>
          <w:tcPr>
            <w:tcW w:type="dxa" w:w="3326"/>
          </w:tcPr>
          <w:p>
            <w:pPr>
              <w:bidi/>
              <w:spacing w:before="0" w:after="40"/>
            </w:pPr>
            <w:r>
              <w:rPr>
                <w:rtl/>
              </w:rPr>
              <w:t>צפון החוף</w:t>
            </w:r>
          </w:p>
        </w:tc>
        <w:tc>
          <w:tcPr>
            <w:tcW w:type="dxa" w:w="3326"/>
          </w:tcPr>
          <w:p>
            <w:pPr>
              <w:bidi/>
              <w:spacing w:before="0" w:after="40"/>
            </w:pPr>
            <w:r>
              <w:rPr>
                <w:rtl/>
              </w:rPr>
              <w:t>מפרץ, נמל ותעשייה</w:t>
            </w:r>
          </w:p>
        </w:tc>
      </w:tr>
      <w:tr>
        <w:tc>
          <w:tcPr>
            <w:tcW w:type="dxa" w:w="3326"/>
          </w:tcPr>
          <w:p>
            <w:pPr>
              <w:bidi/>
              <w:spacing w:before="0" w:after="40"/>
            </w:pPr>
            <w:r>
              <w:rPr>
                <w:rtl/>
              </w:rPr>
              <w:t>אילת</w:t>
            </w:r>
          </w:p>
        </w:tc>
        <w:tc>
          <w:tcPr>
            <w:tcW w:type="dxa" w:w="3326"/>
          </w:tcPr>
          <w:p>
            <w:pPr>
              <w:bidi/>
              <w:spacing w:before="0" w:after="40"/>
            </w:pPr>
            <w:r>
              <w:rPr>
                <w:rtl/>
              </w:rPr>
              <w:t>הדרום</w:t>
            </w:r>
          </w:p>
        </w:tc>
        <w:tc>
          <w:tcPr>
            <w:tcW w:type="dxa" w:w="3326"/>
          </w:tcPr>
          <w:p>
            <w:pPr>
              <w:bidi/>
              <w:spacing w:before="0" w:after="40"/>
            </w:pPr>
            <w:r>
              <w:rPr>
                <w:rtl/>
              </w:rPr>
              <w:t>נמל בים סוף, אלמוגים</w:t>
            </w:r>
          </w:p>
        </w:tc>
      </w:tr>
    </w:tbl>
    <w:p>
      <w:pPr>
        <w:bidi/>
        <w:spacing w:before="0" w:after="40"/>
      </w:pPr>
    </w:p>
    <w:p>
      <w:pPr>
        <w:bidi/>
        <w:spacing w:before="120" w:after="40"/>
      </w:pPr>
      <w:r>
        <w:rPr>
          <w:rFonts w:ascii="Tahoma" w:hAnsi="Tahoma" w:cs="Tahoma"/>
          <w:b/>
          <w:bCs/>
          <w:color w:val="29883F"/>
          <w:sz w:val="28"/>
          <w:szCs w:val="28"/>
          <w:rtl/>
        </w:rPr>
        <w:t>◆ איך נוצר מכתש?</w:t>
      </w:r>
    </w:p>
    <w:p>
      <w:pPr>
        <w:bidi/>
        <w:spacing w:before="0" w:after="20"/>
      </w:pPr>
      <w:r>
        <w:rPr>
          <w:rtl/>
        </w:rPr>
        <w:t>1. מים סחפו במשך זמן רב סלעים רכים מתוך ההר.</w:t>
      </w:r>
    </w:p>
    <w:p>
      <w:pPr>
        <w:bidi/>
        <w:spacing w:before="0" w:after="20"/>
      </w:pPr>
      <w:r>
        <w:rPr>
          <w:rtl/>
        </w:rPr>
        <w:t>2. נשאר עמק גדול וסגור עם קירות תלולים.</w:t>
      </w:r>
    </w:p>
    <w:p>
      <w:pPr>
        <w:bidi/>
        <w:spacing w:before="120" w:after="40"/>
      </w:pPr>
      <w:r>
        <w:rPr>
          <w:rFonts w:ascii="Tahoma" w:hAnsi="Tahoma" w:cs="Tahoma"/>
          <w:b/>
          <w:bCs/>
          <w:color w:val="29883F"/>
          <w:sz w:val="28"/>
          <w:szCs w:val="28"/>
          <w:rtl/>
        </w:rPr>
        <w:t>◆ זכרו!</w:t>
      </w:r>
    </w:p>
    <w:p>
      <w:pPr>
        <w:bidi/>
        <w:spacing w:before="0" w:after="40"/>
      </w:pPr>
      <w:r>
        <w:rPr>
          <w:rtl/>
        </w:rPr>
        <w:t>בים המלח אין דגים, כי המים מלוחים מאוד. המים של החרמון מזינים את נהר הירדן.</w:t>
      </w:r>
    </w:p>
    <w:p>
      <w:pPr>
        <w:bidi/>
        <w:spacing w:before="160" w:after="60"/>
      </w:pPr>
      <w:r>
        <w:rPr>
          <w:b/>
          <w:bCs/>
          <w:sz w:val="26"/>
          <w:szCs w:val="26"/>
          <w:rtl/>
        </w:rPr>
        <w:t>1. השלימו מן המחסן.</w:t>
      </w:r>
    </w:p>
    <w:p>
      <w:pPr>
        <w:bidi/>
        <w:spacing w:before="0" w:after="80"/>
      </w:pPr>
      <w:r>
        <w:rPr>
          <w:color w:val="29883F"/>
          <w:sz w:val="24"/>
          <w:szCs w:val="24"/>
          <w:rtl/>
        </w:rPr>
        <w:t>מחסן מילים: המלח  |  נגב  |  חרמון  |  אילת  |  כנרת</w:t>
      </w:r>
    </w:p>
    <w:p>
      <w:pPr>
        <w:bidi/>
        <w:spacing w:before="0" w:after="60"/>
      </w:pPr>
      <w:r>
        <w:rPr>
          <w:rtl/>
        </w:rPr>
        <w:t>א. ים __________ הוא המקום הנמוך ביותר על פני היבשה.</w:t>
      </w:r>
    </w:p>
    <w:p>
      <w:pPr>
        <w:bidi/>
        <w:spacing w:before="0" w:after="60"/>
      </w:pPr>
      <w:r>
        <w:rPr>
          <w:rtl/>
        </w:rPr>
        <w:t>ב. מכתש רמון, המכתש הגדול והמכתש הקטן נמצאים ב__________.</w:t>
      </w:r>
    </w:p>
    <w:p>
      <w:pPr>
        <w:bidi/>
        <w:spacing w:before="0" w:after="60"/>
      </w:pPr>
      <w:r>
        <w:rPr>
          <w:rtl/>
        </w:rPr>
        <w:t>ג. ה__________ הוא הר גבוה שיש בו אתר סקי.</w:t>
      </w:r>
    </w:p>
    <w:p>
      <w:pPr>
        <w:bidi/>
        <w:spacing w:before="0" w:after="60"/>
      </w:pPr>
      <w:r>
        <w:rPr>
          <w:rtl/>
        </w:rPr>
        <w:t>ד. ב__________ יש שוניות אלמוגים.</w:t>
      </w:r>
    </w:p>
    <w:p>
      <w:pPr>
        <w:bidi/>
        <w:spacing w:before="160" w:after="60"/>
      </w:pPr>
      <w:r>
        <w:rPr>
          <w:b/>
          <w:bCs/>
          <w:sz w:val="26"/>
          <w:szCs w:val="26"/>
          <w:rtl/>
        </w:rPr>
        <w:t>2. התאימו בין המקום לבין התיאור.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מפרץ חיפה</w:t>
            </w:r>
          </w:p>
        </w:tc>
        <w:tc>
          <w:tcPr>
            <w:tcW w:type="dxa" w:w="4989"/>
          </w:tcPr>
          <w:p>
            <w:pPr>
              <w:bidi/>
              <w:spacing w:before="0" w:after="40"/>
            </w:pPr>
            <w:r>
              <w:rPr>
                <w:rtl/>
              </w:rPr>
              <w:t>[   ] נמל גדול על חוף הים התיכון</w:t>
            </w:r>
          </w:p>
        </w:tc>
      </w:tr>
      <w:tr>
        <w:tc>
          <w:tcPr>
            <w:tcW w:type="dxa" w:w="4989"/>
          </w:tcPr>
          <w:p>
            <w:pPr>
              <w:bidi/>
              <w:spacing w:before="0" w:after="40"/>
            </w:pPr>
            <w:r>
              <w:rPr>
                <w:rtl/>
              </w:rPr>
              <w:t>2. אילת</w:t>
            </w:r>
          </w:p>
        </w:tc>
        <w:tc>
          <w:tcPr>
            <w:tcW w:type="dxa" w:w="4989"/>
          </w:tcPr>
          <w:p>
            <w:pPr>
              <w:bidi/>
              <w:spacing w:before="0" w:after="40"/>
            </w:pPr>
            <w:r>
              <w:rPr>
                <w:rtl/>
              </w:rPr>
              <w:t>[   ] מי השלג שלו מזינים את הירדן</w:t>
            </w:r>
          </w:p>
        </w:tc>
      </w:tr>
      <w:tr>
        <w:tc>
          <w:tcPr>
            <w:tcW w:type="dxa" w:w="4989"/>
          </w:tcPr>
          <w:p>
            <w:pPr>
              <w:bidi/>
              <w:spacing w:before="0" w:after="40"/>
            </w:pPr>
            <w:r>
              <w:rPr>
                <w:rtl/>
              </w:rPr>
              <w:t>3. ים המלח</w:t>
            </w:r>
          </w:p>
        </w:tc>
        <w:tc>
          <w:tcPr>
            <w:tcW w:type="dxa" w:w="4989"/>
          </w:tcPr>
          <w:p>
            <w:pPr>
              <w:bidi/>
              <w:spacing w:before="0" w:after="40"/>
            </w:pPr>
            <w:r>
              <w:rPr>
                <w:rtl/>
              </w:rPr>
              <w:t>[   ] הנמל של ישראל בים סוף</w:t>
            </w:r>
          </w:p>
        </w:tc>
      </w:tr>
      <w:tr>
        <w:tc>
          <w:tcPr>
            <w:tcW w:type="dxa" w:w="4989"/>
          </w:tcPr>
          <w:p>
            <w:pPr>
              <w:bidi/>
              <w:spacing w:before="0" w:after="40"/>
            </w:pPr>
            <w:r>
              <w:rPr>
                <w:rtl/>
              </w:rPr>
              <w:t>4. החרמון</w:t>
            </w:r>
          </w:p>
        </w:tc>
        <w:tc>
          <w:tcPr>
            <w:tcW w:type="dxa" w:w="4989"/>
          </w:tcPr>
          <w:p>
            <w:pPr>
              <w:bidi/>
              <w:spacing w:before="0" w:after="40"/>
            </w:pPr>
            <w:r>
              <w:rPr>
                <w:rtl/>
              </w:rPr>
              <w:t>[   ] מפיקים ממנו מינרלים</w:t>
            </w:r>
          </w:p>
        </w:tc>
      </w:tr>
      <w:tr>
        <w:tc>
          <w:tcPr>
            <w:tcW w:type="dxa" w:w="4989"/>
          </w:tcPr>
          <w:p>
            <w:pPr>
              <w:bidi/>
              <w:spacing w:before="0" w:after="40"/>
            </w:pPr>
            <w:r>
              <w:rPr>
                <w:rtl/>
              </w:rPr>
              <w:t>5. מכתש</w:t>
            </w:r>
          </w:p>
        </w:tc>
        <w:tc>
          <w:tcPr>
            <w:tcW w:type="dxa" w:w="4989"/>
          </w:tcPr>
          <w:p>
            <w:pPr>
              <w:bidi/>
              <w:spacing w:before="0" w:after="40"/>
            </w:pPr>
            <w:r>
              <w:rPr>
                <w:rtl/>
              </w:rPr>
              <w:t>[   ] עמק סגור וקירות תלולים</w:t>
            </w:r>
          </w:p>
        </w:tc>
      </w:tr>
    </w:tbl>
    <w:p>
      <w:pPr>
        <w:bidi/>
        <w:spacing w:before="0" w:after="40"/>
      </w:pPr>
    </w:p>
    <w:p>
      <w:pPr>
        <w:bidi/>
        <w:spacing w:before="160" w:after="60"/>
      </w:pPr>
      <w:r>
        <w:rPr>
          <w:b/>
          <w:bCs/>
          <w:sz w:val="26"/>
          <w:szCs w:val="26"/>
          <w:rtl/>
        </w:rPr>
        <w:t>3.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חוף הים התיכון בישראל מלא מפרצים.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אילת היא העיר הצפונית ביותר בישראל.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ים המלח נמצא מתחת לפני הים.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על החרמון יורד שלג בחורף.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מה שייך לים המלח ומה לאילת?</w:t>
      </w:r>
    </w:p>
    <w:p>
      <w:pPr>
        <w:bidi/>
        <w:spacing w:before="0" w:after="80"/>
      </w:pPr>
      <w:r>
        <w:rPr>
          <w:color w:val="29883F"/>
          <w:sz w:val="24"/>
          <w:szCs w:val="24"/>
          <w:rtl/>
        </w:rPr>
        <w:t>המילים: מים מלוחים מאוד  |  שוניות אלמוגים  |  צפים בלי לשקוע  |  צלילה עם דגים צבעוניים  |  מפיקים מינרלים  |  נמל בים סוף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ים המלח</w:t>
            </w:r>
          </w:p>
        </w:tc>
        <w:tc>
          <w:tcPr>
            <w:tcW w:type="dxa" w:w="4989"/>
            <w:shd w:val="clear" w:color="auto" w:fill="29883f"/>
          </w:tcPr>
          <w:p>
            <w:pPr>
              <w:bidi/>
              <w:spacing w:before="0" w:after="40"/>
            </w:pPr>
            <w:r>
              <w:rPr>
                <w:b/>
                <w:bCs/>
                <w:color w:val="FFFFFF"/>
                <w:rtl/>
              </w:rPr>
              <w:t>אילת</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המקום</w:t>
            </w:r>
          </w:p>
        </w:tc>
        <w:tc>
          <w:tcPr>
            <w:tcW w:type="dxa" w:w="4989"/>
            <w:shd w:val="clear" w:color="auto" w:fill="29883f"/>
          </w:tcPr>
          <w:p>
            <w:pPr>
              <w:bidi/>
              <w:spacing w:before="0" w:after="40"/>
            </w:pPr>
            <w:r>
              <w:rPr>
                <w:b/>
                <w:bCs/>
                <w:color w:val="FFFFFF"/>
                <w:rtl/>
              </w:rPr>
              <w:t>מה מיוחד בו?</w:t>
            </w:r>
          </w:p>
        </w:tc>
      </w:tr>
      <w:tr>
        <w:tc>
          <w:tcPr>
            <w:tcW w:type="dxa" w:w="4989"/>
          </w:tcPr>
          <w:p>
            <w:pPr>
              <w:bidi/>
              <w:spacing w:before="0" w:after="40"/>
            </w:pPr>
            <w:r>
              <w:rPr>
                <w:rtl/>
              </w:rPr>
              <w:t>החרמון</w:t>
            </w:r>
          </w:p>
        </w:tc>
        <w:tc>
          <w:tcPr>
            <w:tcW w:type="dxa" w:w="4989"/>
          </w:tcPr>
          <w:p>
            <w:pPr>
              <w:bidi/>
              <w:spacing w:before="0" w:after="40"/>
            </w:pPr>
            <w:r>
              <w:rPr>
                <w:rtl/>
              </w:rPr>
            </w:r>
          </w:p>
        </w:tc>
      </w:tr>
      <w:tr>
        <w:tc>
          <w:tcPr>
            <w:tcW w:type="dxa" w:w="4989"/>
          </w:tcPr>
          <w:p>
            <w:pPr>
              <w:bidi/>
              <w:spacing w:before="0" w:after="40"/>
            </w:pPr>
            <w:r>
              <w:rPr>
                <w:rtl/>
              </w:rPr>
              <w:t>מפרץ חיפה</w:t>
            </w:r>
          </w:p>
        </w:tc>
        <w:tc>
          <w:tcPr>
            <w:tcW w:type="dxa" w:w="4989"/>
          </w:tcPr>
          <w:p>
            <w:pPr>
              <w:bidi/>
              <w:spacing w:before="0" w:after="40"/>
            </w:pPr>
            <w:r>
              <w:rPr>
                <w:rtl/>
              </w:rPr>
            </w:r>
          </w:p>
        </w:tc>
      </w:tr>
      <w:tr>
        <w:tc>
          <w:tcPr>
            <w:tcW w:type="dxa" w:w="4989"/>
          </w:tcPr>
          <w:p>
            <w:pPr>
              <w:bidi/>
              <w:spacing w:before="0" w:after="40"/>
            </w:pPr>
            <w:r>
              <w:rPr>
                <w:rtl/>
              </w:rPr>
              <w:t>מכתש רמון</w:t>
            </w:r>
          </w:p>
        </w:tc>
        <w:tc>
          <w:tcPr>
            <w:tcW w:type="dxa" w:w="4989"/>
          </w:tcPr>
          <w:p>
            <w:pPr>
              <w:bidi/>
              <w:spacing w:before="0" w:after="40"/>
            </w:pPr>
            <w:r>
              <w:rPr>
                <w:rtl/>
              </w:rPr>
            </w:r>
          </w:p>
        </w:tc>
      </w:tr>
      <w:tr>
        <w:tc>
          <w:tcPr>
            <w:tcW w:type="dxa" w:w="4989"/>
          </w:tcPr>
          <w:p>
            <w:pPr>
              <w:bidi/>
              <w:spacing w:before="0" w:after="40"/>
            </w:pPr>
            <w:r>
              <w:rPr>
                <w:rtl/>
              </w:rPr>
              <w:t>ים המלח</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לאן כדאי לנסוע כדי לראות שלג בישראל?</w:t>
      </w:r>
    </w:p>
    <w:p>
      <w:pPr>
        <w:bidi/>
        <w:spacing w:before="0" w:after="80"/>
      </w:pPr>
      <w:r>
        <w:rPr>
          <w:rtl/>
        </w:rPr>
        <w:t xml:space="preserve">   ○ לחרמון      ○ לאילת      ○ לים המלח</w:t>
      </w:r>
    </w:p>
    <w:p>
      <w:pPr>
        <w:bidi/>
        <w:spacing w:before="0" w:after="20"/>
      </w:pPr>
      <w:r>
        <w:rPr>
          <w:rtl/>
        </w:rPr>
        <w:t>ב. איך נוצר מכתש?</w:t>
      </w:r>
    </w:p>
    <w:p>
      <w:pPr>
        <w:bidi/>
        <w:spacing w:before="0" w:after="80"/>
      </w:pPr>
      <w:r>
        <w:rPr>
          <w:rtl/>
        </w:rPr>
        <w:t xml:space="preserve">   ○ מפגיעה של אבן מן החלל      ○ מים סחפו סלעים רכים במשך זמן רב      ○ מרעידת אדמה אחת</w:t>
      </w:r>
    </w:p>
    <w:p>
      <w:pPr>
        <w:bidi/>
        <w:spacing w:before="160" w:after="60"/>
      </w:pPr>
      <w:r>
        <w:rPr>
          <w:b/>
          <w:bCs/>
          <w:sz w:val="26"/>
          <w:szCs w:val="26"/>
          <w:rtl/>
        </w:rPr>
        <w:t>7. ליד כל משפט כתבו על איזה מקום מדובר.</w:t>
      </w:r>
    </w:p>
    <w:p>
      <w:pPr>
        <w:bidi/>
        <w:spacing w:before="0" w:after="100"/>
      </w:pPr>
      <w:r>
        <w:rPr>
          <w:rtl/>
        </w:rPr>
        <w:t>א. «צפתי במים ולא שקעתי, והמים צרבו לי בעיניים.»</w:t>
      </w:r>
    </w:p>
    <w:p>
      <w:pPr>
        <w:bidi/>
        <w:spacing w:before="0" w:after="100"/>
      </w:pPr>
      <w:r>
        <w:rPr>
          <w:rtl/>
        </w:rPr>
        <w:t>ב. «ראינו אניות גדולות ומפעלים ליד הכרמל.»</w:t>
      </w:r>
    </w:p>
    <w:p>
      <w:pPr>
        <w:bidi/>
        <w:spacing w:before="0" w:after="100"/>
      </w:pPr>
      <w:r>
        <w:rPr>
          <w:rtl/>
        </w:rPr>
        <w:t>ג. «החלקנו על מזחלת בשלג.»</w:t>
      </w:r>
    </w:p>
    <w:p>
      <w:pPr>
        <w:bidi/>
        <w:spacing w:before="0" w:after="100"/>
      </w:pPr>
      <w:r>
        <w:rPr>
          <w:rtl/>
        </w:rPr>
        <w:t>ד. «צללנו וראינו אלמוגים.»</w:t>
      </w:r>
    </w:p>
    <w:p>
      <w:pPr>
        <w:bidi/>
        <w:spacing w:before="120" w:after="40"/>
      </w:pPr>
      <w:r>
        <w:rPr>
          <w:rFonts w:ascii="Tahoma" w:hAnsi="Tahoma" w:cs="Tahoma"/>
          <w:b/>
          <w:bCs/>
          <w:color w:val="29883F"/>
          <w:sz w:val="30"/>
          <w:szCs w:val="30"/>
          <w:rtl/>
        </w:rPr>
        <w:t>נמל בקצה הדרום</w:t>
      </w:r>
    </w:p>
    <w:p>
      <w:pPr>
        <w:bidi/>
        <w:spacing w:before="0" w:after="80"/>
      </w:pPr>
      <w:r>
        <w:rPr>
          <w:rtl/>
        </w:rPr>
        <w:t>אילת שוכנת בקצה הדרומי של ישראל, בין הרים אדומים של המדבר לבין המים הכחולים של מפרץ אילת. המפרץ הוא חלק מים סוף, ולכן הנמל של אילת פונה אל הדרום ואל המזרח. אניות שמגיעות אליו מביאות סחורות ממדינות רחוקות.</w:t>
      </w:r>
    </w:p>
    <w:p>
      <w:pPr>
        <w:bidi/>
        <w:spacing w:before="0" w:after="80"/>
      </w:pPr>
      <w:r>
        <w:rPr>
          <w:rtl/>
        </w:rPr>
        <w:t>מלבד הנמל, אילת מפורסמת בתיירות. בקיץ חם בה מאוד, ובחורף נעים, ולכן מגיעים אליה מטיילים כל השנה. מתחת למים יש שוניות אלמוגים, ובהן דגים בכל הצבעים. כדי לשמור על האלמוגים אסור לגעת בהם או לשבור אותם.</w:t>
      </w:r>
    </w:p>
    <w:p>
      <w:pPr>
        <w:bidi/>
        <w:spacing w:before="160" w:after="60"/>
      </w:pPr>
      <w:r>
        <w:rPr>
          <w:b/>
          <w:bCs/>
          <w:sz w:val="26"/>
          <w:szCs w:val="26"/>
          <w:rtl/>
        </w:rPr>
        <w:t>8. השלימו לפי הטקסט «נמל בקצה הדרום».</w:t>
      </w:r>
    </w:p>
    <w:p>
      <w:pPr>
        <w:bidi/>
        <w:spacing w:before="0" w:after="60"/>
      </w:pPr>
      <w:r>
        <w:rPr>
          <w:rtl/>
        </w:rPr>
        <w:t>א. מפרץ אילת הוא חלק מים __________.</w:t>
      </w:r>
    </w:p>
    <w:p>
      <w:pPr>
        <w:bidi/>
        <w:spacing w:before="0" w:after="60"/>
      </w:pPr>
      <w:r>
        <w:rPr>
          <w:rtl/>
        </w:rPr>
        <w:t>ב. בעונת ה__________ נעים באילת.</w:t>
      </w:r>
    </w:p>
    <w:p>
      <w:pPr>
        <w:bidi/>
        <w:spacing w:before="0" w:after="60"/>
      </w:pPr>
      <w:r>
        <w:rPr>
          <w:rtl/>
        </w:rPr>
        <w:t>ג. כדי לשמור על האלמוגים אסור __________ בהם.</w:t>
      </w:r>
    </w:p>
    <w:p>
      <w:pPr>
        <w:bidi/>
        <w:spacing w:before="160" w:after="60"/>
      </w:pPr>
      <w:r>
        <w:rPr>
          <w:b/>
          <w:bCs/>
          <w:sz w:val="26"/>
          <w:szCs w:val="26"/>
          <w:rtl/>
        </w:rPr>
        <w:t>9. לפי הטקסט: מדוע מגיעים מטיילים לאילת כל השנה? כתבו שתי סיבות.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קו חוף ישר ובו מפרץ אחד. סמנו את המפרץ, את הנמל ואת הים, והוסיפו מקרא קטן.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את הקשר בין השלג שעל החרמון לבין נהר הירדן.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תכננו טיול של יומיים לשני מקומות ייחודיים מן הפרק. כתבו לאן תסעו ובאיזו עונה, ונמקו את הבחירה.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כיתה ד'   |   פרק 4</w:t>
      </w:r>
    </w:p>
    <w:p>
      <w:pPr>
        <w:bidi/>
        <w:spacing w:before="0" w:after="120"/>
      </w:pPr>
      <w:r>
        <w:rPr>
          <w:rFonts w:ascii="Tahoma" w:hAnsi="Tahoma" w:cs="Tahoma"/>
          <w:b/>
          <w:bCs/>
          <w:color w:val="29883F"/>
          <w:sz w:val="44"/>
          <w:szCs w:val="44"/>
          <w:rtl/>
        </w:rPr>
        <w:t>פרק 4: האקלים בישראל: אזור ים-תיכוני ואזור מדברי, עונות וגשם</w:t>
      </w:r>
    </w:p>
    <w:p>
      <w:pPr>
        <w:bidi/>
        <w:spacing w:before="0" w:after="80"/>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geo_g4_t04.jpg"/>
                    <pic:cNvPicPr/>
                  </pic:nvPicPr>
                  <pic:blipFill>
                    <a:blip r:embed="rId15"/>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29883F"/>
          <w:sz w:val="28"/>
          <w:szCs w:val="28"/>
          <w:rtl/>
        </w:rPr>
        <w:t>◆ מזג אוויר או אקלים?</w:t>
      </w:r>
    </w:p>
    <w:p>
      <w:pPr>
        <w:bidi/>
        <w:spacing w:before="0" w:after="20"/>
      </w:pPr>
      <w:r>
        <w:rPr>
          <w:rtl/>
        </w:rPr>
        <w:t>1. מזג אוויר – מה שקורה עכשיו או השבוע.</w:t>
      </w:r>
    </w:p>
    <w:p>
      <w:pPr>
        <w:bidi/>
        <w:spacing w:before="0" w:after="20"/>
      </w:pPr>
      <w:r>
        <w:rPr>
          <w:rtl/>
        </w:rPr>
        <w:t>2. אקלים – מזג האוויר הרגיל במשך שנים רבות.</w:t>
      </w:r>
    </w:p>
    <w:p>
      <w:pPr>
        <w:bidi/>
        <w:spacing w:before="120" w:after="40"/>
      </w:pPr>
      <w:r>
        <w:rPr>
          <w:rFonts w:ascii="Tahoma" w:hAnsi="Tahoma" w:cs="Tahoma"/>
          <w:b/>
          <w:bCs/>
          <w:color w:val="29883F"/>
          <w:sz w:val="28"/>
          <w:szCs w:val="28"/>
          <w:rtl/>
        </w:rPr>
        <w:t>◆ שני אזורי אקלים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r>
          </w:p>
        </w:tc>
        <w:tc>
          <w:tcPr>
            <w:tcW w:type="dxa" w:w="3326"/>
            <w:shd w:val="clear" w:color="auto" w:fill="29883f"/>
          </w:tcPr>
          <w:p>
            <w:pPr>
              <w:bidi/>
              <w:spacing w:before="0" w:after="40"/>
            </w:pPr>
            <w:r>
              <w:rPr>
                <w:b/>
                <w:bCs/>
                <w:color w:val="FFFFFF"/>
                <w:rtl/>
              </w:rPr>
              <w:t>אקלים ים-תיכוני</w:t>
            </w:r>
          </w:p>
        </w:tc>
        <w:tc>
          <w:tcPr>
            <w:tcW w:type="dxa" w:w="3326"/>
            <w:shd w:val="clear" w:color="auto" w:fill="29883f"/>
          </w:tcPr>
          <w:p>
            <w:pPr>
              <w:bidi/>
              <w:spacing w:before="0" w:after="40"/>
            </w:pPr>
            <w:r>
              <w:rPr>
                <w:b/>
                <w:bCs/>
                <w:color w:val="FFFFFF"/>
                <w:rtl/>
              </w:rPr>
              <w:t>אקלים מדברי</w:t>
            </w:r>
          </w:p>
        </w:tc>
      </w:tr>
      <w:tr>
        <w:tc>
          <w:tcPr>
            <w:tcW w:type="dxa" w:w="3326"/>
          </w:tcPr>
          <w:p>
            <w:pPr>
              <w:bidi/>
              <w:spacing w:before="0" w:after="40"/>
            </w:pPr>
            <w:r>
              <w:rPr>
                <w:rtl/>
              </w:rPr>
              <w:t>איפה?</w:t>
            </w:r>
          </w:p>
        </w:tc>
        <w:tc>
          <w:tcPr>
            <w:tcW w:type="dxa" w:w="3326"/>
          </w:tcPr>
          <w:p>
            <w:pPr>
              <w:bidi/>
              <w:spacing w:before="0" w:after="40"/>
            </w:pPr>
            <w:r>
              <w:rPr>
                <w:rtl/>
              </w:rPr>
              <w:t>צפון הארץ ומרכזה</w:t>
            </w:r>
          </w:p>
        </w:tc>
        <w:tc>
          <w:tcPr>
            <w:tcW w:type="dxa" w:w="3326"/>
          </w:tcPr>
          <w:p>
            <w:pPr>
              <w:bidi/>
              <w:spacing w:before="0" w:after="40"/>
            </w:pPr>
            <w:r>
              <w:rPr>
                <w:rtl/>
              </w:rPr>
              <w:t>הנגב והערבה</w:t>
            </w:r>
          </w:p>
        </w:tc>
      </w:tr>
      <w:tr>
        <w:tc>
          <w:tcPr>
            <w:tcW w:type="dxa" w:w="3326"/>
          </w:tcPr>
          <w:p>
            <w:pPr>
              <w:bidi/>
              <w:spacing w:before="0" w:after="40"/>
            </w:pPr>
            <w:r>
              <w:rPr>
                <w:rtl/>
              </w:rPr>
              <w:t>קיץ</w:t>
            </w:r>
          </w:p>
        </w:tc>
        <w:tc>
          <w:tcPr>
            <w:tcW w:type="dxa" w:w="3326"/>
          </w:tcPr>
          <w:p>
            <w:pPr>
              <w:bidi/>
              <w:spacing w:before="0" w:after="40"/>
            </w:pPr>
            <w:r>
              <w:rPr>
                <w:rtl/>
              </w:rPr>
              <w:t>חם ויבש</w:t>
            </w:r>
          </w:p>
        </w:tc>
        <w:tc>
          <w:tcPr>
            <w:tcW w:type="dxa" w:w="3326"/>
          </w:tcPr>
          <w:p>
            <w:pPr>
              <w:bidi/>
              <w:spacing w:before="0" w:after="40"/>
            </w:pPr>
            <w:r>
              <w:rPr>
                <w:rtl/>
              </w:rPr>
              <w:t>חם מאוד ויבש</w:t>
            </w:r>
          </w:p>
        </w:tc>
      </w:tr>
      <w:tr>
        <w:tc>
          <w:tcPr>
            <w:tcW w:type="dxa" w:w="3326"/>
          </w:tcPr>
          <w:p>
            <w:pPr>
              <w:bidi/>
              <w:spacing w:before="0" w:after="40"/>
            </w:pPr>
            <w:r>
              <w:rPr>
                <w:rtl/>
              </w:rPr>
              <w:t>חורף</w:t>
            </w:r>
          </w:p>
        </w:tc>
        <w:tc>
          <w:tcPr>
            <w:tcW w:type="dxa" w:w="3326"/>
          </w:tcPr>
          <w:p>
            <w:pPr>
              <w:bidi/>
              <w:spacing w:before="0" w:after="40"/>
            </w:pPr>
            <w:r>
              <w:rPr>
                <w:rtl/>
              </w:rPr>
              <w:t>נוח וגשום</w:t>
            </w:r>
          </w:p>
        </w:tc>
        <w:tc>
          <w:tcPr>
            <w:tcW w:type="dxa" w:w="3326"/>
          </w:tcPr>
          <w:p>
            <w:pPr>
              <w:bidi/>
              <w:spacing w:before="0" w:after="40"/>
            </w:pPr>
            <w:r>
              <w:rPr>
                <w:rtl/>
              </w:rPr>
              <w:t>מעט מאוד גשם</w:t>
            </w:r>
          </w:p>
        </w:tc>
      </w:tr>
      <w:tr>
        <w:tc>
          <w:tcPr>
            <w:tcW w:type="dxa" w:w="3326"/>
          </w:tcPr>
          <w:p>
            <w:pPr>
              <w:bidi/>
              <w:spacing w:before="0" w:after="40"/>
            </w:pPr>
            <w:r>
              <w:rPr>
                <w:rtl/>
              </w:rPr>
              <w:t>צמחייה</w:t>
            </w:r>
          </w:p>
        </w:tc>
        <w:tc>
          <w:tcPr>
            <w:tcW w:type="dxa" w:w="3326"/>
          </w:tcPr>
          <w:p>
            <w:pPr>
              <w:bidi/>
              <w:spacing w:before="0" w:after="40"/>
            </w:pPr>
            <w:r>
              <w:rPr>
                <w:rtl/>
              </w:rPr>
              <w:t>חורש, יערות, שדות</w:t>
            </w:r>
          </w:p>
        </w:tc>
        <w:tc>
          <w:tcPr>
            <w:tcW w:type="dxa" w:w="3326"/>
          </w:tcPr>
          <w:p>
            <w:pPr>
              <w:bidi/>
              <w:spacing w:before="0" w:after="40"/>
            </w:pPr>
            <w:r>
              <w:rPr>
                <w:rtl/>
              </w:rPr>
              <w:t>צמחים מעטים</w:t>
            </w:r>
          </w:p>
        </w:tc>
      </w:tr>
    </w:tbl>
    <w:p>
      <w:pPr>
        <w:bidi/>
        <w:spacing w:before="0" w:after="40"/>
      </w:pPr>
    </w:p>
    <w:p>
      <w:pPr>
        <w:bidi/>
        <w:spacing w:before="120" w:after="40"/>
      </w:pPr>
      <w:r>
        <w:rPr>
          <w:rFonts w:ascii="Tahoma" w:hAnsi="Tahoma" w:cs="Tahoma"/>
          <w:b/>
          <w:bCs/>
          <w:color w:val="29883F"/>
          <w:sz w:val="28"/>
          <w:szCs w:val="28"/>
          <w:rtl/>
        </w:rPr>
        <w:t>◆ כמות הגשם</w:t>
      </w:r>
    </w:p>
    <w:p>
      <w:pPr>
        <w:bidi/>
        <w:spacing w:before="0" w:after="20"/>
      </w:pPr>
      <w:r>
        <w:rPr>
          <w:rtl/>
        </w:rPr>
        <w:t>1. פוחתת מצפון לדרום.</w:t>
      </w:r>
    </w:p>
    <w:p>
      <w:pPr>
        <w:bidi/>
        <w:spacing w:before="0" w:after="20"/>
      </w:pPr>
      <w:r>
        <w:rPr>
          <w:rtl/>
        </w:rPr>
        <w:t>2. בהרים – יותר גשם; בבקעת הירדן – פחות.</w:t>
      </w:r>
    </w:p>
    <w:p>
      <w:pPr>
        <w:bidi/>
        <w:spacing w:before="160" w:after="60"/>
      </w:pPr>
      <w:r>
        <w:rPr>
          <w:b/>
          <w:bCs/>
          <w:sz w:val="26"/>
          <w:szCs w:val="26"/>
          <w:rtl/>
        </w:rPr>
        <w:t>1. השלימו מן המחסן.</w:t>
      </w:r>
    </w:p>
    <w:p>
      <w:pPr>
        <w:bidi/>
        <w:spacing w:before="0" w:after="80"/>
      </w:pPr>
      <w:r>
        <w:rPr>
          <w:color w:val="29883F"/>
          <w:sz w:val="24"/>
          <w:szCs w:val="24"/>
          <w:rtl/>
        </w:rPr>
        <w:t>מחסן מילים: ים-תיכוני  |  מעט  |  דרום  |  סתיו  |  קיץ</w:t>
      </w:r>
    </w:p>
    <w:p>
      <w:pPr>
        <w:bidi/>
        <w:spacing w:before="0" w:after="60"/>
      </w:pPr>
      <w:r>
        <w:rPr>
          <w:rtl/>
        </w:rPr>
        <w:t>א. באקלים __________ הקיץ חם ויבש והחורף גשום.</w:t>
      </w:r>
    </w:p>
    <w:p>
      <w:pPr>
        <w:bidi/>
        <w:spacing w:before="0" w:after="60"/>
      </w:pPr>
      <w:r>
        <w:rPr>
          <w:rtl/>
        </w:rPr>
        <w:t>ב. בנגב ובערבה יורד __________ מאוד גשם.</w:t>
      </w:r>
    </w:p>
    <w:p>
      <w:pPr>
        <w:bidi/>
        <w:spacing w:before="0" w:after="60"/>
      </w:pPr>
      <w:r>
        <w:rPr>
          <w:rtl/>
        </w:rPr>
        <w:t>ג. כמות הגשם פוחתת מצפון ל__________.</w:t>
      </w:r>
    </w:p>
    <w:p>
      <w:pPr>
        <w:bidi/>
        <w:spacing w:before="0" w:after="60"/>
      </w:pPr>
      <w:r>
        <w:rPr>
          <w:rtl/>
        </w:rPr>
        <w:t>ד. הגשמים הראשונים יורדים ב__________.</w:t>
      </w:r>
    </w:p>
    <w:p>
      <w:pPr>
        <w:bidi/>
        <w:spacing w:before="160" w:after="60"/>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מזג אוויר</w:t>
            </w:r>
          </w:p>
        </w:tc>
        <w:tc>
          <w:tcPr>
            <w:tcW w:type="dxa" w:w="4989"/>
          </w:tcPr>
          <w:p>
            <w:pPr>
              <w:bidi/>
              <w:spacing w:before="0" w:after="40"/>
            </w:pPr>
            <w:r>
              <w:rPr>
                <w:rtl/>
              </w:rPr>
              <w:t>[   ] מזג האוויר הרגיל במשך שנים רבות</w:t>
            </w:r>
          </w:p>
        </w:tc>
      </w:tr>
      <w:tr>
        <w:tc>
          <w:tcPr>
            <w:tcW w:type="dxa" w:w="4989"/>
          </w:tcPr>
          <w:p>
            <w:pPr>
              <w:bidi/>
              <w:spacing w:before="0" w:after="40"/>
            </w:pPr>
            <w:r>
              <w:rPr>
                <w:rtl/>
              </w:rPr>
              <w:t>2. אקלים</w:t>
            </w:r>
          </w:p>
        </w:tc>
        <w:tc>
          <w:tcPr>
            <w:tcW w:type="dxa" w:w="4989"/>
          </w:tcPr>
          <w:p>
            <w:pPr>
              <w:bidi/>
              <w:spacing w:before="0" w:after="40"/>
            </w:pPr>
            <w:r>
              <w:rPr>
                <w:rtl/>
              </w:rPr>
              <w:t>[   ] מעט מאוד גשם וצמחים מעטים</w:t>
            </w:r>
          </w:p>
        </w:tc>
      </w:tr>
      <w:tr>
        <w:tc>
          <w:tcPr>
            <w:tcW w:type="dxa" w:w="4989"/>
          </w:tcPr>
          <w:p>
            <w:pPr>
              <w:bidi/>
              <w:spacing w:before="0" w:after="40"/>
            </w:pPr>
            <w:r>
              <w:rPr>
                <w:rtl/>
              </w:rPr>
              <w:t>3. אקלים מדברי</w:t>
            </w:r>
          </w:p>
        </w:tc>
        <w:tc>
          <w:tcPr>
            <w:tcW w:type="dxa" w:w="4989"/>
          </w:tcPr>
          <w:p>
            <w:pPr>
              <w:bidi/>
              <w:spacing w:before="0" w:after="40"/>
            </w:pPr>
            <w:r>
              <w:rPr>
                <w:rtl/>
              </w:rPr>
              <w:t>[   ] קיץ חם ויבש וחורף גשום</w:t>
            </w:r>
          </w:p>
        </w:tc>
      </w:tr>
      <w:tr>
        <w:tc>
          <w:tcPr>
            <w:tcW w:type="dxa" w:w="4989"/>
          </w:tcPr>
          <w:p>
            <w:pPr>
              <w:bidi/>
              <w:spacing w:before="0" w:after="40"/>
            </w:pPr>
            <w:r>
              <w:rPr>
                <w:rtl/>
              </w:rPr>
              <w:t>4. אקלים ים-תיכוני</w:t>
            </w:r>
          </w:p>
        </w:tc>
        <w:tc>
          <w:tcPr>
            <w:tcW w:type="dxa" w:w="4989"/>
          </w:tcPr>
          <w:p>
            <w:pPr>
              <w:bidi/>
              <w:spacing w:before="0" w:after="40"/>
            </w:pPr>
            <w:r>
              <w:rPr>
                <w:rtl/>
              </w:rPr>
              <w:t>[   ] מה שקורה היום: שמש, גשם או רוח</w:t>
            </w:r>
          </w:p>
        </w:tc>
      </w:tr>
    </w:tbl>
    <w:p>
      <w:pPr>
        <w:bidi/>
        <w:spacing w:before="0" w:after="40"/>
      </w:pPr>
    </w:p>
    <w:p>
      <w:pPr>
        <w:bidi/>
        <w:spacing w:before="160" w:after="60"/>
      </w:pPr>
      <w:r>
        <w:rPr>
          <w:b/>
          <w:bCs/>
          <w:sz w:val="26"/>
          <w:szCs w:val="26"/>
          <w:rtl/>
        </w:rPr>
        <w:t>3.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ברוב צפון הארץ ומרכזה האקלים ים-תיכוני.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באילת יורד הרבה גשם בחורף.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בבקעת הירדן יורד בדרך כלל פחות גשם מאשר בהרים שממערב 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אקלים הוא מזג האוויר של יום אחד.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המקומות לפי אזור האקלים.</w:t>
      </w:r>
    </w:p>
    <w:p>
      <w:pPr>
        <w:bidi/>
        <w:spacing w:before="0" w:after="80"/>
      </w:pPr>
      <w:r>
        <w:rPr>
          <w:color w:val="29883F"/>
          <w:sz w:val="24"/>
          <w:szCs w:val="24"/>
          <w:rtl/>
        </w:rPr>
        <w:t>המילים: חיפה  |  אילת  |  תל אביב  |  הערבה  |  צפת  |  מכתש רמון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ים-תיכוני</w:t>
            </w:r>
          </w:p>
        </w:tc>
        <w:tc>
          <w:tcPr>
            <w:tcW w:type="dxa" w:w="4989"/>
            <w:shd w:val="clear" w:color="auto" w:fill="29883f"/>
          </w:tcPr>
          <w:p>
            <w:pPr>
              <w:bidi/>
              <w:spacing w:before="0" w:after="40"/>
            </w:pPr>
            <w:r>
              <w:rPr>
                <w:b/>
                <w:bCs/>
                <w:color w:val="FFFFFF"/>
                <w:rtl/>
              </w:rPr>
              <w:t>מדברי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בטבלה מספר ימי הגשם בכל עונה ביישוב דמיוני בגליל. השלימו: באיזו עונה יורד הכי הרבה גשם ובאיזו הכי מעט?</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עונה</w:t>
            </w:r>
          </w:p>
        </w:tc>
        <w:tc>
          <w:tcPr>
            <w:tcW w:type="dxa" w:w="4989"/>
            <w:shd w:val="clear" w:color="auto" w:fill="29883f"/>
          </w:tcPr>
          <w:p>
            <w:pPr>
              <w:bidi/>
              <w:spacing w:before="0" w:after="40"/>
            </w:pPr>
            <w:r>
              <w:rPr>
                <w:b/>
                <w:bCs/>
                <w:color w:val="FFFFFF"/>
                <w:rtl/>
              </w:rPr>
              <w:t>ימי גשם (דמיוני)</w:t>
            </w:r>
          </w:p>
        </w:tc>
      </w:tr>
      <w:tr>
        <w:tc>
          <w:tcPr>
            <w:tcW w:type="dxa" w:w="4989"/>
          </w:tcPr>
          <w:p>
            <w:pPr>
              <w:bidi/>
              <w:spacing w:before="0" w:after="40"/>
            </w:pPr>
            <w:r>
              <w:rPr>
                <w:rtl/>
              </w:rPr>
              <w:t>סתיו</w:t>
            </w:r>
          </w:p>
        </w:tc>
        <w:tc>
          <w:tcPr>
            <w:tcW w:type="dxa" w:w="4989"/>
          </w:tcPr>
          <w:p>
            <w:pPr>
              <w:bidi/>
              <w:spacing w:before="0" w:after="40"/>
            </w:pPr>
            <w:r>
              <w:rPr>
                <w:rtl/>
              </w:rPr>
              <w:t>8</w:t>
            </w:r>
          </w:p>
        </w:tc>
      </w:tr>
      <w:tr>
        <w:tc>
          <w:tcPr>
            <w:tcW w:type="dxa" w:w="4989"/>
          </w:tcPr>
          <w:p>
            <w:pPr>
              <w:bidi/>
              <w:spacing w:before="0" w:after="40"/>
            </w:pPr>
            <w:r>
              <w:rPr>
                <w:rtl/>
              </w:rPr>
              <w:t>חורף</w:t>
            </w:r>
          </w:p>
        </w:tc>
        <w:tc>
          <w:tcPr>
            <w:tcW w:type="dxa" w:w="4989"/>
          </w:tcPr>
          <w:p>
            <w:pPr>
              <w:bidi/>
              <w:spacing w:before="0" w:after="40"/>
            </w:pPr>
            <w:r>
              <w:rPr>
                <w:rtl/>
              </w:rPr>
              <w:t>30</w:t>
            </w:r>
          </w:p>
        </w:tc>
      </w:tr>
      <w:tr>
        <w:tc>
          <w:tcPr>
            <w:tcW w:type="dxa" w:w="4989"/>
          </w:tcPr>
          <w:p>
            <w:pPr>
              <w:bidi/>
              <w:spacing w:before="0" w:after="40"/>
            </w:pPr>
            <w:r>
              <w:rPr>
                <w:rtl/>
              </w:rPr>
              <w:t>אביב</w:t>
            </w:r>
          </w:p>
        </w:tc>
        <w:tc>
          <w:tcPr>
            <w:tcW w:type="dxa" w:w="4989"/>
          </w:tcPr>
          <w:p>
            <w:pPr>
              <w:bidi/>
              <w:spacing w:before="0" w:after="40"/>
            </w:pPr>
            <w:r>
              <w:rPr>
                <w:rtl/>
              </w:rPr>
              <w:t>10</w:t>
            </w:r>
          </w:p>
        </w:tc>
      </w:tr>
      <w:tr>
        <w:tc>
          <w:tcPr>
            <w:tcW w:type="dxa" w:w="4989"/>
          </w:tcPr>
          <w:p>
            <w:pPr>
              <w:bidi/>
              <w:spacing w:before="0" w:after="40"/>
            </w:pPr>
            <w:r>
              <w:rPr>
                <w:rtl/>
              </w:rPr>
              <w:t>קיץ</w:t>
            </w:r>
          </w:p>
        </w:tc>
        <w:tc>
          <w:tcPr>
            <w:tcW w:type="dxa" w:w="4989"/>
          </w:tcPr>
          <w:p>
            <w:pPr>
              <w:bidi/>
              <w:spacing w:before="0" w:after="40"/>
            </w:pPr>
            <w:r>
              <w:rPr>
                <w:rtl/>
              </w:rPr>
              <w:t>0</w:t>
            </w:r>
          </w:p>
        </w:tc>
      </w:tr>
      <w:tr>
        <w:tc>
          <w:tcPr>
            <w:tcW w:type="dxa" w:w="4989"/>
          </w:tcPr>
          <w:p>
            <w:pPr>
              <w:bidi/>
              <w:spacing w:before="0" w:after="40"/>
            </w:pPr>
            <w:r>
              <w:rPr>
                <w:rtl/>
              </w:rPr>
              <w:t>הכי הרבה גשם:</w:t>
            </w:r>
          </w:p>
        </w:tc>
        <w:tc>
          <w:tcPr>
            <w:tcW w:type="dxa" w:w="4989"/>
          </w:tcPr>
          <w:p>
            <w:pPr>
              <w:bidi/>
              <w:spacing w:before="0" w:after="40"/>
            </w:pPr>
            <w:r>
              <w:rPr>
                <w:rtl/>
              </w:rPr>
            </w:r>
          </w:p>
        </w:tc>
      </w:tr>
      <w:tr>
        <w:tc>
          <w:tcPr>
            <w:tcW w:type="dxa" w:w="4989"/>
          </w:tcPr>
          <w:p>
            <w:pPr>
              <w:bidi/>
              <w:spacing w:before="0" w:after="40"/>
            </w:pPr>
            <w:r>
              <w:rPr>
                <w:rtl/>
              </w:rPr>
              <w:t>הכי מעט גשם:</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איך נראה הקיץ באקלים ים-תיכוני?</w:t>
      </w:r>
    </w:p>
    <w:p>
      <w:pPr>
        <w:bidi/>
        <w:spacing w:before="0" w:after="80"/>
      </w:pPr>
      <w:r>
        <w:rPr>
          <w:rtl/>
        </w:rPr>
        <w:t xml:space="preserve">   ○ קר וגשום      ○ חם ויבש      ○ מושלג</w:t>
      </w:r>
    </w:p>
    <w:p>
      <w:pPr>
        <w:bidi/>
        <w:spacing w:before="0" w:after="20"/>
      </w:pPr>
      <w:r>
        <w:rPr>
          <w:rtl/>
        </w:rPr>
        <w:t>ב. מה נכון לגבי האקלים המדברי?</w:t>
      </w:r>
    </w:p>
    <w:p>
      <w:pPr>
        <w:bidi/>
        <w:spacing w:before="0" w:after="80"/>
      </w:pPr>
      <w:r>
        <w:rPr>
          <w:rtl/>
        </w:rPr>
        <w:t xml:space="preserve">   ○ יורד בו הרבה גשם      ○ יש הבדל גדול בין היום ללילה      ○ גדלים בו יערות</w:t>
      </w:r>
    </w:p>
    <w:p>
      <w:pPr>
        <w:bidi/>
        <w:spacing w:before="160" w:after="60"/>
      </w:pPr>
      <w:r>
        <w:rPr>
          <w:b/>
          <w:bCs/>
          <w:sz w:val="26"/>
          <w:szCs w:val="26"/>
          <w:rtl/>
        </w:rPr>
        <w:t>7. השלימו: יותר או פחות?</w:t>
      </w:r>
    </w:p>
    <w:p>
      <w:pPr>
        <w:bidi/>
        <w:spacing w:before="0" w:after="60"/>
      </w:pPr>
      <w:r>
        <w:rPr>
          <w:rtl/>
        </w:rPr>
        <w:t>א. בגליל יורד __________ גשם מאשר בנגב.</w:t>
      </w:r>
    </w:p>
    <w:p>
      <w:pPr>
        <w:bidi/>
        <w:spacing w:before="0" w:after="60"/>
      </w:pPr>
      <w:r>
        <w:rPr>
          <w:rtl/>
        </w:rPr>
        <w:t>ב. באילת יורד __________ גשם מאשר בירושלים.</w:t>
      </w:r>
    </w:p>
    <w:p>
      <w:pPr>
        <w:bidi/>
        <w:spacing w:before="0" w:after="60"/>
      </w:pPr>
      <w:r>
        <w:rPr>
          <w:rtl/>
        </w:rPr>
        <w:t>ג. בהרים יורד בדרך כלל __________ גשם מאשר בבקעת הירדן.</w:t>
      </w:r>
    </w:p>
    <w:p>
      <w:pPr>
        <w:bidi/>
        <w:spacing w:before="120" w:after="40"/>
      </w:pPr>
      <w:r>
        <w:rPr>
          <w:rFonts w:ascii="Tahoma" w:hAnsi="Tahoma" w:cs="Tahoma"/>
          <w:b/>
          <w:bCs/>
          <w:color w:val="29883F"/>
          <w:sz w:val="30"/>
          <w:szCs w:val="30"/>
          <w:rtl/>
        </w:rPr>
        <w:t>לילה במדבר</w:t>
      </w:r>
    </w:p>
    <w:p>
      <w:pPr>
        <w:bidi/>
        <w:spacing w:before="0" w:after="80"/>
      </w:pPr>
      <w:r>
        <w:rPr>
          <w:rtl/>
        </w:rPr>
        <w:t>כיתה ד' של עומר יצאה לטיול שנתי בנגב. בצהריים השמש קפחה, והתלמידים חיפשו צל מתחת לשיטה בודדת. «כמעט אין כאן עצים», שם לב עומר. «כי יורד כאן מעט מאוד גשם», הסביר המדריך. «רק צמחים שיודעים להסתדר עם מעט מים גדלים כאן».</w:t>
      </w:r>
    </w:p>
    <w:p>
      <w:pPr>
        <w:bidi/>
        <w:spacing w:before="0" w:after="80"/>
      </w:pPr>
      <w:r>
        <w:rPr>
          <w:rtl/>
        </w:rPr>
        <w:t>בערב ישבו סביב מדורה, ופתאום כולם הוציאו מעילים. «איך יכול להיות שקר עכשיו, אם בצהריים היה כל כך חם?» שאלה נועה. המדריך חייך: «זה המדבר. ביום חם מאוד, ובלילה מתקרר מהר».</w:t>
      </w:r>
    </w:p>
    <w:p>
      <w:pPr>
        <w:bidi/>
        <w:spacing w:before="160" w:after="60"/>
      </w:pPr>
      <w:r>
        <w:rPr>
          <w:b/>
          <w:bCs/>
          <w:sz w:val="26"/>
          <w:szCs w:val="26"/>
          <w:rtl/>
        </w:rPr>
        <w:t>8. השלימו לפי הטקסט «לילה במדבר».</w:t>
      </w:r>
    </w:p>
    <w:p>
      <w:pPr>
        <w:bidi/>
        <w:spacing w:before="0" w:after="60"/>
      </w:pPr>
      <w:r>
        <w:rPr>
          <w:rtl/>
        </w:rPr>
        <w:t>א. התלמידים חיפשו צל מתחת ל__________ בודדת.</w:t>
      </w:r>
    </w:p>
    <w:p>
      <w:pPr>
        <w:bidi/>
        <w:spacing w:before="0" w:after="60"/>
      </w:pPr>
      <w:r>
        <w:rPr>
          <w:rtl/>
        </w:rPr>
        <w:t>ב. במדבר כמעט אין עצים, כי יורד מעט מאוד __________.</w:t>
      </w:r>
    </w:p>
    <w:p>
      <w:pPr>
        <w:bidi/>
        <w:spacing w:before="0" w:after="60"/>
      </w:pPr>
      <w:r>
        <w:rPr>
          <w:rtl/>
        </w:rPr>
        <w:t>ג. בערב הוציאו התלמידים __________.</w:t>
      </w:r>
    </w:p>
    <w:p>
      <w:pPr>
        <w:bidi/>
        <w:spacing w:before="160" w:after="60"/>
      </w:pPr>
      <w:r>
        <w:rPr>
          <w:b/>
          <w:bCs/>
          <w:sz w:val="26"/>
          <w:szCs w:val="26"/>
          <w:rtl/>
        </w:rPr>
        <w:t>9. לפי הטקסט: איזו תכונה של האקלים המדברי הפתיעה את נועה?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טבלת ציורים של ארבע העונות באקלים ים-תיכוני: בכל משבצת סמל אחד (שמש, ענן עם גשם וכו') ושם העונה.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השוו בין האקלים בחיפה לבין האקלים באילת: כתבו הבדל אחד בגשם והבדל אחד בצמחייה.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חקלאי רוצה לגדל שדה חיטה בלי השקיה, רק במי הגשם. האם כדאי לו לבחור בגליל או בערבה?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כיתה ד'   |   פרק 5</w:t>
      </w:r>
    </w:p>
    <w:p>
      <w:pPr>
        <w:bidi/>
        <w:spacing w:before="0" w:after="120"/>
      </w:pPr>
      <w:r>
        <w:rPr>
          <w:rFonts w:ascii="Tahoma" w:hAnsi="Tahoma" w:cs="Tahoma"/>
          <w:b/>
          <w:bCs/>
          <w:color w:val="29883F"/>
          <w:sz w:val="44"/>
          <w:szCs w:val="44"/>
          <w:rtl/>
        </w:rPr>
        <w:t>פרק 5: מקורות המים בישראל: גשם, נחלים, מי תהום, הכנרת, המוביל הארצי, התפלה וקולחין</w:t>
      </w:r>
    </w:p>
    <w:p>
      <w:pPr>
        <w:bidi/>
        <w:spacing w:before="0" w:after="80"/>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geo_g4_t05.jpg"/>
                    <pic:cNvPicPr/>
                  </pic:nvPicPr>
                  <pic:blipFill>
                    <a:blip r:embed="rId16"/>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29883F"/>
          <w:sz w:val="28"/>
          <w:szCs w:val="28"/>
          <w:rtl/>
        </w:rPr>
        <w:t>◆ מקורות המים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המקור</w:t>
            </w:r>
          </w:p>
        </w:tc>
        <w:tc>
          <w:tcPr>
            <w:tcW w:type="dxa" w:w="4989"/>
            <w:shd w:val="clear" w:color="auto" w:fill="29883f"/>
          </w:tcPr>
          <w:p>
            <w:pPr>
              <w:bidi/>
              <w:spacing w:before="0" w:after="40"/>
            </w:pPr>
            <w:r>
              <w:rPr>
                <w:b/>
                <w:bCs/>
                <w:color w:val="FFFFFF"/>
                <w:rtl/>
              </w:rPr>
              <w:t>מה זה?</w:t>
            </w:r>
          </w:p>
        </w:tc>
      </w:tr>
      <w:tr>
        <w:tc>
          <w:tcPr>
            <w:tcW w:type="dxa" w:w="4989"/>
          </w:tcPr>
          <w:p>
            <w:pPr>
              <w:bidi/>
              <w:spacing w:before="0" w:after="40"/>
            </w:pPr>
            <w:r>
              <w:rPr>
                <w:rtl/>
              </w:rPr>
              <w:t>משקעים</w:t>
            </w:r>
          </w:p>
        </w:tc>
        <w:tc>
          <w:tcPr>
            <w:tcW w:type="dxa" w:w="4989"/>
          </w:tcPr>
          <w:p>
            <w:pPr>
              <w:bidi/>
              <w:spacing w:before="0" w:after="40"/>
            </w:pPr>
            <w:r>
              <w:rPr>
                <w:rtl/>
              </w:rPr>
              <w:t>גשם, שלג וברד</w:t>
            </w:r>
          </w:p>
        </w:tc>
      </w:tr>
      <w:tr>
        <w:tc>
          <w:tcPr>
            <w:tcW w:type="dxa" w:w="4989"/>
          </w:tcPr>
          <w:p>
            <w:pPr>
              <w:bidi/>
              <w:spacing w:before="0" w:after="40"/>
            </w:pPr>
            <w:r>
              <w:rPr>
                <w:rtl/>
              </w:rPr>
              <w:t>מי תהום</w:t>
            </w:r>
          </w:p>
        </w:tc>
        <w:tc>
          <w:tcPr>
            <w:tcW w:type="dxa" w:w="4989"/>
          </w:tcPr>
          <w:p>
            <w:pPr>
              <w:bidi/>
              <w:spacing w:before="0" w:after="40"/>
            </w:pPr>
            <w:r>
              <w:rPr>
                <w:rtl/>
              </w:rPr>
              <w:t>מים שנאגרו מתחת לקרקע; שואבים בבארות</w:t>
            </w:r>
          </w:p>
        </w:tc>
      </w:tr>
      <w:tr>
        <w:tc>
          <w:tcPr>
            <w:tcW w:type="dxa" w:w="4989"/>
          </w:tcPr>
          <w:p>
            <w:pPr>
              <w:bidi/>
              <w:spacing w:before="0" w:after="40"/>
            </w:pPr>
            <w:r>
              <w:rPr>
                <w:rtl/>
              </w:rPr>
              <w:t>הכנרת</w:t>
            </w:r>
          </w:p>
        </w:tc>
        <w:tc>
          <w:tcPr>
            <w:tcW w:type="dxa" w:w="4989"/>
          </w:tcPr>
          <w:p>
            <w:pPr>
              <w:bidi/>
              <w:spacing w:before="0" w:after="40"/>
            </w:pPr>
            <w:r>
              <w:rPr>
                <w:rtl/>
              </w:rPr>
              <w:t>אגם מים מתוקים בצפון</w:t>
            </w:r>
          </w:p>
        </w:tc>
      </w:tr>
      <w:tr>
        <w:tc>
          <w:tcPr>
            <w:tcW w:type="dxa" w:w="4989"/>
          </w:tcPr>
          <w:p>
            <w:pPr>
              <w:bidi/>
              <w:spacing w:before="0" w:after="40"/>
            </w:pPr>
            <w:r>
              <w:rPr>
                <w:rtl/>
              </w:rPr>
              <w:t>התפלה</w:t>
            </w:r>
          </w:p>
        </w:tc>
        <w:tc>
          <w:tcPr>
            <w:tcW w:type="dxa" w:w="4989"/>
          </w:tcPr>
          <w:p>
            <w:pPr>
              <w:bidi/>
              <w:spacing w:before="0" w:after="40"/>
            </w:pPr>
            <w:r>
              <w:rPr>
                <w:rtl/>
              </w:rPr>
              <w:t>הוצאת מלח ממי הים</w:t>
            </w:r>
          </w:p>
        </w:tc>
      </w:tr>
      <w:tr>
        <w:tc>
          <w:tcPr>
            <w:tcW w:type="dxa" w:w="4989"/>
          </w:tcPr>
          <w:p>
            <w:pPr>
              <w:bidi/>
              <w:spacing w:before="0" w:after="40"/>
            </w:pPr>
            <w:r>
              <w:rPr>
                <w:rtl/>
              </w:rPr>
              <w:t>מי קולחין</w:t>
            </w:r>
          </w:p>
        </w:tc>
        <w:tc>
          <w:tcPr>
            <w:tcW w:type="dxa" w:w="4989"/>
          </w:tcPr>
          <w:p>
            <w:pPr>
              <w:bidi/>
              <w:spacing w:before="0" w:after="40"/>
            </w:pPr>
            <w:r>
              <w:rPr>
                <w:rtl/>
              </w:rPr>
              <w:t>מי ביוב מטוהרים להשקיית שדות</w:t>
            </w:r>
          </w:p>
        </w:tc>
      </w:tr>
    </w:tbl>
    <w:p>
      <w:pPr>
        <w:bidi/>
        <w:spacing w:before="0" w:after="40"/>
      </w:pPr>
    </w:p>
    <w:p>
      <w:pPr>
        <w:bidi/>
        <w:spacing w:before="120" w:after="40"/>
      </w:pPr>
      <w:r>
        <w:rPr>
          <w:rFonts w:ascii="Tahoma" w:hAnsi="Tahoma" w:cs="Tahoma"/>
          <w:b/>
          <w:bCs/>
          <w:color w:val="29883F"/>
          <w:sz w:val="28"/>
          <w:szCs w:val="28"/>
          <w:rtl/>
        </w:rPr>
        <w:t>◆ נחל איתן ונחל אכזב</w:t>
      </w:r>
    </w:p>
    <w:p>
      <w:pPr>
        <w:bidi/>
        <w:spacing w:before="0" w:after="20"/>
      </w:pPr>
      <w:r>
        <w:rPr>
          <w:rtl/>
        </w:rPr>
        <w:t>1. נחל איתן – זורם כל השנה (הירקון, הירדן).</w:t>
      </w:r>
    </w:p>
    <w:p>
      <w:pPr>
        <w:bidi/>
        <w:spacing w:before="0" w:after="20"/>
      </w:pPr>
      <w:r>
        <w:rPr>
          <w:rtl/>
        </w:rPr>
        <w:t>2. נחל אכזב – זורם רק אחרי גשם (רוב נחלי הנגב).</w:t>
      </w:r>
    </w:p>
    <w:p>
      <w:pPr>
        <w:bidi/>
        <w:spacing w:before="120" w:after="40"/>
      </w:pPr>
      <w:r>
        <w:rPr>
          <w:rFonts w:ascii="Tahoma" w:hAnsi="Tahoma" w:cs="Tahoma"/>
          <w:b/>
          <w:bCs/>
          <w:color w:val="29883F"/>
          <w:sz w:val="28"/>
          <w:szCs w:val="28"/>
          <w:rtl/>
        </w:rPr>
        <w:t>◆ המוביל הארצי</w:t>
      </w:r>
    </w:p>
    <w:p>
      <w:pPr>
        <w:bidi/>
        <w:spacing w:before="0" w:after="40"/>
      </w:pPr>
      <w:r>
        <w:rPr>
          <w:rtl/>
        </w:rPr>
        <w:t>צינורות ותעלות שהעבירו מים מן הכנרת בצפון אל המרכז והדרום, שבהם יורד פחות גשם.</w:t>
      </w:r>
    </w:p>
    <w:p>
      <w:pPr>
        <w:bidi/>
        <w:spacing w:before="120" w:after="40"/>
      </w:pPr>
      <w:r>
        <w:rPr>
          <w:rFonts w:ascii="Tahoma" w:hAnsi="Tahoma" w:cs="Tahoma"/>
          <w:b/>
          <w:bCs/>
          <w:color w:val="29883F"/>
          <w:sz w:val="28"/>
          <w:szCs w:val="28"/>
          <w:rtl/>
        </w:rPr>
        <w:t>◆ זכרו!</w:t>
      </w:r>
    </w:p>
    <w:p>
      <w:pPr>
        <w:bidi/>
        <w:spacing w:before="0" w:after="40"/>
      </w:pPr>
      <w:r>
        <w:rPr>
          <w:rtl/>
        </w:rPr>
        <w:t>מים הם משאב יקר. סוגרים את הברז, מתקנים נזילות, ומשקים בשעות הקרירות.</w:t>
      </w:r>
    </w:p>
    <w:p>
      <w:pPr>
        <w:bidi/>
        <w:spacing w:before="160" w:after="60"/>
      </w:pPr>
      <w:r>
        <w:rPr>
          <w:b/>
          <w:bCs/>
          <w:sz w:val="26"/>
          <w:szCs w:val="26"/>
          <w:rtl/>
        </w:rPr>
        <w:t>1. השלימו מן המחסן.</w:t>
      </w:r>
    </w:p>
    <w:p>
      <w:pPr>
        <w:bidi/>
        <w:spacing w:before="0" w:after="80"/>
      </w:pPr>
      <w:r>
        <w:rPr>
          <w:color w:val="29883F"/>
          <w:sz w:val="24"/>
          <w:szCs w:val="24"/>
          <w:rtl/>
        </w:rPr>
        <w:t>מחסן מילים: קולחין  |  מוביל  |  בארות  |  התפלה  |  שיטפון</w:t>
      </w:r>
    </w:p>
    <w:p>
      <w:pPr>
        <w:bidi/>
        <w:spacing w:before="0" w:after="60"/>
      </w:pPr>
      <w:r>
        <w:rPr>
          <w:rtl/>
        </w:rPr>
        <w:t>א. מי ביוב שטוהרו ומשקים בהם שדות נקראים מי __________.</w:t>
      </w:r>
    </w:p>
    <w:p>
      <w:pPr>
        <w:bidi/>
        <w:spacing w:before="0" w:after="60"/>
      </w:pPr>
      <w:r>
        <w:rPr>
          <w:rtl/>
        </w:rPr>
        <w:t>ב. מערכת הצינורות שהעבירה מים מן הכנרת לדרום נקראת ה__________ הארצי.</w:t>
      </w:r>
    </w:p>
    <w:p>
      <w:pPr>
        <w:bidi/>
        <w:spacing w:before="0" w:after="60"/>
      </w:pPr>
      <w:r>
        <w:rPr>
          <w:rtl/>
        </w:rPr>
        <w:t>ג. את מי התהום שואבים בעזרת __________.</w:t>
      </w:r>
    </w:p>
    <w:p>
      <w:pPr>
        <w:bidi/>
        <w:spacing w:before="0" w:after="60"/>
      </w:pPr>
      <w:r>
        <w:rPr>
          <w:rtl/>
        </w:rPr>
        <w:t>ד. בעזרת __________ הופכים מי ים למי שתייה.</w:t>
      </w:r>
    </w:p>
    <w:p>
      <w:pPr>
        <w:bidi/>
        <w:spacing w:before="160" w:after="60"/>
      </w:pPr>
      <w:r>
        <w:rPr>
          <w:b/>
          <w:bCs/>
          <w:sz w:val="26"/>
          <w:szCs w:val="26"/>
          <w:rtl/>
        </w:rPr>
        <w:t>2. התאימו בין הנחל לסוג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הירקון</w:t>
            </w:r>
          </w:p>
        </w:tc>
        <w:tc>
          <w:tcPr>
            <w:tcW w:type="dxa" w:w="4989"/>
          </w:tcPr>
          <w:p>
            <w:pPr>
              <w:bidi/>
              <w:spacing w:before="0" w:after="40"/>
            </w:pPr>
            <w:r>
              <w:rPr>
                <w:rtl/>
              </w:rPr>
              <w:t>[   ] נחל אכזב</w:t>
            </w:r>
          </w:p>
        </w:tc>
      </w:tr>
      <w:tr>
        <w:tc>
          <w:tcPr>
            <w:tcW w:type="dxa" w:w="4989"/>
          </w:tcPr>
          <w:p>
            <w:pPr>
              <w:bidi/>
              <w:spacing w:before="0" w:after="40"/>
            </w:pPr>
            <w:r>
              <w:rPr>
                <w:rtl/>
              </w:rPr>
              <w:t>2. נחל צין</w:t>
            </w:r>
          </w:p>
        </w:tc>
        <w:tc>
          <w:tcPr>
            <w:tcW w:type="dxa" w:w="4989"/>
          </w:tcPr>
          <w:p>
            <w:pPr>
              <w:bidi/>
              <w:spacing w:before="0" w:after="40"/>
            </w:pPr>
            <w:r>
              <w:rPr>
                <w:rtl/>
              </w:rPr>
              <w:t>[   ] נחל אכזב</w:t>
            </w:r>
          </w:p>
        </w:tc>
      </w:tr>
      <w:tr>
        <w:tc>
          <w:tcPr>
            <w:tcW w:type="dxa" w:w="4989"/>
          </w:tcPr>
          <w:p>
            <w:pPr>
              <w:bidi/>
              <w:spacing w:before="0" w:after="40"/>
            </w:pPr>
            <w:r>
              <w:rPr>
                <w:rtl/>
              </w:rPr>
              <w:t>3. נחל דן</w:t>
            </w:r>
          </w:p>
        </w:tc>
        <w:tc>
          <w:tcPr>
            <w:tcW w:type="dxa" w:w="4989"/>
          </w:tcPr>
          <w:p>
            <w:pPr>
              <w:bidi/>
              <w:spacing w:before="0" w:after="40"/>
            </w:pPr>
            <w:r>
              <w:rPr>
                <w:rtl/>
              </w:rPr>
              <w:t>[   ] נחל איתן</w:t>
            </w:r>
          </w:p>
        </w:tc>
      </w:tr>
      <w:tr>
        <w:tc>
          <w:tcPr>
            <w:tcW w:type="dxa" w:w="4989"/>
          </w:tcPr>
          <w:p>
            <w:pPr>
              <w:bidi/>
              <w:spacing w:before="0" w:after="40"/>
            </w:pPr>
            <w:r>
              <w:rPr>
                <w:rtl/>
              </w:rPr>
              <w:t>4. נחל פארן</w:t>
            </w:r>
          </w:p>
        </w:tc>
        <w:tc>
          <w:tcPr>
            <w:tcW w:type="dxa" w:w="4989"/>
          </w:tcPr>
          <w:p>
            <w:pPr>
              <w:bidi/>
              <w:spacing w:before="0" w:after="40"/>
            </w:pPr>
            <w:r>
              <w:rPr>
                <w:rtl/>
              </w:rPr>
              <w:t>[   ] נחל איתן</w:t>
            </w:r>
          </w:p>
        </w:tc>
      </w:tr>
    </w:tbl>
    <w:p>
      <w:pPr>
        <w:bidi/>
        <w:spacing w:before="0" w:after="40"/>
      </w:pPr>
    </w:p>
    <w:p>
      <w:pPr>
        <w:bidi/>
        <w:spacing w:before="160" w:after="60"/>
      </w:pPr>
      <w:r>
        <w:rPr>
          <w:b/>
          <w:bCs/>
          <w:sz w:val="26"/>
          <w:szCs w:val="26"/>
          <w:rtl/>
        </w:rPr>
        <w:t>3.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מי תהום הם מים שנאגרים מתחת לפני הקרקע.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נחל אכזב זורם כל השנה.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רוב מי הקולחין בישראל מנוצלים בחקלאות.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המוביל הארצי העביר מים מאילת לכנרת.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מקורות המים: טבעיים או כאלה שהאדם יוצר?</w:t>
      </w:r>
    </w:p>
    <w:p>
      <w:pPr>
        <w:bidi/>
        <w:spacing w:before="0" w:after="80"/>
      </w:pPr>
      <w:r>
        <w:rPr>
          <w:color w:val="29883F"/>
          <w:sz w:val="24"/>
          <w:szCs w:val="24"/>
          <w:rtl/>
        </w:rPr>
        <w:t>המילים: גשם  |  מי התפלה  |  מי תהום  |  מי קולחין  |  הכנרת  |  מעיין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מקור טבעי</w:t>
            </w:r>
          </w:p>
        </w:tc>
        <w:tc>
          <w:tcPr>
            <w:tcW w:type="dxa" w:w="4989"/>
            <w:shd w:val="clear" w:color="auto" w:fill="29883f"/>
          </w:tcPr>
          <w:p>
            <w:pPr>
              <w:bidi/>
              <w:spacing w:before="0" w:after="40"/>
            </w:pPr>
            <w:r>
              <w:rPr>
                <w:b/>
                <w:bCs/>
                <w:color w:val="FFFFFF"/>
                <w:rtl/>
              </w:rPr>
              <w:t>מקור שהאדם יוצר</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בטבלה דמיונית מופיע כמה מים השתמשה משפחה בפעולות שונות. השלימו את העמודה «איך אפשר לחסוך?».</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פעולה</w:t>
            </w:r>
          </w:p>
        </w:tc>
        <w:tc>
          <w:tcPr>
            <w:tcW w:type="dxa" w:w="3326"/>
            <w:shd w:val="clear" w:color="auto" w:fill="29883f"/>
          </w:tcPr>
          <w:p>
            <w:pPr>
              <w:bidi/>
              <w:spacing w:before="0" w:after="40"/>
            </w:pPr>
            <w:r>
              <w:rPr>
                <w:b/>
                <w:bCs/>
                <w:color w:val="FFFFFF"/>
                <w:rtl/>
              </w:rPr>
              <w:t>מים (ליטרים, דמיוני)</w:t>
            </w:r>
          </w:p>
        </w:tc>
        <w:tc>
          <w:tcPr>
            <w:tcW w:type="dxa" w:w="3326"/>
            <w:shd w:val="clear" w:color="auto" w:fill="29883f"/>
          </w:tcPr>
          <w:p>
            <w:pPr>
              <w:bidi/>
              <w:spacing w:before="0" w:after="40"/>
            </w:pPr>
            <w:r>
              <w:rPr>
                <w:b/>
                <w:bCs/>
                <w:color w:val="FFFFFF"/>
                <w:rtl/>
              </w:rPr>
              <w:t>איך אפשר לחסוך?</w:t>
            </w:r>
          </w:p>
        </w:tc>
      </w:tr>
      <w:tr>
        <w:tc>
          <w:tcPr>
            <w:tcW w:type="dxa" w:w="3326"/>
          </w:tcPr>
          <w:p>
            <w:pPr>
              <w:bidi/>
              <w:spacing w:before="0" w:after="40"/>
            </w:pPr>
            <w:r>
              <w:rPr>
                <w:rtl/>
              </w:rPr>
              <w:t>מקלחת</w:t>
            </w:r>
          </w:p>
        </w:tc>
        <w:tc>
          <w:tcPr>
            <w:tcW w:type="dxa" w:w="3326"/>
          </w:tcPr>
          <w:p>
            <w:pPr>
              <w:bidi/>
              <w:spacing w:before="0" w:after="40"/>
            </w:pPr>
            <w:r>
              <w:rPr>
                <w:rtl/>
              </w:rPr>
              <w:t>80</w:t>
            </w:r>
          </w:p>
        </w:tc>
        <w:tc>
          <w:tcPr>
            <w:tcW w:type="dxa" w:w="3326"/>
          </w:tcPr>
          <w:p>
            <w:pPr>
              <w:bidi/>
              <w:spacing w:before="0" w:after="40"/>
            </w:pPr>
            <w:r>
              <w:rPr>
                <w:rtl/>
              </w:rPr>
            </w:r>
          </w:p>
        </w:tc>
      </w:tr>
      <w:tr>
        <w:tc>
          <w:tcPr>
            <w:tcW w:type="dxa" w:w="3326"/>
          </w:tcPr>
          <w:p>
            <w:pPr>
              <w:bidi/>
              <w:spacing w:before="0" w:after="40"/>
            </w:pPr>
            <w:r>
              <w:rPr>
                <w:rtl/>
              </w:rPr>
              <w:t>צחצוח שיניים עם ברז פתוח</w:t>
            </w:r>
          </w:p>
        </w:tc>
        <w:tc>
          <w:tcPr>
            <w:tcW w:type="dxa" w:w="3326"/>
          </w:tcPr>
          <w:p>
            <w:pPr>
              <w:bidi/>
              <w:spacing w:before="0" w:after="40"/>
            </w:pPr>
            <w:r>
              <w:rPr>
                <w:rtl/>
              </w:rPr>
              <w:t>10</w:t>
            </w:r>
          </w:p>
        </w:tc>
        <w:tc>
          <w:tcPr>
            <w:tcW w:type="dxa" w:w="3326"/>
          </w:tcPr>
          <w:p>
            <w:pPr>
              <w:bidi/>
              <w:spacing w:before="0" w:after="40"/>
            </w:pPr>
            <w:r>
              <w:rPr>
                <w:rtl/>
              </w:rPr>
            </w:r>
          </w:p>
        </w:tc>
      </w:tr>
      <w:tr>
        <w:tc>
          <w:tcPr>
            <w:tcW w:type="dxa" w:w="3326"/>
          </w:tcPr>
          <w:p>
            <w:pPr>
              <w:bidi/>
              <w:spacing w:before="0" w:after="40"/>
            </w:pPr>
            <w:r>
              <w:rPr>
                <w:rtl/>
              </w:rPr>
              <w:t>השקיית גינה בצהריים</w:t>
            </w:r>
          </w:p>
        </w:tc>
        <w:tc>
          <w:tcPr>
            <w:tcW w:type="dxa" w:w="3326"/>
          </w:tcPr>
          <w:p>
            <w:pPr>
              <w:bidi/>
              <w:spacing w:before="0" w:after="40"/>
            </w:pPr>
            <w:r>
              <w:rPr>
                <w:rtl/>
              </w:rPr>
              <w:t>50</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איזה מקור מים מספק כיום חלק גדול ממי השתייה בישראל?</w:t>
      </w:r>
    </w:p>
    <w:p>
      <w:pPr>
        <w:bidi/>
        <w:spacing w:before="0" w:after="80"/>
      </w:pPr>
      <w:r>
        <w:rPr>
          <w:rtl/>
        </w:rPr>
        <w:t xml:space="preserve">   ○ מי קולחין      ○ מתקני התפלה      ○ נחלי אכזב</w:t>
      </w:r>
    </w:p>
    <w:p>
      <w:pPr>
        <w:bidi/>
        <w:spacing w:before="0" w:after="20"/>
      </w:pPr>
      <w:r>
        <w:rPr>
          <w:rtl/>
        </w:rPr>
        <w:t>ב. מה מזין נחל איתן כל השנה?</w:t>
      </w:r>
    </w:p>
    <w:p>
      <w:pPr>
        <w:bidi/>
        <w:spacing w:before="0" w:after="80"/>
      </w:pPr>
      <w:r>
        <w:rPr>
          <w:rtl/>
        </w:rPr>
        <w:t xml:space="preserve">   ○ מעיינות      ○ מי ים      ○ שלג בלבד</w:t>
      </w:r>
    </w:p>
    <w:p>
      <w:pPr>
        <w:bidi/>
        <w:spacing w:before="160" w:after="60"/>
      </w:pPr>
      <w:r>
        <w:rPr>
          <w:b/>
          <w:bCs/>
          <w:sz w:val="26"/>
          <w:szCs w:val="26"/>
          <w:rtl/>
        </w:rPr>
        <w:t>7. ליד כל משפט כתבו באיזה מקור מים מדובר.</w:t>
      </w:r>
    </w:p>
    <w:p>
      <w:pPr>
        <w:bidi/>
        <w:spacing w:before="0" w:after="100"/>
      </w:pPr>
      <w:r>
        <w:rPr>
          <w:rtl/>
        </w:rPr>
        <w:t>א. «מים מן הים שהוצאנו מהם את המלח.»</w:t>
      </w:r>
    </w:p>
    <w:p>
      <w:pPr>
        <w:bidi/>
        <w:spacing w:before="0" w:after="100"/>
      </w:pPr>
      <w:r>
        <w:rPr>
          <w:rtl/>
        </w:rPr>
        <w:t>ב. «מים שחלחלו לאדמה ושואבים אותם בבאר.»</w:t>
      </w:r>
    </w:p>
    <w:p>
      <w:pPr>
        <w:bidi/>
        <w:spacing w:before="0" w:after="100"/>
      </w:pPr>
      <w:r>
        <w:rPr>
          <w:rtl/>
        </w:rPr>
        <w:t>ג. «מי ביוב מטוהרים שמשקים בהם מטע.»</w:t>
      </w:r>
    </w:p>
    <w:p>
      <w:pPr>
        <w:bidi/>
        <w:spacing w:before="0" w:after="100"/>
      </w:pPr>
      <w:r>
        <w:rPr>
          <w:rtl/>
        </w:rPr>
        <w:t>ד. «אגם מים מתוקים בצפון הארץ.»</w:t>
      </w:r>
    </w:p>
    <w:p>
      <w:pPr>
        <w:bidi/>
        <w:spacing w:before="120" w:after="40"/>
      </w:pPr>
      <w:r>
        <w:rPr>
          <w:rFonts w:ascii="Tahoma" w:hAnsi="Tahoma" w:cs="Tahoma"/>
          <w:b/>
          <w:bCs/>
          <w:color w:val="29883F"/>
          <w:sz w:val="30"/>
          <w:szCs w:val="30"/>
          <w:rtl/>
        </w:rPr>
        <w:t>מסע של טיפה</w:t>
      </w:r>
    </w:p>
    <w:p>
      <w:pPr>
        <w:bidi/>
        <w:spacing w:before="0" w:after="80"/>
      </w:pPr>
      <w:r>
        <w:rPr>
          <w:rtl/>
        </w:rPr>
        <w:t>שמי טיפה. נולדתי בענן מעל הגליל, ובלילה חורפי אחד צנחתי עם עוד מיליוני טיפות אל הכנרת. חיכיתי שם כמה חודשים, ואז נשאבתי לתוך צינור גדול. עברתי בתעלות ובצינורות של המוביל הארצי, דרך עמקים והרים, עד שהגעתי למרכז הארץ.</w:t>
      </w:r>
    </w:p>
    <w:p>
      <w:pPr>
        <w:bidi/>
        <w:spacing w:before="0" w:after="80"/>
      </w:pPr>
      <w:r>
        <w:rPr>
          <w:rtl/>
        </w:rPr>
        <w:t>שם השתמשה בי משפחה לשטוף כלים. ירדתי בכיור אל הביוב, ומשם הגעתי למתקן טיהור. ניקו אותי, ונעשיתי מי קולחין. עכשיו אני בדרך אל שדה בנגב, להשקות עגבניות. מי יודע? אולי אחר כך אתאדה ואחזור לענן.</w:t>
      </w:r>
    </w:p>
    <w:p>
      <w:pPr>
        <w:bidi/>
        <w:spacing w:before="160" w:after="60"/>
      </w:pPr>
      <w:r>
        <w:rPr>
          <w:b/>
          <w:bCs/>
          <w:sz w:val="26"/>
          <w:szCs w:val="26"/>
          <w:rtl/>
        </w:rPr>
        <w:t>8. השלימו לפי הטקסט «מסע של טיפה».</w:t>
      </w:r>
    </w:p>
    <w:p>
      <w:pPr>
        <w:bidi/>
        <w:spacing w:before="0" w:after="60"/>
      </w:pPr>
      <w:r>
        <w:rPr>
          <w:rtl/>
        </w:rPr>
        <w:t>א. הטיפה ירדה מן הענן אל ה__________.</w:t>
      </w:r>
    </w:p>
    <w:p>
      <w:pPr>
        <w:bidi/>
        <w:spacing w:before="0" w:after="60"/>
      </w:pPr>
      <w:r>
        <w:rPr>
          <w:rtl/>
        </w:rPr>
        <w:t>ב. היא הגיעה למרכז הארץ דרך המוביל ה__________.</w:t>
      </w:r>
    </w:p>
    <w:p>
      <w:pPr>
        <w:bidi/>
        <w:spacing w:before="0" w:after="60"/>
      </w:pPr>
      <w:r>
        <w:rPr>
          <w:rtl/>
        </w:rPr>
        <w:t>ג. אחרי הטיהור היא נעשתה מי __________.</w:t>
      </w:r>
    </w:p>
    <w:p>
      <w:pPr>
        <w:bidi/>
        <w:spacing w:before="0" w:after="60"/>
      </w:pPr>
      <w:r>
        <w:rPr>
          <w:rtl/>
        </w:rPr>
        <w:t>ד. עכשיו היא משקה __________ בנגב.</w:t>
      </w:r>
    </w:p>
    <w:p>
      <w:pPr>
        <w:bidi/>
        <w:spacing w:before="160" w:after="60"/>
      </w:pPr>
      <w:r>
        <w:rPr>
          <w:b/>
          <w:bCs/>
          <w:sz w:val="26"/>
          <w:szCs w:val="26"/>
          <w:rtl/>
        </w:rPr>
        <w:t>9. לפי הטקסט: כתבו את השלבים במסע של הטיפה לפי הסדר (לפחות ארבעה).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מפה פשוטה של ישראל: סמנו את הכנרת בצפון, חץ ארוך שמייצג את המוביל הארצי אל המרכז והדרום, וסמל של מתקן התפלה על חוף הים.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השוו בין מי התפלה לבין מי קולחין: מאיפה מגיע כל סוג, ולמה משתמשים בו?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הסבירו מדוע רוב נחלי הנגב הם נחלי אכזב.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בשנה שבה ירד מעט מאוד גשם, מה יקרה לכנרת? איזה מקור מים יכול לעזור לישראל בשנה כזאת?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כיתה ד'   |   פרק 6</w:t>
      </w:r>
    </w:p>
    <w:p>
      <w:pPr>
        <w:bidi/>
        <w:spacing w:before="0" w:after="120"/>
      </w:pPr>
      <w:r>
        <w:rPr>
          <w:rFonts w:ascii="Tahoma" w:hAnsi="Tahoma" w:cs="Tahoma"/>
          <w:b/>
          <w:bCs/>
          <w:color w:val="29883F"/>
          <w:sz w:val="44"/>
          <w:szCs w:val="44"/>
          <w:rtl/>
        </w:rPr>
        <w:t>פרק 6: אוכלוסייה ויישובים בישראל: עיר וכפר, צפיפות ודלילות ותפרוסת</w:t>
      </w:r>
    </w:p>
    <w:p>
      <w:pPr>
        <w:bidi/>
        <w:spacing w:before="0" w:after="80"/>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geo_g4_t06.jpg"/>
                    <pic:cNvPicPr/>
                  </pic:nvPicPr>
                  <pic:blipFill>
                    <a:blip r:embed="rId17"/>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29883F"/>
          <w:sz w:val="28"/>
          <w:szCs w:val="28"/>
          <w:rtl/>
        </w:rPr>
        <w:t>◆ עיר או יישוב כפרי?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r>
          </w:p>
        </w:tc>
        <w:tc>
          <w:tcPr>
            <w:tcW w:type="dxa" w:w="3326"/>
            <w:shd w:val="clear" w:color="auto" w:fill="29883f"/>
          </w:tcPr>
          <w:p>
            <w:pPr>
              <w:bidi/>
              <w:spacing w:before="0" w:after="40"/>
            </w:pPr>
            <w:r>
              <w:rPr>
                <w:b/>
                <w:bCs/>
                <w:color w:val="FFFFFF"/>
                <w:rtl/>
              </w:rPr>
              <w:t>עיר</w:t>
            </w:r>
          </w:p>
        </w:tc>
        <w:tc>
          <w:tcPr>
            <w:tcW w:type="dxa" w:w="3326"/>
            <w:shd w:val="clear" w:color="auto" w:fill="29883f"/>
          </w:tcPr>
          <w:p>
            <w:pPr>
              <w:bidi/>
              <w:spacing w:before="0" w:after="40"/>
            </w:pPr>
            <w:r>
              <w:rPr>
                <w:b/>
                <w:bCs/>
                <w:color w:val="FFFFFF"/>
                <w:rtl/>
              </w:rPr>
              <w:t>יישוב כפרי</w:t>
            </w:r>
          </w:p>
        </w:tc>
      </w:tr>
      <w:tr>
        <w:tc>
          <w:tcPr>
            <w:tcW w:type="dxa" w:w="3326"/>
          </w:tcPr>
          <w:p>
            <w:pPr>
              <w:bidi/>
              <w:spacing w:before="0" w:after="40"/>
            </w:pPr>
            <w:r>
              <w:rPr>
                <w:rtl/>
              </w:rPr>
              <w:t>תושבים</w:t>
            </w:r>
          </w:p>
        </w:tc>
        <w:tc>
          <w:tcPr>
            <w:tcW w:type="dxa" w:w="3326"/>
          </w:tcPr>
          <w:p>
            <w:pPr>
              <w:bidi/>
              <w:spacing w:before="0" w:after="40"/>
            </w:pPr>
            <w:r>
              <w:rPr>
                <w:rtl/>
              </w:rPr>
              <w:t>רבים</w:t>
            </w:r>
          </w:p>
        </w:tc>
        <w:tc>
          <w:tcPr>
            <w:tcW w:type="dxa" w:w="3326"/>
          </w:tcPr>
          <w:p>
            <w:pPr>
              <w:bidi/>
              <w:spacing w:before="0" w:after="40"/>
            </w:pPr>
            <w:r>
              <w:rPr>
                <w:rtl/>
              </w:rPr>
              <w:t>מעטים</w:t>
            </w:r>
          </w:p>
        </w:tc>
      </w:tr>
      <w:tr>
        <w:tc>
          <w:tcPr>
            <w:tcW w:type="dxa" w:w="3326"/>
          </w:tcPr>
          <w:p>
            <w:pPr>
              <w:bidi/>
              <w:spacing w:before="0" w:after="40"/>
            </w:pPr>
            <w:r>
              <w:rPr>
                <w:rtl/>
              </w:rPr>
              <w:t>בנייה</w:t>
            </w:r>
          </w:p>
        </w:tc>
        <w:tc>
          <w:tcPr>
            <w:tcW w:type="dxa" w:w="3326"/>
          </w:tcPr>
          <w:p>
            <w:pPr>
              <w:bidi/>
              <w:spacing w:before="0" w:after="40"/>
            </w:pPr>
            <w:r>
              <w:rPr>
                <w:rtl/>
              </w:rPr>
              <w:t>בניינים גבוהים וצפופים</w:t>
            </w:r>
          </w:p>
        </w:tc>
        <w:tc>
          <w:tcPr>
            <w:tcW w:type="dxa" w:w="3326"/>
          </w:tcPr>
          <w:p>
            <w:pPr>
              <w:bidi/>
              <w:spacing w:before="0" w:after="40"/>
            </w:pPr>
            <w:r>
              <w:rPr>
                <w:rtl/>
              </w:rPr>
              <w:t>בתים צמודי קרקע</w:t>
            </w:r>
          </w:p>
        </w:tc>
      </w:tr>
      <w:tr>
        <w:tc>
          <w:tcPr>
            <w:tcW w:type="dxa" w:w="3326"/>
          </w:tcPr>
          <w:p>
            <w:pPr>
              <w:bidi/>
              <w:spacing w:before="0" w:after="40"/>
            </w:pPr>
            <w:r>
              <w:rPr>
                <w:rtl/>
              </w:rPr>
              <w:t>עבודה</w:t>
            </w:r>
          </w:p>
        </w:tc>
        <w:tc>
          <w:tcPr>
            <w:tcW w:type="dxa" w:w="3326"/>
          </w:tcPr>
          <w:p>
            <w:pPr>
              <w:bidi/>
              <w:spacing w:before="0" w:after="40"/>
            </w:pPr>
            <w:r>
              <w:rPr>
                <w:rtl/>
              </w:rPr>
              <w:t>משרדים, מפעלים, חנויות</w:t>
            </w:r>
          </w:p>
        </w:tc>
        <w:tc>
          <w:tcPr>
            <w:tcW w:type="dxa" w:w="3326"/>
          </w:tcPr>
          <w:p>
            <w:pPr>
              <w:bidi/>
              <w:spacing w:before="0" w:after="40"/>
            </w:pPr>
            <w:r>
              <w:rPr>
                <w:rtl/>
              </w:rPr>
              <w:t>חקלאות, וגם עבודה מחוץ ליישוב</w:t>
            </w:r>
          </w:p>
        </w:tc>
      </w:tr>
      <w:tr>
        <w:tc>
          <w:tcPr>
            <w:tcW w:type="dxa" w:w="3326"/>
          </w:tcPr>
          <w:p>
            <w:pPr>
              <w:bidi/>
              <w:spacing w:before="0" w:after="40"/>
            </w:pPr>
            <w:r>
              <w:rPr>
                <w:rtl/>
              </w:rPr>
              <w:t>דוגמאות</w:t>
            </w:r>
          </w:p>
        </w:tc>
        <w:tc>
          <w:tcPr>
            <w:tcW w:type="dxa" w:w="3326"/>
          </w:tcPr>
          <w:p>
            <w:pPr>
              <w:bidi/>
              <w:spacing w:before="0" w:after="40"/>
            </w:pPr>
            <w:r>
              <w:rPr>
                <w:rtl/>
              </w:rPr>
              <w:t>ירושלים, נצרת, באר שבע</w:t>
            </w:r>
          </w:p>
        </w:tc>
        <w:tc>
          <w:tcPr>
            <w:tcW w:type="dxa" w:w="3326"/>
          </w:tcPr>
          <w:p>
            <w:pPr>
              <w:bidi/>
              <w:spacing w:before="0" w:after="40"/>
            </w:pPr>
            <w:r>
              <w:rPr>
                <w:rtl/>
              </w:rPr>
              <w:t>קיבוץ, מושב, כפר</w:t>
            </w:r>
          </w:p>
        </w:tc>
      </w:tr>
    </w:tbl>
    <w:p>
      <w:pPr>
        <w:bidi/>
        <w:spacing w:before="0" w:after="40"/>
      </w:pPr>
    </w:p>
    <w:p>
      <w:pPr>
        <w:bidi/>
        <w:spacing w:before="120" w:after="40"/>
      </w:pPr>
      <w:r>
        <w:rPr>
          <w:rFonts w:ascii="Tahoma" w:hAnsi="Tahoma" w:cs="Tahoma"/>
          <w:b/>
          <w:bCs/>
          <w:color w:val="29883F"/>
          <w:sz w:val="28"/>
          <w:szCs w:val="28"/>
          <w:rtl/>
        </w:rPr>
        <w:t>◆ צפיפות ודלילות</w:t>
      </w:r>
    </w:p>
    <w:p>
      <w:pPr>
        <w:bidi/>
        <w:spacing w:before="0" w:after="20"/>
      </w:pPr>
      <w:r>
        <w:rPr>
          <w:rtl/>
        </w:rPr>
        <w:t>1. צפוף – הרבה אנשים על שטח קטן (מרכז הארץ).</w:t>
      </w:r>
    </w:p>
    <w:p>
      <w:pPr>
        <w:bidi/>
        <w:spacing w:before="0" w:after="20"/>
      </w:pPr>
      <w:r>
        <w:rPr>
          <w:rtl/>
        </w:rPr>
        <w:t>2. דליל – מעט אנשים על שטח גדול (הנגב).</w:t>
      </w:r>
    </w:p>
    <w:p>
      <w:pPr>
        <w:bidi/>
        <w:spacing w:before="120" w:after="40"/>
      </w:pPr>
      <w:r>
        <w:rPr>
          <w:rFonts w:ascii="Tahoma" w:hAnsi="Tahoma" w:cs="Tahoma"/>
          <w:b/>
          <w:bCs/>
          <w:color w:val="29883F"/>
          <w:sz w:val="28"/>
          <w:szCs w:val="28"/>
          <w:rtl/>
        </w:rPr>
        <w:t>◆ חברה רב-תרבותית</w:t>
      </w:r>
    </w:p>
    <w:p>
      <w:pPr>
        <w:bidi/>
        <w:spacing w:before="0" w:after="40"/>
      </w:pPr>
      <w:r>
        <w:rPr>
          <w:rtl/>
        </w:rPr>
        <w:t>יהודים, ערבים מוסלמים ונוצרים, דרוזים, צ'רקסים ובדואים – כולם אזרחי ישראל, ולכל קבוצה תרבות משלה.</w:t>
      </w:r>
    </w:p>
    <w:p>
      <w:pPr>
        <w:bidi/>
        <w:spacing w:before="160" w:after="60"/>
      </w:pPr>
      <w:r>
        <w:rPr>
          <w:b/>
          <w:bCs/>
          <w:sz w:val="26"/>
          <w:szCs w:val="26"/>
          <w:rtl/>
        </w:rPr>
        <w:t>1. השלימו מן המחסן.</w:t>
      </w:r>
    </w:p>
    <w:p>
      <w:pPr>
        <w:bidi/>
        <w:spacing w:before="0" w:after="80"/>
      </w:pPr>
      <w:r>
        <w:rPr>
          <w:color w:val="29883F"/>
          <w:sz w:val="24"/>
          <w:szCs w:val="24"/>
          <w:rtl/>
        </w:rPr>
        <w:t>מחסן מילים: ירושלים  |  צפיפות  |  תפרוסת  |  דרוזיים  |  דליל</w:t>
      </w:r>
    </w:p>
    <w:p>
      <w:pPr>
        <w:bidi/>
        <w:spacing w:before="0" w:after="60"/>
      </w:pPr>
      <w:r>
        <w:rPr>
          <w:rtl/>
        </w:rPr>
        <w:t>א. העיר הגדולה ביותר בישראל ובירתה היא __________.</w:t>
      </w:r>
    </w:p>
    <w:p>
      <w:pPr>
        <w:bidi/>
        <w:spacing w:before="0" w:after="60"/>
      </w:pPr>
      <w:r>
        <w:rPr>
          <w:rtl/>
        </w:rPr>
        <w:t>ב. כמה אנשים גרים על שטח מסוים נקרא __________ אוכלוסין.</w:t>
      </w:r>
    </w:p>
    <w:p>
      <w:pPr>
        <w:bidi/>
        <w:spacing w:before="0" w:after="60"/>
      </w:pPr>
      <w:r>
        <w:rPr>
          <w:rtl/>
        </w:rPr>
        <w:t>ג. הדרך שבה היישובים מפוזרים על פני הארץ נקראת __________.</w:t>
      </w:r>
    </w:p>
    <w:p>
      <w:pPr>
        <w:bidi/>
        <w:spacing w:before="0" w:after="60"/>
      </w:pPr>
      <w:r>
        <w:rPr>
          <w:rtl/>
        </w:rPr>
        <w:t>ד. דלית אל-כרמל ובית ג'ן הם יישובים __________.</w:t>
      </w:r>
    </w:p>
    <w:p>
      <w:pPr>
        <w:bidi/>
        <w:spacing w:before="160" w:after="60"/>
      </w:pPr>
      <w:r>
        <w:rPr>
          <w:b/>
          <w:bCs/>
          <w:sz w:val="26"/>
          <w:szCs w:val="26"/>
          <w:rtl/>
        </w:rPr>
        <w:t>2. התאימו בין היישוב לבין הקבוצה שגרה בו ברובה.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רהט</w:t>
            </w:r>
          </w:p>
        </w:tc>
        <w:tc>
          <w:tcPr>
            <w:tcW w:type="dxa" w:w="4989"/>
          </w:tcPr>
          <w:p>
            <w:pPr>
              <w:bidi/>
              <w:spacing w:before="0" w:after="40"/>
            </w:pPr>
            <w:r>
              <w:rPr>
                <w:rtl/>
              </w:rPr>
              <w:t>[   ] צ'רקסים</w:t>
            </w:r>
          </w:p>
        </w:tc>
      </w:tr>
      <w:tr>
        <w:tc>
          <w:tcPr>
            <w:tcW w:type="dxa" w:w="4989"/>
          </w:tcPr>
          <w:p>
            <w:pPr>
              <w:bidi/>
              <w:spacing w:before="0" w:after="40"/>
            </w:pPr>
            <w:r>
              <w:rPr>
                <w:rtl/>
              </w:rPr>
              <w:t>2. כפר כמא</w:t>
            </w:r>
          </w:p>
        </w:tc>
        <w:tc>
          <w:tcPr>
            <w:tcW w:type="dxa" w:w="4989"/>
          </w:tcPr>
          <w:p>
            <w:pPr>
              <w:bidi/>
              <w:spacing w:before="0" w:after="40"/>
            </w:pPr>
            <w:r>
              <w:rPr>
                <w:rtl/>
              </w:rPr>
              <w:t>[   ] דרוזים</w:t>
            </w:r>
          </w:p>
        </w:tc>
      </w:tr>
      <w:tr>
        <w:tc>
          <w:tcPr>
            <w:tcW w:type="dxa" w:w="4989"/>
          </w:tcPr>
          <w:p>
            <w:pPr>
              <w:bidi/>
              <w:spacing w:before="0" w:after="40"/>
            </w:pPr>
            <w:r>
              <w:rPr>
                <w:rtl/>
              </w:rPr>
              <w:t>3. דלית אל-כרמל</w:t>
            </w:r>
          </w:p>
        </w:tc>
        <w:tc>
          <w:tcPr>
            <w:tcW w:type="dxa" w:w="4989"/>
          </w:tcPr>
          <w:p>
            <w:pPr>
              <w:bidi/>
              <w:spacing w:before="0" w:after="40"/>
            </w:pPr>
            <w:r>
              <w:rPr>
                <w:rtl/>
              </w:rPr>
              <w:t>[   ] ערבים מוסלמים ונוצרים</w:t>
            </w:r>
          </w:p>
        </w:tc>
      </w:tr>
      <w:tr>
        <w:tc>
          <w:tcPr>
            <w:tcW w:type="dxa" w:w="4989"/>
          </w:tcPr>
          <w:p>
            <w:pPr>
              <w:bidi/>
              <w:spacing w:before="0" w:after="40"/>
            </w:pPr>
            <w:r>
              <w:rPr>
                <w:rtl/>
              </w:rPr>
              <w:t>4. נצרת</w:t>
            </w:r>
          </w:p>
        </w:tc>
        <w:tc>
          <w:tcPr>
            <w:tcW w:type="dxa" w:w="4989"/>
          </w:tcPr>
          <w:p>
            <w:pPr>
              <w:bidi/>
              <w:spacing w:before="0" w:after="40"/>
            </w:pPr>
            <w:r>
              <w:rPr>
                <w:rtl/>
              </w:rPr>
              <w:t>[   ] בדואים</w:t>
            </w:r>
          </w:p>
        </w:tc>
      </w:tr>
    </w:tbl>
    <w:p>
      <w:pPr>
        <w:bidi/>
        <w:spacing w:before="0" w:after="40"/>
      </w:pPr>
    </w:p>
    <w:p>
      <w:pPr>
        <w:bidi/>
        <w:spacing w:before="160" w:after="60"/>
      </w:pPr>
      <w:r>
        <w:rPr>
          <w:b/>
          <w:bCs/>
          <w:sz w:val="26"/>
          <w:szCs w:val="26"/>
          <w:rtl/>
        </w:rPr>
        <w:t>3.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במושב לכל משפחה משק משלה.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מרכז הארץ הוא אזור דליל.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בעיר יש בדרך כלל יותר מקומות עבודה מאשר בכפר.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בנגב יש הרבה יישובים קרובים זה לזה.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האזורים: צפוף או דליל?</w:t>
      </w:r>
    </w:p>
    <w:p>
      <w:pPr>
        <w:bidi/>
        <w:spacing w:before="0" w:after="80"/>
      </w:pPr>
      <w:r>
        <w:rPr>
          <w:color w:val="29883F"/>
          <w:sz w:val="24"/>
          <w:szCs w:val="24"/>
          <w:rtl/>
        </w:rPr>
        <w:t>המילים: מרכז הארץ  |  הנגב  |  הערבה  |  העיר תל אביב  |  שכונה של בניינים גבוהים  |  שטח מדבר פתוח</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צפוף</w:t>
            </w:r>
          </w:p>
        </w:tc>
        <w:tc>
          <w:tcPr>
            <w:tcW w:type="dxa" w:w="4989"/>
            <w:shd w:val="clear" w:color="auto" w:fill="29883f"/>
          </w:tcPr>
          <w:p>
            <w:pPr>
              <w:bidi/>
              <w:spacing w:before="0" w:after="40"/>
            </w:pPr>
            <w:r>
              <w:rPr>
                <w:b/>
                <w:bCs/>
                <w:color w:val="FFFFFF"/>
                <w:rtl/>
              </w:rPr>
              <w:t>דליל</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השלימו את הטבלה על סוגי היישובים הכפריים.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סוג היישוב</w:t>
            </w:r>
          </w:p>
        </w:tc>
        <w:tc>
          <w:tcPr>
            <w:tcW w:type="dxa" w:w="4989"/>
            <w:shd w:val="clear" w:color="auto" w:fill="29883f"/>
          </w:tcPr>
          <w:p>
            <w:pPr>
              <w:bidi/>
              <w:spacing w:before="0" w:after="40"/>
            </w:pPr>
            <w:r>
              <w:rPr>
                <w:b/>
                <w:bCs/>
                <w:color w:val="FFFFFF"/>
                <w:rtl/>
              </w:rPr>
              <w:t>מה מאפיין אותו?</w:t>
            </w:r>
          </w:p>
        </w:tc>
      </w:tr>
      <w:tr>
        <w:tc>
          <w:tcPr>
            <w:tcW w:type="dxa" w:w="4989"/>
          </w:tcPr>
          <w:p>
            <w:pPr>
              <w:bidi/>
              <w:spacing w:before="0" w:after="40"/>
            </w:pPr>
            <w:r>
              <w:rPr>
                <w:rtl/>
              </w:rPr>
              <w:t>קיבוץ</w:t>
            </w:r>
          </w:p>
        </w:tc>
        <w:tc>
          <w:tcPr>
            <w:tcW w:type="dxa" w:w="4989"/>
          </w:tcPr>
          <w:p>
            <w:pPr>
              <w:bidi/>
              <w:spacing w:before="0" w:after="40"/>
            </w:pPr>
            <w:r>
              <w:rPr>
                <w:rtl/>
              </w:rPr>
            </w:r>
          </w:p>
        </w:tc>
      </w:tr>
      <w:tr>
        <w:tc>
          <w:tcPr>
            <w:tcW w:type="dxa" w:w="4989"/>
          </w:tcPr>
          <w:p>
            <w:pPr>
              <w:bidi/>
              <w:spacing w:before="0" w:after="40"/>
            </w:pPr>
            <w:r>
              <w:rPr>
                <w:rtl/>
              </w:rPr>
              <w:t>מושב</w:t>
            </w:r>
          </w:p>
        </w:tc>
        <w:tc>
          <w:tcPr>
            <w:tcW w:type="dxa" w:w="4989"/>
          </w:tcPr>
          <w:p>
            <w:pPr>
              <w:bidi/>
              <w:spacing w:before="0" w:after="40"/>
            </w:pPr>
            <w:r>
              <w:rPr>
                <w:rtl/>
              </w:rPr>
            </w:r>
          </w:p>
        </w:tc>
      </w:tr>
      <w:tr>
        <w:tc>
          <w:tcPr>
            <w:tcW w:type="dxa" w:w="4989"/>
          </w:tcPr>
          <w:p>
            <w:pPr>
              <w:bidi/>
              <w:spacing w:before="0" w:after="40"/>
            </w:pPr>
            <w:r>
              <w:rPr>
                <w:rtl/>
              </w:rPr>
              <w:t>יישוב קהילתי</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איזו שפה, מלבד עברית, היא שפה עיקרית בישראל?</w:t>
      </w:r>
    </w:p>
    <w:p>
      <w:pPr>
        <w:bidi/>
        <w:spacing w:before="0" w:after="80"/>
      </w:pPr>
      <w:r>
        <w:rPr>
          <w:rtl/>
        </w:rPr>
        <w:t xml:space="preserve">   ○ ספרדית      ○ ערבית      ○ צרפתית</w:t>
      </w:r>
    </w:p>
    <w:p>
      <w:pPr>
        <w:bidi/>
        <w:spacing w:before="0" w:after="20"/>
      </w:pPr>
      <w:r>
        <w:rPr>
          <w:rtl/>
        </w:rPr>
        <w:t>ב. מה מאפיין עיר?</w:t>
      </w:r>
    </w:p>
    <w:p>
      <w:pPr>
        <w:bidi/>
        <w:spacing w:before="0" w:after="80"/>
      </w:pPr>
      <w:r>
        <w:rPr>
          <w:rtl/>
        </w:rPr>
        <w:t xml:space="preserve">   ○ מעט תושבים      ○ הרבה תושבים, משרדים וחנויות      ○ בעיקר שדות</w:t>
      </w:r>
    </w:p>
    <w:p>
      <w:pPr>
        <w:bidi/>
        <w:spacing w:before="160" w:after="60"/>
      </w:pPr>
      <w:r>
        <w:rPr>
          <w:b/>
          <w:bCs/>
          <w:sz w:val="26"/>
          <w:szCs w:val="26"/>
          <w:rtl/>
        </w:rPr>
        <w:t>7. השלימו: צפוף או דליל?</w:t>
      </w:r>
    </w:p>
    <w:p>
      <w:pPr>
        <w:bidi/>
        <w:spacing w:before="0" w:after="60"/>
      </w:pPr>
      <w:r>
        <w:rPr>
          <w:rtl/>
        </w:rPr>
        <w:t>א. בשכונה יש הרבה בניינים גבוהים קרובים זה לזה. השכונה __________.</w:t>
      </w:r>
    </w:p>
    <w:p>
      <w:pPr>
        <w:bidi/>
        <w:spacing w:before="0" w:after="60"/>
      </w:pPr>
      <w:r>
        <w:rPr>
          <w:rtl/>
        </w:rPr>
        <w:t>ב. ביישוב במדבר יש עשרים בתים ושטח פתוח גדול מסביב. היישוב __________.</w:t>
      </w:r>
    </w:p>
    <w:p>
      <w:pPr>
        <w:bidi/>
        <w:spacing w:before="0" w:after="60"/>
      </w:pPr>
      <w:r>
        <w:rPr>
          <w:rtl/>
        </w:rPr>
        <w:t>ג. במרכז העיר יש פקקים ותורים ארוכים. מרכז העיר __________.</w:t>
      </w:r>
    </w:p>
    <w:p>
      <w:pPr>
        <w:bidi/>
        <w:spacing w:before="120" w:after="40"/>
      </w:pPr>
      <w:r>
        <w:rPr>
          <w:rFonts w:ascii="Tahoma" w:hAnsi="Tahoma" w:cs="Tahoma"/>
          <w:b/>
          <w:bCs/>
          <w:color w:val="29883F"/>
          <w:sz w:val="30"/>
          <w:szCs w:val="30"/>
          <w:rtl/>
        </w:rPr>
        <w:t>יום שוק ברהט</w:t>
      </w:r>
    </w:p>
    <w:p>
      <w:pPr>
        <w:bidi/>
        <w:spacing w:before="0" w:after="80"/>
      </w:pPr>
      <w:r>
        <w:rPr>
          <w:rtl/>
        </w:rPr>
        <w:t>אחמד גר ברהט, העיר הבדואית הגדולה בנגב. פעם בשבוע הוא הולך עם סבו לשוק. שם הוא שומע עברית וערבית, רואה דוכנים של תבלינים ובגדים, ופוגש קונים מן העיר ומן היישובים הקטנים שבסביבה.</w:t>
      </w:r>
    </w:p>
    <w:p>
      <w:pPr>
        <w:bidi/>
        <w:spacing w:before="0" w:after="80"/>
      </w:pPr>
      <w:r>
        <w:rPr>
          <w:rtl/>
        </w:rPr>
        <w:t>הסב מספר לו שכשהיה ילד, משפחתו גרה באוהלים ונדדה עם העדר ממקום למקום. «היום רוב הבדואים בנגב גרים ביישובי קבע», הוא אומר, «אבל הכנסת האורחים נשארה כמו פעם». בבית מחכה להם קפה עם הל, ושכנים באים לשבת יחד.</w:t>
      </w:r>
    </w:p>
    <w:p>
      <w:pPr>
        <w:bidi/>
        <w:spacing w:before="160" w:after="60"/>
      </w:pPr>
      <w:r>
        <w:rPr>
          <w:b/>
          <w:bCs/>
          <w:sz w:val="26"/>
          <w:szCs w:val="26"/>
          <w:rtl/>
        </w:rPr>
        <w:t>8. ענו לפי הטקסט «יום שוק ברהט».</w:t>
      </w:r>
    </w:p>
    <w:p>
      <w:pPr>
        <w:bidi/>
        <w:spacing w:before="0" w:after="20"/>
      </w:pPr>
      <w:r>
        <w:rPr>
          <w:rtl/>
        </w:rPr>
        <w:t>א. איפה נמצאת רהט?</w:t>
      </w:r>
    </w:p>
    <w:p>
      <w:pPr>
        <w:bidi/>
        <w:spacing w:before="0" w:after="80"/>
      </w:pPr>
      <w:r>
        <w:rPr>
          <w:rtl/>
        </w:rPr>
        <w:t xml:space="preserve">   ○ בגליל      ○ בנגב      ○ במישור החוף</w:t>
      </w:r>
    </w:p>
    <w:p>
      <w:pPr>
        <w:bidi/>
        <w:spacing w:before="0" w:after="20"/>
      </w:pPr>
      <w:r>
        <w:rPr>
          <w:rtl/>
        </w:rPr>
        <w:t>ב. איך גרה המשפחה של הסב כשהיה ילד?</w:t>
      </w:r>
    </w:p>
    <w:p>
      <w:pPr>
        <w:bidi/>
        <w:spacing w:before="0" w:after="80"/>
      </w:pPr>
      <w:r>
        <w:rPr>
          <w:rtl/>
        </w:rPr>
        <w:t xml:space="preserve">   ○ בבניין גבוה      ○ באוהלים, ונדדה עם העדר      ○ בקיבוץ</w:t>
      </w:r>
    </w:p>
    <w:p>
      <w:pPr>
        <w:bidi/>
        <w:spacing w:before="160" w:after="60"/>
      </w:pPr>
      <w:r>
        <w:rPr>
          <w:b/>
          <w:bCs/>
          <w:sz w:val="26"/>
          <w:szCs w:val="26"/>
          <w:rtl/>
        </w:rPr>
        <w:t>9. לפי הטקסט: מה השתנה בחיי הבדואים בנגב, ומה נשאר כמו פעם?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מפה דמיונית של אזור ובו עיר אחת גדולה ושלושה יישובים כפריים קטנים מסביב. הוסיפו מקרא עם סמל לעיר וסמל ליישוב כפרי,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כתבו שלושה משפטים על היישוב שבו אתם גרים: האם הוא עיר או יישוב כפרי, האם הוא צפוף או דליל, ומה אתם אוהבים בו.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משפחה עוברת מעיר צפופה במרכז הארץ ליישוב קטן בנגב. כתבו שני דברים שישתנו בחייה, ונמקו בעזרת מושגי הפרק.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כיתה ד'   |   פרק 7</w:t>
      </w:r>
    </w:p>
    <w:p>
      <w:pPr>
        <w:bidi/>
        <w:spacing w:before="0" w:after="120"/>
      </w:pPr>
      <w:r>
        <w:rPr>
          <w:rFonts w:ascii="Tahoma" w:hAnsi="Tahoma" w:cs="Tahoma"/>
          <w:b/>
          <w:bCs/>
          <w:color w:val="29883F"/>
          <w:sz w:val="44"/>
          <w:szCs w:val="44"/>
          <w:rtl/>
        </w:rPr>
        <w:t>פרק 7: שמירה על הטבע והנוף: שמורות טבע, גנים לאומיים ואחריות לסביבה</w:t>
      </w:r>
    </w:p>
    <w:p>
      <w:pPr>
        <w:bidi/>
        <w:spacing w:before="0" w:after="80"/>
      </w:pPr>
      <w:r>
        <w:drawing>
          <wp:inline xmlns:a="http://schemas.openxmlformats.org/drawingml/2006/main" xmlns:pic="http://schemas.openxmlformats.org/drawingml/2006/picture">
            <wp:extent cx="3240000" cy="2160000"/>
            <wp:docPr id="9" name="Picture 9"/>
            <wp:cNvGraphicFramePr>
              <a:graphicFrameLocks noChangeAspect="1"/>
            </wp:cNvGraphicFramePr>
            <a:graphic>
              <a:graphicData uri="http://schemas.openxmlformats.org/drawingml/2006/picture">
                <pic:pic>
                  <pic:nvPicPr>
                    <pic:cNvPr id="0" name="geo_g4_t07.jpg"/>
                    <pic:cNvPicPr/>
                  </pic:nvPicPr>
                  <pic:blipFill>
                    <a:blip r:embed="rId18"/>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29883F"/>
          <w:sz w:val="28"/>
          <w:szCs w:val="28"/>
          <w:rtl/>
        </w:rPr>
        <w:t>◆ שמורת טבע וגן לאומי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r>
          </w:p>
        </w:tc>
        <w:tc>
          <w:tcPr>
            <w:tcW w:type="dxa" w:w="3326"/>
            <w:shd w:val="clear" w:color="auto" w:fill="29883f"/>
          </w:tcPr>
          <w:p>
            <w:pPr>
              <w:bidi/>
              <w:spacing w:before="0" w:after="40"/>
            </w:pPr>
            <w:r>
              <w:rPr>
                <w:b/>
                <w:bCs/>
                <w:color w:val="FFFFFF"/>
                <w:rtl/>
              </w:rPr>
              <w:t>שמורת טבע</w:t>
            </w:r>
          </w:p>
        </w:tc>
        <w:tc>
          <w:tcPr>
            <w:tcW w:type="dxa" w:w="3326"/>
            <w:shd w:val="clear" w:color="auto" w:fill="29883f"/>
          </w:tcPr>
          <w:p>
            <w:pPr>
              <w:bidi/>
              <w:spacing w:before="0" w:after="40"/>
            </w:pPr>
            <w:r>
              <w:rPr>
                <w:b/>
                <w:bCs/>
                <w:color w:val="FFFFFF"/>
                <w:rtl/>
              </w:rPr>
              <w:t>גן לאומי</w:t>
            </w:r>
          </w:p>
        </w:tc>
      </w:tr>
      <w:tr>
        <w:tc>
          <w:tcPr>
            <w:tcW w:type="dxa" w:w="3326"/>
          </w:tcPr>
          <w:p>
            <w:pPr>
              <w:bidi/>
              <w:spacing w:before="0" w:after="40"/>
            </w:pPr>
            <w:r>
              <w:rPr>
                <w:rtl/>
              </w:rPr>
              <w:t>מה שומרים?</w:t>
            </w:r>
          </w:p>
        </w:tc>
        <w:tc>
          <w:tcPr>
            <w:tcW w:type="dxa" w:w="3326"/>
          </w:tcPr>
          <w:p>
            <w:pPr>
              <w:bidi/>
              <w:spacing w:before="0" w:after="40"/>
            </w:pPr>
            <w:r>
              <w:rPr>
                <w:rtl/>
              </w:rPr>
              <w:t>צמחים, בעלי חיים ונוף</w:t>
            </w:r>
          </w:p>
        </w:tc>
        <w:tc>
          <w:tcPr>
            <w:tcW w:type="dxa" w:w="3326"/>
          </w:tcPr>
          <w:p>
            <w:pPr>
              <w:bidi/>
              <w:spacing w:before="0" w:after="40"/>
            </w:pPr>
            <w:r>
              <w:rPr>
                <w:rtl/>
              </w:rPr>
              <w:t>נוף יפה ואתרים מן העבר</w:t>
            </w:r>
          </w:p>
        </w:tc>
      </w:tr>
      <w:tr>
        <w:tc>
          <w:tcPr>
            <w:tcW w:type="dxa" w:w="3326"/>
          </w:tcPr>
          <w:p>
            <w:pPr>
              <w:bidi/>
              <w:spacing w:before="0" w:after="40"/>
            </w:pPr>
            <w:r>
              <w:rPr>
                <w:rtl/>
              </w:rPr>
              <w:t>דוגמה</w:t>
            </w:r>
          </w:p>
        </w:tc>
        <w:tc>
          <w:tcPr>
            <w:tcW w:type="dxa" w:w="3326"/>
          </w:tcPr>
          <w:p>
            <w:pPr>
              <w:bidi/>
              <w:spacing w:before="0" w:after="40"/>
            </w:pPr>
            <w:r>
              <w:rPr>
                <w:rtl/>
              </w:rPr>
              <w:t>עין גדי, החולה</w:t>
            </w:r>
          </w:p>
        </w:tc>
        <w:tc>
          <w:tcPr>
            <w:tcW w:type="dxa" w:w="3326"/>
          </w:tcPr>
          <w:p>
            <w:pPr>
              <w:bidi/>
              <w:spacing w:before="0" w:after="40"/>
            </w:pPr>
            <w:r>
              <w:rPr>
                <w:rtl/>
              </w:rPr>
              <w:t>קיסריה, מצדה</w:t>
            </w:r>
          </w:p>
        </w:tc>
      </w:tr>
    </w:tbl>
    <w:p>
      <w:pPr>
        <w:bidi/>
        <w:spacing w:before="0" w:after="40"/>
      </w:pPr>
    </w:p>
    <w:p>
      <w:pPr>
        <w:bidi/>
        <w:spacing w:before="120" w:after="40"/>
      </w:pPr>
      <w:r>
        <w:rPr>
          <w:rFonts w:ascii="Tahoma" w:hAnsi="Tahoma" w:cs="Tahoma"/>
          <w:b/>
          <w:bCs/>
          <w:color w:val="29883F"/>
          <w:sz w:val="28"/>
          <w:szCs w:val="28"/>
          <w:rtl/>
        </w:rPr>
        <w:t>◆ כללי התנהגות בטבע</w:t>
      </w:r>
    </w:p>
    <w:p>
      <w:pPr>
        <w:bidi/>
        <w:spacing w:before="0" w:after="20"/>
      </w:pPr>
      <w:r>
        <w:rPr>
          <w:rtl/>
        </w:rPr>
        <w:t>1. הולכים רק בשבילים המסומנים.</w:t>
      </w:r>
    </w:p>
    <w:p>
      <w:pPr>
        <w:bidi/>
        <w:spacing w:before="0" w:after="20"/>
      </w:pPr>
      <w:r>
        <w:rPr>
          <w:rtl/>
        </w:rPr>
        <w:t>2. לא קוטפים פרחים מוגנים: כלנית, רקפת, אירוס.</w:t>
      </w:r>
    </w:p>
    <w:p>
      <w:pPr>
        <w:bidi/>
        <w:spacing w:before="0" w:after="20"/>
      </w:pPr>
      <w:r>
        <w:rPr>
          <w:rtl/>
        </w:rPr>
        <w:t>3. לא מאכילים ולא מפריעים לבעלי חיים.</w:t>
      </w:r>
    </w:p>
    <w:p>
      <w:pPr>
        <w:bidi/>
        <w:spacing w:before="0" w:after="20"/>
      </w:pPr>
      <w:r>
        <w:rPr>
          <w:rtl/>
        </w:rPr>
        <w:t>4. לוקחים את האשפה איתנו.</w:t>
      </w:r>
    </w:p>
    <w:p>
      <w:pPr>
        <w:bidi/>
        <w:spacing w:before="120" w:after="40"/>
      </w:pPr>
      <w:r>
        <w:rPr>
          <w:rFonts w:ascii="Tahoma" w:hAnsi="Tahoma" w:cs="Tahoma"/>
          <w:b/>
          <w:bCs/>
          <w:color w:val="29883F"/>
          <w:sz w:val="28"/>
          <w:szCs w:val="28"/>
          <w:rtl/>
        </w:rPr>
        <w:t>◆ אחריות לסביבה בכל יום</w:t>
      </w:r>
    </w:p>
    <w:p>
      <w:pPr>
        <w:bidi/>
        <w:spacing w:before="0" w:after="40"/>
      </w:pPr>
      <w:r>
        <w:rPr>
          <w:rtl/>
        </w:rPr>
        <w:t>ממחזרים, חוסכים במים ובחשמל, ושומרים על ניקיון החופים והנחלים.</w:t>
      </w:r>
    </w:p>
    <w:p>
      <w:pPr>
        <w:bidi/>
        <w:spacing w:before="160" w:after="60"/>
      </w:pPr>
      <w:r>
        <w:rPr>
          <w:b/>
          <w:bCs/>
          <w:sz w:val="26"/>
          <w:szCs w:val="26"/>
          <w:rtl/>
        </w:rPr>
        <w:t>1. השלימו מן המחסן.</w:t>
      </w:r>
    </w:p>
    <w:p>
      <w:pPr>
        <w:bidi/>
        <w:spacing w:before="0" w:after="80"/>
      </w:pPr>
      <w:r>
        <w:rPr>
          <w:color w:val="29883F"/>
          <w:sz w:val="24"/>
          <w:szCs w:val="24"/>
          <w:rtl/>
        </w:rPr>
        <w:t>מחסן מילים: מוגנים  |  מסומנים  |  לאומיים  |  מיחזור  |  מלוחים</w:t>
      </w:r>
    </w:p>
    <w:p>
      <w:pPr>
        <w:bidi/>
        <w:spacing w:before="0" w:after="60"/>
      </w:pPr>
      <w:r>
        <w:rPr>
          <w:rtl/>
        </w:rPr>
        <w:t>א. כלנית, רקפת ואירוס הם פרחים __________.</w:t>
      </w:r>
    </w:p>
    <w:p>
      <w:pPr>
        <w:bidi/>
        <w:spacing w:before="0" w:after="60"/>
      </w:pPr>
      <w:r>
        <w:rPr>
          <w:rtl/>
        </w:rPr>
        <w:t>ב. בשמורת טבע הולכים רק בשבילים ה__________.</w:t>
      </w:r>
    </w:p>
    <w:p>
      <w:pPr>
        <w:bidi/>
        <w:spacing w:before="0" w:after="60"/>
      </w:pPr>
      <w:r>
        <w:rPr>
          <w:rtl/>
        </w:rPr>
        <w:t>ג. קיסריה ומצדה הם גנים __________.</w:t>
      </w:r>
    </w:p>
    <w:p>
      <w:pPr>
        <w:bidi/>
        <w:spacing w:before="0" w:after="60"/>
      </w:pPr>
      <w:r>
        <w:rPr>
          <w:rtl/>
        </w:rPr>
        <w:t>ד. בקבוקים ריקים זורקים לפח ה__________.</w:t>
      </w:r>
    </w:p>
    <w:p>
      <w:pPr>
        <w:bidi/>
        <w:spacing w:before="160" w:after="60"/>
      </w:pPr>
      <w:r>
        <w:rPr>
          <w:b/>
          <w:bCs/>
          <w:sz w:val="26"/>
          <w:szCs w:val="26"/>
          <w:rtl/>
        </w:rPr>
        <w:t>2. התאימו בין הבעיה לבין הפתרון.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אשפה על החוף</w:t>
            </w:r>
          </w:p>
        </w:tc>
        <w:tc>
          <w:tcPr>
            <w:tcW w:type="dxa" w:w="4989"/>
          </w:tcPr>
          <w:p>
            <w:pPr>
              <w:bidi/>
              <w:spacing w:before="0" w:after="40"/>
            </w:pPr>
            <w:r>
              <w:rPr>
                <w:rtl/>
              </w:rPr>
              <w:t>[   ] מצלמים במקום לקטוף</w:t>
            </w:r>
          </w:p>
        </w:tc>
      </w:tr>
      <w:tr>
        <w:tc>
          <w:tcPr>
            <w:tcW w:type="dxa" w:w="4989"/>
          </w:tcPr>
          <w:p>
            <w:pPr>
              <w:bidi/>
              <w:spacing w:before="0" w:after="40"/>
            </w:pPr>
            <w:r>
              <w:rPr>
                <w:rtl/>
              </w:rPr>
              <w:t>2. קטיפת פרחים</w:t>
            </w:r>
          </w:p>
        </w:tc>
        <w:tc>
          <w:tcPr>
            <w:tcW w:type="dxa" w:w="4989"/>
          </w:tcPr>
          <w:p>
            <w:pPr>
              <w:bidi/>
              <w:spacing w:before="0" w:after="40"/>
            </w:pPr>
            <w:r>
              <w:rPr>
                <w:rtl/>
              </w:rPr>
              <w:t>[   ] ממחזרים אותם</w:t>
            </w:r>
          </w:p>
        </w:tc>
      </w:tr>
      <w:tr>
        <w:tc>
          <w:tcPr>
            <w:tcW w:type="dxa" w:w="4989"/>
          </w:tcPr>
          <w:p>
            <w:pPr>
              <w:bidi/>
              <w:spacing w:before="0" w:after="40"/>
            </w:pPr>
            <w:r>
              <w:rPr>
                <w:rtl/>
              </w:rPr>
              <w:t>3. בזבוז מים</w:t>
            </w:r>
          </w:p>
        </w:tc>
        <w:tc>
          <w:tcPr>
            <w:tcW w:type="dxa" w:w="4989"/>
          </w:tcPr>
          <w:p>
            <w:pPr>
              <w:bidi/>
              <w:spacing w:before="0" w:after="40"/>
            </w:pPr>
            <w:r>
              <w:rPr>
                <w:rtl/>
              </w:rPr>
              <w:t>[   ] אוספים אותה ולוקחים איתנו</w:t>
            </w:r>
          </w:p>
        </w:tc>
      </w:tr>
      <w:tr>
        <w:tc>
          <w:tcPr>
            <w:tcW w:type="dxa" w:w="4989"/>
          </w:tcPr>
          <w:p>
            <w:pPr>
              <w:bidi/>
              <w:spacing w:before="0" w:after="40"/>
            </w:pPr>
            <w:r>
              <w:rPr>
                <w:rtl/>
              </w:rPr>
              <w:t>4. הרבה בקבוקי פלסטיק</w:t>
            </w:r>
          </w:p>
        </w:tc>
        <w:tc>
          <w:tcPr>
            <w:tcW w:type="dxa" w:w="4989"/>
          </w:tcPr>
          <w:p>
            <w:pPr>
              <w:bidi/>
              <w:spacing w:before="0" w:after="40"/>
            </w:pPr>
            <w:r>
              <w:rPr>
                <w:rtl/>
              </w:rPr>
              <w:t>[   ] סוגרים את הברז</w:t>
            </w:r>
          </w:p>
        </w:tc>
      </w:tr>
    </w:tbl>
    <w:p>
      <w:pPr>
        <w:bidi/>
        <w:spacing w:before="0" w:after="40"/>
      </w:pPr>
    </w:p>
    <w:p>
      <w:pPr>
        <w:bidi/>
        <w:spacing w:before="160" w:after="60"/>
      </w:pPr>
      <w:r>
        <w:rPr>
          <w:b/>
          <w:bCs/>
          <w:sz w:val="26"/>
          <w:szCs w:val="26"/>
          <w:rtl/>
        </w:rPr>
        <w:t>3.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גן לאומי קיסריה שומר על עיר עתיקה על חוף הים.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בשמורת החולה אפשר לראות ציפורים נודדות.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מותר לקטוף רקפות בשמורה אם קוטפים מעט.</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שמירה על הסביבה היא רק תפקיד של המדינה.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שמורת טבע או גן לאומי?</w:t>
      </w:r>
    </w:p>
    <w:p>
      <w:pPr>
        <w:bidi/>
        <w:spacing w:before="0" w:after="80"/>
      </w:pPr>
      <w:r>
        <w:rPr>
          <w:color w:val="29883F"/>
          <w:sz w:val="24"/>
          <w:szCs w:val="24"/>
          <w:rtl/>
        </w:rPr>
        <w:t>המילים: עין גדי  |  קיסריה  |  החולה  |  מצדה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שמורת טבע</w:t>
            </w:r>
          </w:p>
        </w:tc>
        <w:tc>
          <w:tcPr>
            <w:tcW w:type="dxa" w:w="4989"/>
            <w:shd w:val="clear" w:color="auto" w:fill="29883f"/>
          </w:tcPr>
          <w:p>
            <w:pPr>
              <w:bidi/>
              <w:spacing w:before="0" w:after="40"/>
            </w:pPr>
            <w:r>
              <w:rPr>
                <w:b/>
                <w:bCs/>
                <w:color w:val="FFFFFF"/>
                <w:rtl/>
              </w:rPr>
              <w:t>גן לאומי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ליד כל מעשה כתבו «שומר» או «פוגע».</w:t>
      </w:r>
    </w:p>
    <w:p>
      <w:pPr>
        <w:bidi/>
        <w:spacing w:before="0" w:after="100"/>
      </w:pPr>
      <w:r>
        <w:rPr>
          <w:rtl/>
        </w:rPr>
        <w:t>א. יואב אסף את קליפות הגרעינים לשקית.</w:t>
      </w:r>
    </w:p>
    <w:p>
      <w:pPr>
        <w:bidi/>
        <w:spacing w:before="0" w:after="100"/>
      </w:pPr>
      <w:r>
        <w:rPr>
          <w:rtl/>
        </w:rPr>
        <w:t>ב. עומר חרט את שמו על גזע של עץ.</w:t>
      </w:r>
    </w:p>
    <w:p>
      <w:pPr>
        <w:bidi/>
        <w:spacing w:before="0" w:after="100"/>
      </w:pPr>
      <w:r>
        <w:rPr>
          <w:rtl/>
        </w:rPr>
        <w:t>ג. מיכל צילמה אירוס ולא קטפה אותו.</w:t>
      </w:r>
    </w:p>
    <w:p>
      <w:pPr>
        <w:bidi/>
        <w:spacing w:before="0" w:after="100"/>
      </w:pPr>
      <w:r>
        <w:rPr>
          <w:rtl/>
        </w:rPr>
        <w:t>ד. דניאל השאיר מדורה דולקת והלך.</w:t>
      </w:r>
    </w:p>
    <w:p>
      <w:pPr>
        <w:bidi/>
        <w:spacing w:before="160" w:after="60"/>
      </w:pPr>
      <w:r>
        <w:rPr>
          <w:b/>
          <w:bCs/>
          <w:sz w:val="26"/>
          <w:szCs w:val="26"/>
          <w:rtl/>
        </w:rPr>
        <w:t>6. בטבלה דמיונית מופיע כמה שקי אשפה נאספו בניקוי חוף בכל שנה. השלימו: גדל או קטן?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שנה</w:t>
            </w:r>
          </w:p>
        </w:tc>
        <w:tc>
          <w:tcPr>
            <w:tcW w:type="dxa" w:w="3326"/>
            <w:shd w:val="clear" w:color="auto" w:fill="29883f"/>
          </w:tcPr>
          <w:p>
            <w:pPr>
              <w:bidi/>
              <w:spacing w:before="0" w:after="40"/>
            </w:pPr>
            <w:r>
              <w:rPr>
                <w:b/>
                <w:bCs/>
                <w:color w:val="FFFFFF"/>
                <w:rtl/>
              </w:rPr>
              <w:t>שקי אשפה (דמיוני)</w:t>
            </w:r>
          </w:p>
        </w:tc>
        <w:tc>
          <w:tcPr>
            <w:tcW w:type="dxa" w:w="3326"/>
            <w:shd w:val="clear" w:color="auto" w:fill="29883f"/>
          </w:tcPr>
          <w:p>
            <w:pPr>
              <w:bidi/>
              <w:spacing w:before="0" w:after="40"/>
            </w:pPr>
            <w:r>
              <w:rPr>
                <w:b/>
                <w:bCs/>
                <w:color w:val="FFFFFF"/>
                <w:rtl/>
              </w:rPr>
              <w:t>גדל או קטן מן השנה הקודמת?</w:t>
            </w:r>
          </w:p>
        </w:tc>
      </w:tr>
      <w:tr>
        <w:tc>
          <w:tcPr>
            <w:tcW w:type="dxa" w:w="3326"/>
          </w:tcPr>
          <w:p>
            <w:pPr>
              <w:bidi/>
              <w:spacing w:before="0" w:after="40"/>
            </w:pPr>
            <w:r>
              <w:rPr>
                <w:rtl/>
              </w:rPr>
              <w:t>שנה א'</w:t>
            </w:r>
          </w:p>
        </w:tc>
        <w:tc>
          <w:tcPr>
            <w:tcW w:type="dxa" w:w="3326"/>
          </w:tcPr>
          <w:p>
            <w:pPr>
              <w:bidi/>
              <w:spacing w:before="0" w:after="40"/>
            </w:pPr>
            <w:r>
              <w:rPr>
                <w:rtl/>
              </w:rPr>
              <w:t>40</w:t>
            </w:r>
          </w:p>
        </w:tc>
        <w:tc>
          <w:tcPr>
            <w:tcW w:type="dxa" w:w="3326"/>
          </w:tcPr>
          <w:p>
            <w:pPr>
              <w:bidi/>
              <w:spacing w:before="0" w:after="40"/>
            </w:pPr>
            <w:r>
              <w:rPr>
                <w:rtl/>
              </w:rPr>
              <w:t>—</w:t>
            </w:r>
          </w:p>
        </w:tc>
      </w:tr>
      <w:tr>
        <w:tc>
          <w:tcPr>
            <w:tcW w:type="dxa" w:w="3326"/>
          </w:tcPr>
          <w:p>
            <w:pPr>
              <w:bidi/>
              <w:spacing w:before="0" w:after="40"/>
            </w:pPr>
            <w:r>
              <w:rPr>
                <w:rtl/>
              </w:rPr>
              <w:t>שנה ב'</w:t>
            </w:r>
          </w:p>
        </w:tc>
        <w:tc>
          <w:tcPr>
            <w:tcW w:type="dxa" w:w="3326"/>
          </w:tcPr>
          <w:p>
            <w:pPr>
              <w:bidi/>
              <w:spacing w:before="0" w:after="40"/>
            </w:pPr>
            <w:r>
              <w:rPr>
                <w:rtl/>
              </w:rPr>
              <w:t>30</w:t>
            </w:r>
          </w:p>
        </w:tc>
        <w:tc>
          <w:tcPr>
            <w:tcW w:type="dxa" w:w="3326"/>
          </w:tcPr>
          <w:p>
            <w:pPr>
              <w:bidi/>
              <w:spacing w:before="0" w:after="40"/>
            </w:pPr>
            <w:r>
              <w:rPr>
                <w:rtl/>
              </w:rPr>
            </w:r>
          </w:p>
        </w:tc>
      </w:tr>
      <w:tr>
        <w:tc>
          <w:tcPr>
            <w:tcW w:type="dxa" w:w="3326"/>
          </w:tcPr>
          <w:p>
            <w:pPr>
              <w:bidi/>
              <w:spacing w:before="0" w:after="40"/>
            </w:pPr>
            <w:r>
              <w:rPr>
                <w:rtl/>
              </w:rPr>
              <w:t>שנה ג'</w:t>
            </w:r>
          </w:p>
        </w:tc>
        <w:tc>
          <w:tcPr>
            <w:tcW w:type="dxa" w:w="3326"/>
          </w:tcPr>
          <w:p>
            <w:pPr>
              <w:bidi/>
              <w:spacing w:before="0" w:after="40"/>
            </w:pPr>
            <w:r>
              <w:rPr>
                <w:rtl/>
              </w:rPr>
              <w:t>20</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7. בחרו את התשובה הנכונה.</w:t>
      </w:r>
    </w:p>
    <w:p>
      <w:pPr>
        <w:bidi/>
        <w:spacing w:before="0" w:after="20"/>
      </w:pPr>
      <w:r>
        <w:rPr>
          <w:rtl/>
        </w:rPr>
        <w:t>א. מדוע אסור להאכיל בעלי חיים בר בשמורה?</w:t>
      </w:r>
    </w:p>
    <w:p>
      <w:pPr>
        <w:bidi/>
        <w:spacing w:before="0" w:after="80"/>
      </w:pPr>
      <w:r>
        <w:rPr>
          <w:rtl/>
        </w:rPr>
        <w:t xml:space="preserve">   ○ כי זה פוגע בבריאותם ובהרגלים הטבעיים שלהם      ○ כי הם לא אוכלים בכלל      ○ כי זה יקר</w:t>
      </w:r>
    </w:p>
    <w:p>
      <w:pPr>
        <w:bidi/>
        <w:spacing w:before="0" w:after="20"/>
      </w:pPr>
      <w:r>
        <w:rPr>
          <w:rtl/>
        </w:rPr>
        <w:t>ב. מה מטרת השבילים המסומנים?</w:t>
      </w:r>
    </w:p>
    <w:p>
      <w:pPr>
        <w:bidi/>
        <w:spacing w:before="0" w:after="80"/>
      </w:pPr>
      <w:r>
        <w:rPr>
          <w:rtl/>
        </w:rPr>
        <w:t xml:space="preserve">   ○ לקצר את הדרך בלבד      ○ לשמור על הצמחים ועל המטיילים      ○ לקשט את השמורה</w:t>
      </w:r>
    </w:p>
    <w:p>
      <w:pPr>
        <w:bidi/>
        <w:spacing w:before="120" w:after="40"/>
      </w:pPr>
      <w:r>
        <w:rPr>
          <w:rFonts w:ascii="Tahoma" w:hAnsi="Tahoma" w:cs="Tahoma"/>
          <w:b/>
          <w:bCs/>
          <w:color w:val="29883F"/>
          <w:sz w:val="30"/>
          <w:szCs w:val="30"/>
          <w:rtl/>
        </w:rPr>
        <w:t>פריחה בגבעה</w:t>
      </w:r>
    </w:p>
    <w:p>
      <w:pPr>
        <w:bidi/>
        <w:spacing w:before="0" w:after="80"/>
      </w:pPr>
      <w:r>
        <w:rPr>
          <w:rtl/>
        </w:rPr>
        <w:t>בכל חורף, אחרי הגשמים הראשונים, מתכסה הגבעה שליד בית הספר של תמר בכלניות אדומות. פעם, כך סיפרה לה סבתא, היו ילדים קוטפים זרים גדולים של כלניות ומביאים אותם הביתה. אחרי כמה שנים כמעט לא נשארו פרחים על הגבעה.</w:t>
      </w:r>
    </w:p>
    <w:p>
      <w:pPr>
        <w:bidi/>
        <w:spacing w:before="0" w:after="80"/>
      </w:pPr>
      <w:r>
        <w:rPr>
          <w:rtl/>
        </w:rPr>
        <w:t>אז החליטו בבית הספר לפתוח מבצע: «צלמו – אל תקטפו». התלמידים תלו שלטים, הסבירו להורים, ובכל שנה ערכו תחרות צילום. לאט לאט חזרו הכלניות, והיום הגבעה שוב אדומה. תמר צילמה השנה כלנית עם דבורה עליה, וזכתה במקום הראשון.</w:t>
      </w:r>
    </w:p>
    <w:p>
      <w:pPr>
        <w:bidi/>
        <w:spacing w:before="160" w:after="60"/>
      </w:pPr>
      <w:r>
        <w:rPr>
          <w:b/>
          <w:bCs/>
          <w:sz w:val="26"/>
          <w:szCs w:val="26"/>
          <w:rtl/>
        </w:rPr>
        <w:t>8. השלימו לפי הטקסט «פריחה בגבעה».</w:t>
      </w:r>
    </w:p>
    <w:p>
      <w:pPr>
        <w:bidi/>
        <w:spacing w:before="0" w:after="60"/>
      </w:pPr>
      <w:r>
        <w:rPr>
          <w:rtl/>
        </w:rPr>
        <w:t>א. הגבעה מתכסה ב__________ אדומות.</w:t>
      </w:r>
    </w:p>
    <w:p>
      <w:pPr>
        <w:bidi/>
        <w:spacing w:before="0" w:after="60"/>
      </w:pPr>
      <w:r>
        <w:rPr>
          <w:rtl/>
        </w:rPr>
        <w:t>ב. פעם ילדים __________ זרים גדולים של כלניות.</w:t>
      </w:r>
    </w:p>
    <w:p>
      <w:pPr>
        <w:bidi/>
        <w:spacing w:before="0" w:after="60"/>
      </w:pPr>
      <w:r>
        <w:rPr>
          <w:rtl/>
        </w:rPr>
        <w:t>ג. שם המבצע היה «צלמו – אל __________».</w:t>
      </w:r>
    </w:p>
    <w:p>
      <w:pPr>
        <w:bidi/>
        <w:spacing w:before="160" w:after="60"/>
      </w:pPr>
      <w:r>
        <w:rPr>
          <w:b/>
          <w:bCs/>
          <w:sz w:val="26"/>
          <w:szCs w:val="26"/>
          <w:rtl/>
        </w:rPr>
        <w:t>9. לפי הטקסט: מה קרה לכלניות אחרי שנים של קטיפה, ומה גרם להן לחזור?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כרזה קטנה למבצע שמירה על הטבע: ציור פשוט וסיסמה קצרה.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כתבו שלושה דברים שאתם יכולים לעשות בבית או בבית הספר כדי לשמור על הסביבה.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אתגר: משפחה יצאה לפיקניק בגן לאומי והשאירה אחריה אשפה, «כי ממילא יש מי שמנקה». כתבו להם הודעה קצרה ומנומסת עם שני נימוקים מדוע לקחת את האשפה.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Tahoma" w:hAnsi="Tahoma" w:cs="Tahoma"/>
          <w:b/>
          <w:bCs/>
          <w:color w:val="29883F"/>
          <w:sz w:val="44"/>
          <w:szCs w:val="44"/>
          <w:rtl/>
        </w:rPr>
        <w:t>חזרה – מה למדנו?</w:t>
      </w:r>
    </w:p>
    <w:p>
      <w:pPr>
        <w:bidi/>
        <w:spacing w:before="160" w:after="60"/>
      </w:pPr>
      <w:r>
        <w:rPr>
          <w:b/>
          <w:bCs/>
          <w:sz w:val="26"/>
          <w:szCs w:val="26"/>
          <w:rtl/>
        </w:rPr>
        <w:t>1. השלימו את המושג החסר.</w:t>
      </w:r>
    </w:p>
    <w:p>
      <w:pPr>
        <w:bidi/>
        <w:spacing w:before="0" w:after="80"/>
      </w:pPr>
      <w:r>
        <w:rPr>
          <w:color w:val="29883F"/>
          <w:sz w:val="24"/>
          <w:szCs w:val="24"/>
          <w:rtl/>
        </w:rPr>
        <w:t>מחסן מילים: מקרא  |  רוחב  |  אכזב  |  דליל  |  איתן</w:t>
      </w:r>
    </w:p>
    <w:p>
      <w:pPr>
        <w:bidi/>
        <w:spacing w:before="0" w:after="60"/>
      </w:pPr>
      <w:r>
        <w:rPr>
          <w:rtl/>
        </w:rPr>
        <w:t>א. המסגרת שמסבירה את הסמלים במפה היא ה__________.</w:t>
      </w:r>
    </w:p>
    <w:p>
      <w:pPr>
        <w:bidi/>
        <w:spacing w:before="0" w:after="60"/>
      </w:pPr>
      <w:r>
        <w:rPr>
          <w:rtl/>
        </w:rPr>
        <w:t>ב. עמק שחוצה את הארץ ממערב למזרח הוא עמק __________.</w:t>
      </w:r>
    </w:p>
    <w:p>
      <w:pPr>
        <w:bidi/>
        <w:spacing w:before="0" w:after="60"/>
      </w:pPr>
      <w:r>
        <w:rPr>
          <w:rtl/>
        </w:rPr>
        <w:t>ג. נחל שזורם רק אחרי גשם הוא נחל __________.</w:t>
      </w:r>
    </w:p>
    <w:p>
      <w:pPr>
        <w:bidi/>
        <w:spacing w:before="0" w:after="60"/>
      </w:pPr>
      <w:r>
        <w:rPr>
          <w:rtl/>
        </w:rPr>
        <w:t>ד. מקום שבו גרים מעט אנשים על שטח גדול הוא מקום __________.</w:t>
      </w:r>
    </w:p>
    <w:p>
      <w:pPr>
        <w:bidi/>
        <w:spacing w:before="160" w:after="60"/>
      </w:pPr>
      <w:r>
        <w:rPr>
          <w:b/>
          <w:bCs/>
          <w:sz w:val="26"/>
          <w:szCs w:val="26"/>
          <w:rtl/>
        </w:rPr>
        <w:t>2. התאימו בין המקום לתיאור.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ים המלח</w:t>
            </w:r>
          </w:p>
        </w:tc>
        <w:tc>
          <w:tcPr>
            <w:tcW w:type="dxa" w:w="4989"/>
          </w:tcPr>
          <w:p>
            <w:pPr>
              <w:bidi/>
              <w:spacing w:before="0" w:after="40"/>
            </w:pPr>
            <w:r>
              <w:rPr>
                <w:rtl/>
              </w:rPr>
              <w:t>[   ] אגם המים המתוקים הגדול בישראל</w:t>
            </w:r>
          </w:p>
        </w:tc>
      </w:tr>
      <w:tr>
        <w:tc>
          <w:tcPr>
            <w:tcW w:type="dxa" w:w="4989"/>
          </w:tcPr>
          <w:p>
            <w:pPr>
              <w:bidi/>
              <w:spacing w:before="0" w:after="40"/>
            </w:pPr>
            <w:r>
              <w:rPr>
                <w:rtl/>
              </w:rPr>
              <w:t>2. החרמון</w:t>
            </w:r>
          </w:p>
        </w:tc>
        <w:tc>
          <w:tcPr>
            <w:tcW w:type="dxa" w:w="4989"/>
          </w:tcPr>
          <w:p>
            <w:pPr>
              <w:bidi/>
              <w:spacing w:before="0" w:after="40"/>
            </w:pPr>
            <w:r>
              <w:rPr>
                <w:rtl/>
              </w:rPr>
              <w:t>[   ] המקום הנמוך ביותר על פני היבשה</w:t>
            </w:r>
          </w:p>
        </w:tc>
      </w:tr>
      <w:tr>
        <w:tc>
          <w:tcPr>
            <w:tcW w:type="dxa" w:w="4989"/>
          </w:tcPr>
          <w:p>
            <w:pPr>
              <w:bidi/>
              <w:spacing w:before="0" w:after="40"/>
            </w:pPr>
            <w:r>
              <w:rPr>
                <w:rtl/>
              </w:rPr>
              <w:t>3. הכנרת</w:t>
            </w:r>
          </w:p>
        </w:tc>
        <w:tc>
          <w:tcPr>
            <w:tcW w:type="dxa" w:w="4989"/>
          </w:tcPr>
          <w:p>
            <w:pPr>
              <w:bidi/>
              <w:spacing w:before="0" w:after="40"/>
            </w:pPr>
            <w:r>
              <w:rPr>
                <w:rtl/>
              </w:rPr>
              <w:t>[   ] עמק סגור וגדול בנגב</w:t>
            </w:r>
          </w:p>
        </w:tc>
      </w:tr>
      <w:tr>
        <w:tc>
          <w:tcPr>
            <w:tcW w:type="dxa" w:w="4989"/>
          </w:tcPr>
          <w:p>
            <w:pPr>
              <w:bidi/>
              <w:spacing w:before="0" w:after="40"/>
            </w:pPr>
            <w:r>
              <w:rPr>
                <w:rtl/>
              </w:rPr>
              <w:t>4. מכתש רמון</w:t>
            </w:r>
          </w:p>
        </w:tc>
        <w:tc>
          <w:tcPr>
            <w:tcW w:type="dxa" w:w="4989"/>
          </w:tcPr>
          <w:p>
            <w:pPr>
              <w:bidi/>
              <w:spacing w:before="0" w:after="40"/>
            </w:pPr>
            <w:r>
              <w:rPr>
                <w:rtl/>
              </w:rPr>
              <w:t>[   ] שלג בחורף ומקורות הירדן</w:t>
            </w:r>
          </w:p>
        </w:tc>
      </w:tr>
      <w:tr>
        <w:tc>
          <w:tcPr>
            <w:tcW w:type="dxa" w:w="4989"/>
          </w:tcPr>
          <w:p>
            <w:pPr>
              <w:bidi/>
              <w:spacing w:before="0" w:after="40"/>
            </w:pPr>
            <w:r>
              <w:rPr>
                <w:rtl/>
              </w:rPr>
              <w:t>5. ירושלים</w:t>
            </w:r>
          </w:p>
        </w:tc>
        <w:tc>
          <w:tcPr>
            <w:tcW w:type="dxa" w:w="4989"/>
          </w:tcPr>
          <w:p>
            <w:pPr>
              <w:bidi/>
              <w:spacing w:before="0" w:after="40"/>
            </w:pPr>
            <w:r>
              <w:rPr>
                <w:rtl/>
              </w:rPr>
              <w:t>[   ] בירת ישראל, בהרי יהודה</w:t>
            </w:r>
          </w:p>
        </w:tc>
      </w:tr>
    </w:tbl>
    <w:p>
      <w:pPr>
        <w:bidi/>
        <w:spacing w:before="0" w:after="40"/>
      </w:pPr>
    </w:p>
    <w:p>
      <w:pPr>
        <w:bidi/>
        <w:spacing w:before="160" w:after="60"/>
      </w:pPr>
      <w:r>
        <w:rPr>
          <w:b/>
          <w:bCs/>
          <w:sz w:val="26"/>
          <w:szCs w:val="26"/>
          <w:rtl/>
        </w:rPr>
        <w:t>3.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ממערב למזרח: מישור החוף, השפלה, אזור ההר, בקעת הירדן.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בנגב האקלים ים-תיכוני.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מי קולחין משמשים להשקיית שדות.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מותר לקטוף כלניות בשמורת טבע.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לפי הפרק.</w:t>
      </w:r>
    </w:p>
    <w:p>
      <w:pPr>
        <w:bidi/>
        <w:spacing w:before="0" w:after="80"/>
      </w:pPr>
      <w:r>
        <w:rPr>
          <w:color w:val="29883F"/>
          <w:sz w:val="24"/>
          <w:szCs w:val="24"/>
          <w:rtl/>
        </w:rPr>
        <w:t>המילים: גבול טבעי  |  מקרא  |  התפלה  |  מי תהום  |  מושב  |  צפיפות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מפות</w:t>
            </w:r>
          </w:p>
        </w:tc>
        <w:tc>
          <w:tcPr>
            <w:tcW w:type="dxa" w:w="3326"/>
            <w:shd w:val="clear" w:color="auto" w:fill="29883f"/>
          </w:tcPr>
          <w:p>
            <w:pPr>
              <w:bidi/>
              <w:spacing w:before="0" w:after="40"/>
            </w:pPr>
            <w:r>
              <w:rPr>
                <w:b/>
                <w:bCs/>
                <w:color w:val="FFFFFF"/>
                <w:rtl/>
              </w:rPr>
              <w:t>מים</w:t>
            </w:r>
          </w:p>
        </w:tc>
        <w:tc>
          <w:tcPr>
            <w:tcW w:type="dxa" w:w="3326"/>
            <w:shd w:val="clear" w:color="auto" w:fill="29883f"/>
          </w:tcPr>
          <w:p>
            <w:pPr>
              <w:bidi/>
              <w:spacing w:before="0" w:after="40"/>
            </w:pPr>
            <w:r>
              <w:rPr>
                <w:b/>
                <w:bCs/>
                <w:color w:val="FFFFFF"/>
                <w:rtl/>
              </w:rPr>
              <w:t>יישובים</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בחרו מקום אחד בישראל שלמדתם עליו השנה. כתבו באיזו רצועה או באיזה אזור הוא נמצא, מה האקלים בו ומה מיוחד בו.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שרטטו מפה פשוטה של ישראל וסמנו עליה: חץ צפון, הים התיכון, הכנרת, ים המלח, ירושלים ואילת.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Tahoma" w:hAnsi="Tahoma" w:cs="Tahoma"/>
          <w:b/>
          <w:bCs/>
          <w:color w:val="29883F"/>
          <w:sz w:val="60"/>
          <w:szCs w:val="60"/>
          <w:rtl/>
        </w:rPr>
        <w:t>כל הכבוד!</w:t>
      </w:r>
    </w:p>
    <w:p>
      <w:pPr>
        <w:bidi/>
        <w:spacing w:before="0" w:after="80"/>
      </w:pPr>
      <w:r>
        <w:rPr>
          <w:sz w:val="32"/>
          <w:szCs w:val="32"/>
          <w:rtl/>
        </w:rPr>
        <w:t>סיימתי את חוברת העבודה במולדת, חברה ואזרחות לכיתה ד'.</w:t>
      </w:r>
    </w:p>
    <w:sectPr w:rsidR="00FC693F" w:rsidRPr="0006063C" w:rsidSect="00034616">
      <w:footerReference w:type="default" r:id="rId9"/>
      <w:pgSz w:w="11906" w:h="16838"/>
      <w:pgMar w:top="850" w:right="964" w:bottom="907" w:left="964" w:header="720" w:footer="720" w:gutter="0"/>
      <w:pgBorders w:offsetFrom="page">
        <w:top w:val="single" w:sz="18" w:space="22" w:color="2F9A48"/>
        <w:left w:val="single" w:sz="18" w:space="22" w:color="2F9A48"/>
        <w:bottom w:val="single" w:sz="18" w:space="22" w:color="2F9A48"/>
        <w:right w:val="single" w:sz="18" w:space="22" w:color="2F9A48"/>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