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🔑 מחוון – חוברת העבודה במולדת, חברה ואזרחות לכיתה ד'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29883F"/>
          <w:sz w:val="30"/>
          <w:szCs w:val="30"/>
          <w:rtl/>
        </w:rPr>
        <w:t>פרק 1: מפת ישראל: מקרא, מפה אילמת, גבולות ומדינות שכנות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ציור של שטח כפי שהוא נראה מלמעלה נקרא מפה.</w:t>
      </w:r>
    </w:p>
    <w:p>
      <w:pPr>
        <w:bidi/>
        <w:spacing w:before="0" w:after="40"/>
      </w:pPr>
      <w:r>
        <w:rPr>
          <w:rtl/>
        </w:rPr>
        <w:t>ב. הסמלים והצבעים מוסברים במקרא.</w:t>
      </w:r>
    </w:p>
    <w:p>
      <w:pPr>
        <w:bidi/>
        <w:spacing w:before="0" w:after="40"/>
      </w:pPr>
      <w:r>
        <w:rPr>
          <w:rtl/>
        </w:rPr>
        <w:t>ג. הקו שמראה את הכיוונים במפה נקרא חץ הצפון.</w:t>
      </w:r>
    </w:p>
    <w:p>
      <w:pPr>
        <w:bidi/>
        <w:spacing w:before="0" w:after="40"/>
      </w:pPr>
      <w:r>
        <w:rPr>
          <w:rtl/>
        </w:rPr>
        <w:t>ד. גבול שעובר לאורך נהר הוא גבול טבעי.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מקרא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גבול לאורך ים, נהר או הרים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מפה אילמת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גבול שנקבע בהסכם בין מדינות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גבול מדיני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סימן שמראה את הכיוונים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גבול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מפה בלי שמות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חץ צפון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הסבר של הסמלים והצבעים במפה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לפני כל משפט כתבו את הכיוון המתאים: צפון, דרום, מזרח או מערב.</w:t>
      </w:r>
    </w:p>
    <w:p>
      <w:pPr>
        <w:bidi/>
        <w:spacing w:before="0" w:after="100"/>
      </w:pPr>
      <w:r>
        <w:rPr>
          <w:rtl/>
        </w:rPr>
        <w:t>א. אילת נמצאת בקצה ה___ של ישראל.  ← דרום</w:t>
      </w:r>
    </w:p>
    <w:p>
      <w:pPr>
        <w:bidi/>
        <w:spacing w:before="0" w:after="100"/>
      </w:pPr>
      <w:r>
        <w:rPr>
          <w:rtl/>
        </w:rPr>
        <w:t>ב. לבנון נמצאת ב___ ישראל.  ← צפון</w:t>
      </w:r>
    </w:p>
    <w:p>
      <w:pPr>
        <w:bidi/>
        <w:spacing w:before="0" w:after="100"/>
      </w:pPr>
      <w:r>
        <w:rPr>
          <w:rtl/>
        </w:rPr>
        <w:t>ג. הים התיכון נמצא ב___ ישראל.  ← מערב</w:t>
      </w:r>
    </w:p>
    <w:p>
      <w:pPr>
        <w:bidi/>
        <w:spacing w:before="0" w:after="100"/>
      </w:pPr>
      <w:r>
        <w:rPr>
          <w:rtl/>
        </w:rPr>
        <w:t>ד. ירדן נמצאת ב___ ישראל.  ← מזרח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קראו את המקרא הדמיוני של מפת עיר וכתבו מה פירוש כל סמל.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סמל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פירוש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⛲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מזרקה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🌳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פארק או עץ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בית חולים או מרפאה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P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חניה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ירדן היא מדינה שכנה של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מצרים נמצאת בצפון 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מצרים נמצאת בדרום-מערב ישראל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במפה, הצד הימני הוא בדרך כלל המזרח.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גבול מדיני הוא תמיד נהר.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גבול מדיני נקבע בהסכם, ולעיתים הוא קו ישר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מיינו: מה מסומן בצבע כחול במפה ומה בצבע חום?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כחול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הים התיכון, הכנרת, נהר הירדן, ים המלח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הרי הגליל, הרי יהודה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בחרו את התשובה הנכונה.</w:t>
      </w:r>
    </w:p>
    <w:p>
      <w:pPr>
        <w:bidi/>
        <w:spacing w:before="0" w:after="20"/>
      </w:pPr>
      <w:r>
        <w:rPr>
          <w:rtl/>
        </w:rPr>
        <w:t>א. מה עושים במפה אילמת?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מזהים מקומות וכותבים את שמותיהם</w:t>
      </w:r>
    </w:p>
    <w:p>
      <w:pPr>
        <w:bidi/>
        <w:spacing w:before="0" w:after="20"/>
      </w:pPr>
      <w:r>
        <w:rPr>
          <w:rtl/>
        </w:rPr>
        <w:t>ב. איזה ים נמצא בדרום 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מפרץ אילת (ים סוף)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קראו את התיאור של מפה דמיונית והשלימו את הכיוון.</w:t>
      </w:r>
    </w:p>
    <w:p>
      <w:pPr>
        <w:bidi/>
        <w:spacing w:before="0" w:after="40"/>
      </w:pPr>
      <w:r>
        <w:rPr>
          <w:rtl/>
        </w:rPr>
        <w:t>א. בית הספר נמצא למעלה במפה, והפארק למטה. בית הספר נמצא צפונית לפארק.</w:t>
      </w:r>
    </w:p>
    <w:p>
      <w:pPr>
        <w:bidi/>
        <w:spacing w:before="0" w:after="40"/>
      </w:pPr>
      <w:r>
        <w:rPr>
          <w:rtl/>
        </w:rPr>
        <w:t>ב. הספרייה מימין לפארק. הספרייה נמצאת מזרחית לפארק.</w:t>
      </w:r>
    </w:p>
    <w:p>
      <w:pPr>
        <w:bidi/>
        <w:spacing w:before="0" w:after="40"/>
      </w:pPr>
      <w:r>
        <w:rPr>
          <w:rtl/>
        </w:rPr>
        <w:t>ג. הבריכה משמאל לפארק. הבריכה נמצאת מערבית לפארק.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ענו לפי הטקסט «השכנות של ישראל».</w:t>
      </w:r>
    </w:p>
    <w:p>
      <w:pPr>
        <w:bidi/>
        <w:spacing w:before="0" w:after="20"/>
      </w:pPr>
      <w:r>
        <w:rPr>
          <w:rtl/>
        </w:rPr>
        <w:t>א. כמה מדינות שכנות יש לישראל לפי הטקסט?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ארבע</w:t>
      </w:r>
    </w:p>
    <w:p>
      <w:pPr>
        <w:bidi/>
        <w:spacing w:before="0" w:after="20"/>
      </w:pPr>
      <w:r>
        <w:rPr>
          <w:rtl/>
        </w:rPr>
        <w:t>ב. למה החוף במערב נקרא גבול טבעי?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כי הוא עובר לאורך הים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לפי הטקסט: השוו בין הגבול עם מצרים לבין הגבול לאורך נהר הירדן. במה הם שונים?</w:t>
      </w:r>
    </w:p>
    <w:p>
      <w:pPr>
        <w:bidi/>
        <w:spacing w:before="0" w:after="80"/>
      </w:pPr>
      <w:r>
        <w:rPr>
          <w:color w:val="0F7A4F"/>
          <w:rtl/>
        </w:rPr>
        <w:t>תשובה אפשרית: הגבול לאורך נהר הירדן הוא גבול טבעי, כי הוא עובר לאורך נהר. הגבול עם מצרים הוא גבול מדיני: קו שנקבע בהסכם וחוצה את המדבר.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צורה פשוטה שמייצגת את ישראל. סמנו חץ צפון, כתבו את שמות ארבע השכנות ואת הים התיכון במקום הנכון.</w:t>
      </w:r>
    </w:p>
    <w:p>
      <w:pPr>
        <w:bidi/>
        <w:spacing w:before="0" w:after="80"/>
      </w:pPr>
      <w:r>
        <w:rPr>
          <w:color w:val="0F7A4F"/>
          <w:rtl/>
        </w:rPr>
        <w:t>תשובה אפשרית: לבנון למעלה (צפון), סוריה בצפון-מזרח, ירדן מימין (מזרח), מצרים בדרום-מערב, הים התיכון משמאל (מערב), וחץ צפון.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כתבו שתי סיבות לכך שמפה אילמת עוזרת ללמוד גאוגרפיה.</w:t>
      </w:r>
    </w:p>
    <w:p>
      <w:pPr>
        <w:bidi/>
        <w:spacing w:before="0" w:after="80"/>
      </w:pPr>
      <w:r>
        <w:rPr>
          <w:color w:val="0F7A4F"/>
          <w:rtl/>
        </w:rPr>
        <w:t>תשובה אפשרית: היא בודקת אם אנחנו זוכרים איפה נמצא כל מקום, ולא רק קוראים את השם; היא מאמנת אותנו לזהות צורות, צבעים וכיוונים במפה.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תמר טסה במטוס מעל הארץ, מצפון לדרום. כתבו לפי הסדר שלושה מקומות שעליהם עברה: לבנון, אילת, הכנרת. הסבירו את הסדר.</w:t>
      </w:r>
    </w:p>
    <w:p>
      <w:pPr>
        <w:bidi/>
        <w:spacing w:before="0" w:after="80"/>
      </w:pPr>
      <w:r>
        <w:rPr>
          <w:color w:val="0F7A4F"/>
          <w:rtl/>
        </w:rPr>
        <w:t>תשובה אפשרית: לבנון, הכנרת, אילת. לבנון נמצאת מצפון לישראל, הכנרת בצפון הארץ, ואילת בקצה הדרומי.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29883F"/>
          <w:sz w:val="30"/>
          <w:szCs w:val="30"/>
          <w:rtl/>
        </w:rPr>
        <w:t>פרק 2: רצועות האורך: מישור החוף, השפלה, אזור ההר ובקעת הירדן, ועמקי הרוחב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אזור נוף ארוך שעובר מצפון לדרום נקרא רצועת אורך.</w:t>
      </w:r>
    </w:p>
    <w:p>
      <w:pPr>
        <w:bidi/>
        <w:spacing w:before="0" w:after="40"/>
      </w:pPr>
      <w:r>
        <w:rPr>
          <w:rtl/>
        </w:rPr>
        <w:t>ב. עמק שחוצה את הארץ ממערב למזרח נקרא עמק רוחב.</w:t>
      </w:r>
    </w:p>
    <w:p>
      <w:pPr>
        <w:bidi/>
        <w:spacing w:before="0" w:after="40"/>
      </w:pPr>
      <w:r>
        <w:rPr>
          <w:rtl/>
        </w:rPr>
        <w:t>ג. ממזרח למישור החוף נמצאת השפלה.</w:t>
      </w:r>
    </w:p>
    <w:p>
      <w:pPr>
        <w:bidi/>
        <w:spacing w:before="0" w:after="40"/>
      </w:pPr>
      <w:r>
        <w:rPr>
          <w:rtl/>
        </w:rPr>
        <w:t>ד. הכנרת, נהר הירדן וים המלח נמצאים בקעת הירדן.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הרצועה לתיאור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מישור החוף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שטח נמוך ושטוח לאורך הים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השפלה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בקעה ארוכה ונמוכה מאוד במזרח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אזור ההר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גבעות נמוכות ועמקים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בקעת הירדן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הרים גבוהים, ובהם הגליל ויהודה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המקומות לפי הרצועה.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מישור החוף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 ההר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בקעת הירדן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נתניה, חיפה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ירושלים, הרי הגליל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המלח, הכנרת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מישור החוף נמצא ממזרח לאזור ההר.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מישור החוף נמצא ממערב לאזור ההר, לאורך הים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בקעת הירדן היא הרצועה הנמוכה ביותר.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בשפלה יש גבעות נמוכות, שדות וכרמים.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עמק רוחב עובר מצפון לדרום.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עמק רוחב חוצה את הארץ ממערב למזרח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הרצועה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גבוהה או נמוכה?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 לדוגמה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מישור החוף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נמוכה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תל אביב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אזור ההר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גבוהה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בקעת הירדן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נמוכה מאוד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איזה מן המקומות הוא עמק רוחב?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עמק יזרעאל</w:t>
      </w:r>
    </w:p>
    <w:p>
      <w:pPr>
        <w:bidi/>
        <w:spacing w:before="0" w:after="20"/>
      </w:pPr>
      <w:r>
        <w:rPr>
          <w:rtl/>
        </w:rPr>
        <w:t>ב. באיזו רצועה נמצאות רוב הערים הגדולות שליד הים?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מישור החוף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קראו את רשמי הטיול של נועה. ליד כל משפט כתבו באיזו רצועה היא הייתה.</w:t>
      </w:r>
    </w:p>
    <w:p>
      <w:pPr>
        <w:bidi/>
        <w:spacing w:before="0" w:after="100"/>
      </w:pPr>
      <w:r>
        <w:rPr>
          <w:rtl/>
        </w:rPr>
        <w:t>א. «עמדנו על חוף הים ליד העיר נתניה.»  ← מישור החוף</w:t>
      </w:r>
    </w:p>
    <w:p>
      <w:pPr>
        <w:bidi/>
        <w:spacing w:before="0" w:after="100"/>
      </w:pPr>
      <w:r>
        <w:rPr>
          <w:rtl/>
        </w:rPr>
        <w:t>ב. «טיפסנו על רכס גבוה בהרי הגליל.»  ← אזור ההר</w:t>
      </w:r>
    </w:p>
    <w:p>
      <w:pPr>
        <w:bidi/>
        <w:spacing w:before="0" w:after="100"/>
      </w:pPr>
      <w:r>
        <w:rPr>
          <w:rtl/>
        </w:rPr>
        <w:t>ג. «ירדנו אל הכנרת, הנמוכה מאוד.»  ← בקעת הירדן</w:t>
      </w:r>
    </w:p>
    <w:p>
      <w:pPr>
        <w:bidi/>
        <w:spacing w:before="0" w:after="100"/>
      </w:pPr>
      <w:r>
        <w:rPr>
          <w:rtl/>
        </w:rPr>
        <w:t>ד. «עברנו בין גבעות נמוכות ושדות חיטה.»  ← השפלה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השלימו לפי הטקסט «עמק יזרעאל – הלב הירוק».</w:t>
      </w:r>
    </w:p>
    <w:p>
      <w:pPr>
        <w:bidi/>
        <w:spacing w:before="0" w:after="40"/>
      </w:pPr>
      <w:r>
        <w:rPr>
          <w:rtl/>
        </w:rPr>
        <w:t>א. עמק יזרעאל חוצה את הארץ ממערב למזרח.</w:t>
      </w:r>
    </w:p>
    <w:p>
      <w:pPr>
        <w:bidi/>
        <w:spacing w:before="0" w:after="40"/>
      </w:pPr>
      <w:r>
        <w:rPr>
          <w:rtl/>
        </w:rPr>
        <w:t>ב. מצפון לעמק נמצאים הרי הגליל.</w:t>
      </w:r>
    </w:p>
    <w:p>
      <w:pPr>
        <w:bidi/>
        <w:spacing w:before="0" w:after="40"/>
      </w:pPr>
      <w:r>
        <w:rPr>
          <w:rtl/>
        </w:rPr>
        <w:t>ג. מדרום לעמק נמצאים הרי שומרון.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הטקסט: מדוע גרים בעמק יזרעאל חקלאים רבים?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האדמה פורייה; השטח שטוח ונוח לעיבוד.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מפה פשוטה: שתי רצועות הרים (צפון ודרום) ועמק רוחב ביניהן. כתבו את השמות: הרי הגליל, עמק יזרעאל, הרי שומרון, והוסיפו חץ צפון.</w:t>
      </w:r>
    </w:p>
    <w:p>
      <w:pPr>
        <w:bidi/>
        <w:spacing w:before="0" w:after="80"/>
      </w:pPr>
      <w:r>
        <w:rPr>
          <w:color w:val="0F7A4F"/>
          <w:rtl/>
        </w:rPr>
        <w:t>תשובה אפשרית: למעלה הרי הגליל, באמצע עמק יזרעאל לרוחב המפה, למטה הרי שומרון, וחץ צפון כלפי מעלה.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השוו בין מישור החוף לבין אזור ההר: כתבו הבדל אחד בנוף והבדל אחד בדרך החיים.</w:t>
      </w:r>
    </w:p>
    <w:p>
      <w:pPr>
        <w:bidi/>
        <w:spacing w:before="0" w:after="80"/>
      </w:pPr>
      <w:r>
        <w:rPr>
          <w:color w:val="0F7A4F"/>
          <w:rtl/>
        </w:rPr>
        <w:t>תשובה אפשרית: בנוף: מישור החוף נמוך ושטוח, ואזור ההר גבוה ומלא מדרונות. בדרך החיים: במישור החוף ערים גדולות רבות וקל לבנות כבישים; בהר קשה יותר לבנות, והכבישים מתפתלים.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כתבו פסקה קצרה: לאיזו רצועה הייתם רוצים לצאת לטיול? נמקו בעזרת מה שלמדתם על הנוף.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 שמזכירה רצועה אחת ושני מאפיינים נכונים שלה, למשל: אזור ההר – נוף הררי, יערות ותצפיות.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נועם גר בעיר בבקעת הירדן, ליד הכנרת. הוא אומר: «כדי להגיע לים התיכון אני צריך רק לרדת». האם הוא צודק? הסבירו בעזרת סדר הרצועות.</w:t>
      </w:r>
    </w:p>
    <w:p>
      <w:pPr>
        <w:bidi/>
        <w:spacing w:before="0" w:after="80"/>
      </w:pPr>
      <w:r>
        <w:rPr>
          <w:color w:val="0F7A4F"/>
          <w:rtl/>
        </w:rPr>
        <w:t>תשובה אפשרית: לא. בקעת הירדן היא הרצועה הנמוכה ביותר. בדרך מערבה אל הים צריך קודם לעלות אל אזור ההר, ורק אחר כך לרדת דרך השפלה ומישור החוף אל הים.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29883F"/>
          <w:sz w:val="30"/>
          <w:szCs w:val="30"/>
          <w:rtl/>
        </w:rPr>
        <w:t>פרק 3: נופים ייחודיים בארץ: ים המלח, המכתשים, החרמון, מפרץ חיפה ואילת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ים המלח הוא המקום הנמוך ביותר על פני היבשה.</w:t>
      </w:r>
    </w:p>
    <w:p>
      <w:pPr>
        <w:bidi/>
        <w:spacing w:before="0" w:after="40"/>
      </w:pPr>
      <w:r>
        <w:rPr>
          <w:rtl/>
        </w:rPr>
        <w:t>ב. מכתש רמון, המכתש הגדול והמכתש הקטן נמצאים בנגב.</w:t>
      </w:r>
    </w:p>
    <w:p>
      <w:pPr>
        <w:bidi/>
        <w:spacing w:before="0" w:after="40"/>
      </w:pPr>
      <w:r>
        <w:rPr>
          <w:rtl/>
        </w:rPr>
        <w:t>ג. החרמון הוא הר גבוה שיש בו אתר סקי.</w:t>
      </w:r>
    </w:p>
    <w:p>
      <w:pPr>
        <w:bidi/>
        <w:spacing w:before="0" w:after="40"/>
      </w:pPr>
      <w:r>
        <w:rPr>
          <w:rtl/>
        </w:rPr>
        <w:t>ד. באילת יש שוניות אלמוגים.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המקום לבין התיאור.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מפרץ חיפה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נמל גדול על חוף הים התיכון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מי השלג שלו מזינים את הירדן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ים המלח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הנמל של ישראל בים סוף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החרמון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מפיקים ממנו מינרלים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מכתש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עמק סגור וקירות תלולים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חוף הים התיכון בישראל מלא מפרצים.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החוף ישר כמעט לכל אורכו; המפרץ הבולט הוא מפרץ חיפה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אילת היא העיר הצפונית ביותר בישראל.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אילת היא העיר הדרומית ביותר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ים המלח נמצא מתחת לפני הים.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על החרמון יורד שלג בחורף.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מה שייך לים המלח ומה לאילת?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ים המלח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אילת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מים מלוחים מאוד, צפים בלי לשקוע, מפיקים מינרלים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שוניות אלמוגים, צלילה עם דגים צבעוניים, נמל בים סוף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המקום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מיוחד בו?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החרמון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שלג בחורף ואתר סקי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מפרץ חיפה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מפרץ ונמל גדול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מכתש 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עמק סגור עם קירות תלולים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ים המלח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המקום הנמוך ביותר ביבשה, מלוח מאוד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לאן כדאי לנסוע כדי לראות שלג בישראל?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לחרמון</w:t>
      </w:r>
    </w:p>
    <w:p>
      <w:pPr>
        <w:bidi/>
        <w:spacing w:before="0" w:after="20"/>
      </w:pPr>
      <w:r>
        <w:rPr>
          <w:rtl/>
        </w:rPr>
        <w:t>ב. איך נוצר מכתש?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מים סחפו סלעים רכים במשך זמן רב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ליד כל משפט כתבו על איזה מקום מדובר.</w:t>
      </w:r>
    </w:p>
    <w:p>
      <w:pPr>
        <w:bidi/>
        <w:spacing w:before="0" w:after="100"/>
      </w:pPr>
      <w:r>
        <w:rPr>
          <w:rtl/>
        </w:rPr>
        <w:t>א. «צפתי במים ולא שקעתי, והמים צרבו לי בעיניים.»  ← ים המלח</w:t>
      </w:r>
    </w:p>
    <w:p>
      <w:pPr>
        <w:bidi/>
        <w:spacing w:before="0" w:after="100"/>
      </w:pPr>
      <w:r>
        <w:rPr>
          <w:rtl/>
        </w:rPr>
        <w:t>ב. «ראינו אניות גדולות ומפעלים ליד הכרמל.»  ← מפרץ חיפה</w:t>
      </w:r>
    </w:p>
    <w:p>
      <w:pPr>
        <w:bidi/>
        <w:spacing w:before="0" w:after="100"/>
      </w:pPr>
      <w:r>
        <w:rPr>
          <w:rtl/>
        </w:rPr>
        <w:t>ג. «החלקנו על מזחלת בשלג.»  ← החרמון</w:t>
      </w:r>
    </w:p>
    <w:p>
      <w:pPr>
        <w:bidi/>
        <w:spacing w:before="0" w:after="100"/>
      </w:pPr>
      <w:r>
        <w:rPr>
          <w:rtl/>
        </w:rPr>
        <w:t>ד. «צללנו וראינו אלמוגים.»  ← אילת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השלימו לפי הטקסט «נמל בקצה הדרום».</w:t>
      </w:r>
    </w:p>
    <w:p>
      <w:pPr>
        <w:bidi/>
        <w:spacing w:before="0" w:after="40"/>
      </w:pPr>
      <w:r>
        <w:rPr>
          <w:rtl/>
        </w:rPr>
        <w:t>א. מפרץ אילת הוא חלק מים סוף.</w:t>
      </w:r>
    </w:p>
    <w:p>
      <w:pPr>
        <w:bidi/>
        <w:spacing w:before="0" w:after="40"/>
      </w:pPr>
      <w:r>
        <w:rPr>
          <w:rtl/>
        </w:rPr>
        <w:t>ב. בעונת החורף נעים באילת.</w:t>
      </w:r>
    </w:p>
    <w:p>
      <w:pPr>
        <w:bidi/>
        <w:spacing w:before="0" w:after="40"/>
      </w:pPr>
      <w:r>
        <w:rPr>
          <w:rtl/>
        </w:rPr>
        <w:t>ג. כדי לשמור על האלמוגים אסור לגעת בהם.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הטקסט: מדוע מגיעים מטיילים לאילת כל השנה?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בחורף נעים בה; יש בה שוניות אלמוגים ודגים צבעוניים לצלילה.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קו חוף ישר ובו מפרץ אחד. סמנו את המפרץ, את הנמל ואת הים, והוסיפו מקרא קטן.</w:t>
      </w:r>
    </w:p>
    <w:p>
      <w:pPr>
        <w:bidi/>
        <w:spacing w:before="0" w:after="80"/>
      </w:pPr>
      <w:r>
        <w:rPr>
          <w:color w:val="0F7A4F"/>
          <w:rtl/>
        </w:rPr>
        <w:t>תשובה אפשרית: קו חוף ישר עם מקום אחד שבו המים נכנסים פנימה; סמל נמל בתוך המפרץ; מקרא: כחול – ים, סמל עוגן – נמל.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הסבירו את הקשר בין השלג שעל החרמון לבין נהר הירדן.</w:t>
      </w:r>
    </w:p>
    <w:p>
      <w:pPr>
        <w:bidi/>
        <w:spacing w:before="0" w:after="80"/>
      </w:pPr>
      <w:r>
        <w:rPr>
          <w:color w:val="0F7A4F"/>
          <w:rtl/>
        </w:rPr>
        <w:t>תשובה אפשרית: כשהשלג על החרמון נמס, המים מחלחלים לאדמה ויוצאים במעיינות. המעיינות מזינים את הנחלים שמהם מתחיל נהר הירדן.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תכננו טיול של יומיים לשני מקומות ייחודיים מן הפרק. כתבו לאן תסעו ובאיזו עונה, ונמקו את הבחירה.</w:t>
      </w:r>
    </w:p>
    <w:p>
      <w:pPr>
        <w:bidi/>
        <w:spacing w:before="0" w:after="80"/>
      </w:pPr>
      <w:r>
        <w:rPr>
          <w:color w:val="0F7A4F"/>
          <w:rtl/>
        </w:rPr>
        <w:t>תשובה אפשרית: לדוגמה: בחורף לחרמון, כי אז יש בו שלג, ולאילת, כי בחורף נעים בה. או: באביב למכתש רמון ולים המלח, כשעוד לא חם מדי במדבר.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29883F"/>
          <w:sz w:val="30"/>
          <w:szCs w:val="30"/>
          <w:rtl/>
        </w:rPr>
        <w:t>פרק 4: האקלים בישראל: אזור ים-תיכוני ואזור מדברי, עונות וגשם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באקלים ים-תיכוני הקיץ חם ויבש והחורף גשום.</w:t>
      </w:r>
    </w:p>
    <w:p>
      <w:pPr>
        <w:bidi/>
        <w:spacing w:before="0" w:after="40"/>
      </w:pPr>
      <w:r>
        <w:rPr>
          <w:rtl/>
        </w:rPr>
        <w:t>ב. בנגב ובערבה יורד מעט מאוד גשם.</w:t>
      </w:r>
    </w:p>
    <w:p>
      <w:pPr>
        <w:bidi/>
        <w:spacing w:before="0" w:after="40"/>
      </w:pPr>
      <w:r>
        <w:rPr>
          <w:rtl/>
        </w:rPr>
        <w:t>ג. כמות הגשם פוחתת מצפון לדרום.</w:t>
      </w:r>
    </w:p>
    <w:p>
      <w:pPr>
        <w:bidi/>
        <w:spacing w:before="0" w:after="40"/>
      </w:pPr>
      <w:r>
        <w:rPr>
          <w:rtl/>
        </w:rPr>
        <w:t>ד. הגשמים הראשונים יורדים בסתיו.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מזג אוויר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מזג האוויר הרגיל במשך שנים רבות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אקלים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מעט מאוד גשם וצמחים מעטים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אקלים מדברי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קיץ חם ויבש וחורף גשום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אקלים ים-תיכוני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מה שקורה היום: שמש, גשם או רוח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ברוב צפון הארץ ומרכזה האקלים ים-תיכוני.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באילת יורד הרבה גשם בחורף.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באילת יורד מעט מאוד גשם, כי האקלים שם מדברי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בבקעת הירדן יורד בדרך כלל פחות גשם מאשר בהרים שממערב 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אקלים הוא מזג האוויר של יום אחד.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אקלים הוא מזג האוויר הרגיל במשך שנים רבות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המקומות לפי אזור האקלים.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ים-תיכוני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מדברי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חיפה, תל אביב, צפת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אילת, הערבה, מכתש רמון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בטבלה מספר ימי הגשם בכל עונה ביישוב דמיוני בגליל. השלימו: באיזו עונה יורד הכי הרבה גשם ובאיזו הכי מעט?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עונה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ימי גשם (דמיוני)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סתיו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חורף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קיץ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הכי הרבה גשם: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חורף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הכי מעט גשם: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קיץ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איך נראה הקיץ באקלים ים-תיכוני?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חם ויבש</w:t>
      </w:r>
    </w:p>
    <w:p>
      <w:pPr>
        <w:bidi/>
        <w:spacing w:before="0" w:after="20"/>
      </w:pPr>
      <w:r>
        <w:rPr>
          <w:rtl/>
        </w:rPr>
        <w:t>ב. מה נכון לגבי האקלים המדברי?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יש הבדל גדול בין היום ללילה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השלימו: יותר או פחות?</w:t>
      </w:r>
    </w:p>
    <w:p>
      <w:pPr>
        <w:bidi/>
        <w:spacing w:before="0" w:after="40"/>
      </w:pPr>
      <w:r>
        <w:rPr>
          <w:rtl/>
        </w:rPr>
        <w:t>א. בגליל יורד יותר גשם מאשר בנגב.</w:t>
      </w:r>
    </w:p>
    <w:p>
      <w:pPr>
        <w:bidi/>
        <w:spacing w:before="0" w:after="40"/>
      </w:pPr>
      <w:r>
        <w:rPr>
          <w:rtl/>
        </w:rPr>
        <w:t>ב. באילת יורד פחות גשם מאשר בירושלים.</w:t>
      </w:r>
    </w:p>
    <w:p>
      <w:pPr>
        <w:bidi/>
        <w:spacing w:before="0" w:after="40"/>
      </w:pPr>
      <w:r>
        <w:rPr>
          <w:rtl/>
        </w:rPr>
        <w:t>ג. בהרים יורד בדרך כלל יותר גשם מאשר בבקעת הירדן.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השלימו לפי הטקסט «לילה במדבר».</w:t>
      </w:r>
    </w:p>
    <w:p>
      <w:pPr>
        <w:bidi/>
        <w:spacing w:before="0" w:after="40"/>
      </w:pPr>
      <w:r>
        <w:rPr>
          <w:rtl/>
        </w:rPr>
        <w:t>א. התלמידים חיפשו צל מתחת לשיטה בודדת.</w:t>
      </w:r>
    </w:p>
    <w:p>
      <w:pPr>
        <w:bidi/>
        <w:spacing w:before="0" w:after="40"/>
      </w:pPr>
      <w:r>
        <w:rPr>
          <w:rtl/>
        </w:rPr>
        <w:t>ב. במדבר כמעט אין עצים, כי יורד מעט מאוד גשם.</w:t>
      </w:r>
    </w:p>
    <w:p>
      <w:pPr>
        <w:bidi/>
        <w:spacing w:before="0" w:after="40"/>
      </w:pPr>
      <w:r>
        <w:rPr>
          <w:rtl/>
        </w:rPr>
        <w:t>ג. בערב הוציאו התלמידים מעילים.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הטקסט: איזו תכונה של האקלים המדברי הפתיעה את נועה?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ההבדל הגדול בין החום ביום לקור בלילה: בצהריים היה חם מאוד, ובערב היה קר וכולם לבשו מעילים.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טבלת ציורים של ארבע העונות באקלים ים-תיכוני: בכל משבצת סמל אחד (שמש, ענן עם גשם וכו') ושם העונה.</w:t>
      </w:r>
    </w:p>
    <w:p>
      <w:pPr>
        <w:bidi/>
        <w:spacing w:before="0" w:after="80"/>
      </w:pPr>
      <w:r>
        <w:rPr>
          <w:color w:val="0F7A4F"/>
          <w:rtl/>
        </w:rPr>
        <w:t>תשובה אפשרית: ארבע משבצות: קיץ – שמש; סתיו – ענן ראשון ועלים; חורף – ענן עם גשם; אביב – פרחים ושמש עם ענן קטן.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השוו בין האקלים בחיפה לבין האקלים באילת: כתבו הבדל אחד בגשם והבדל אחד בצמחייה.</w:t>
      </w:r>
    </w:p>
    <w:p>
      <w:pPr>
        <w:bidi/>
        <w:spacing w:before="0" w:after="80"/>
      </w:pPr>
      <w:r>
        <w:rPr>
          <w:color w:val="0F7A4F"/>
          <w:rtl/>
        </w:rPr>
        <w:t>תשובה אפשרית: בחיפה יורד הרבה יותר גשם בחורף (אקלים ים-תיכוני), ובאילת יורד מעט מאוד גשם (אקלים מדברי). בחיפה יש עצים וחורש, ובאילת מעט צמחים.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חקלאי רוצה לגדל שדה חיטה בלי השקיה, רק במי הגשם. האם כדאי לו לבחור בגליל או בערבה?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בגליל, כי שם יורד הרבה גשם בחורף. בערבה יורד מעט מאוד גשם, ובלי השקיה החיטה לא תגדל.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29883F"/>
          <w:sz w:val="30"/>
          <w:szCs w:val="30"/>
          <w:rtl/>
        </w:rPr>
        <w:t>פרק 5: מקורות המים בישראל: גשם, נחלים, מי תהום, הכנרת, המוביל הארצי, התפלה וקולחין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מי ביוב שטוהרו ומשקים בהם שדות נקראים מי קולחין.</w:t>
      </w:r>
    </w:p>
    <w:p>
      <w:pPr>
        <w:bidi/>
        <w:spacing w:before="0" w:after="40"/>
      </w:pPr>
      <w:r>
        <w:rPr>
          <w:rtl/>
        </w:rPr>
        <w:t>ב. מערכת הצינורות שהעבירה מים מן הכנרת לדרום נקראת המוביל הארצי.</w:t>
      </w:r>
    </w:p>
    <w:p>
      <w:pPr>
        <w:bidi/>
        <w:spacing w:before="0" w:after="40"/>
      </w:pPr>
      <w:r>
        <w:rPr>
          <w:rtl/>
        </w:rPr>
        <w:t>ג. את מי התהום שואבים בעזרת בארות.</w:t>
      </w:r>
    </w:p>
    <w:p>
      <w:pPr>
        <w:bidi/>
        <w:spacing w:before="0" w:after="40"/>
      </w:pPr>
      <w:r>
        <w:rPr>
          <w:rtl/>
        </w:rPr>
        <w:t>ד. בעזרת התפלה הופכים מי ים למי שתייה.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הנחל לסוג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הירקון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נחל אכזב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נחל צין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נחל אכזב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נחל דן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נחל איתן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נחל פארן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נחל איתן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מי תהום הם מים שנאגרים מתחת לפני הקרקע.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נחל אכזב זורם כל השנה.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נחל אכזב זורם רק אחרי גשם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רוב מי הקולחין בישראל מנוצלים בחקלאות.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המוביל הארצי העביר מים מאילת לכנרת.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המוביל הארצי העביר מים מן הכנרת אל המרכז והדרום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מקורות המים: טבעיים או כאלה שהאדם יוצר?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טבעי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מקור שהאדם יוצר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גשם, מי תהום, הכנרת, מעיין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מי התפלה, מי קולחין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בטבלה דמיונית מופיע כמה מים השתמשה משפחה בפעולות שונות. השלימו את העמודה «איך אפשר לחסוך?».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פעולה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מים (ליטרים, דמיוני)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איך אפשר לחסוך?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מקלחת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80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להתקלח קצר יותר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צחצוח שיניים עם ברז פתוח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לסגור את הברז בזמן הצחצוח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השקיית גינה בצהריים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50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להשקות בערב או בטפטוף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איזה מקור מים מספק כיום חלק גדול ממי השתייה בישראל?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מתקני התפלה</w:t>
      </w:r>
    </w:p>
    <w:p>
      <w:pPr>
        <w:bidi/>
        <w:spacing w:before="0" w:after="20"/>
      </w:pPr>
      <w:r>
        <w:rPr>
          <w:rtl/>
        </w:rPr>
        <w:t>ב. מה מזין נחל איתן כל השנה?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מעיינות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ליד כל משפט כתבו באיזה מקור מים מדובר.</w:t>
      </w:r>
    </w:p>
    <w:p>
      <w:pPr>
        <w:bidi/>
        <w:spacing w:before="0" w:after="100"/>
      </w:pPr>
      <w:r>
        <w:rPr>
          <w:rtl/>
        </w:rPr>
        <w:t>א. «מים מן הים שהוצאנו מהם את המלח.»  ← מי התפלה</w:t>
      </w:r>
    </w:p>
    <w:p>
      <w:pPr>
        <w:bidi/>
        <w:spacing w:before="0" w:after="100"/>
      </w:pPr>
      <w:r>
        <w:rPr>
          <w:rtl/>
        </w:rPr>
        <w:t>ב. «מים שחלחלו לאדמה ושואבים אותם בבאר.»  ← מי תהום</w:t>
      </w:r>
    </w:p>
    <w:p>
      <w:pPr>
        <w:bidi/>
        <w:spacing w:before="0" w:after="100"/>
      </w:pPr>
      <w:r>
        <w:rPr>
          <w:rtl/>
        </w:rPr>
        <w:t>ג. «מי ביוב מטוהרים שמשקים בהם מטע.»  ← מי קולחין</w:t>
      </w:r>
    </w:p>
    <w:p>
      <w:pPr>
        <w:bidi/>
        <w:spacing w:before="0" w:after="100"/>
      </w:pPr>
      <w:r>
        <w:rPr>
          <w:rtl/>
        </w:rPr>
        <w:t>ד. «אגם מים מתוקים בצפון הארץ.»  ← הכנרת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השלימו לפי הטקסט «מסע של טיפה».</w:t>
      </w:r>
    </w:p>
    <w:p>
      <w:pPr>
        <w:bidi/>
        <w:spacing w:before="0" w:after="40"/>
      </w:pPr>
      <w:r>
        <w:rPr>
          <w:rtl/>
        </w:rPr>
        <w:t>א. הטיפה ירדה מן הענן אל הכנרת.</w:t>
      </w:r>
    </w:p>
    <w:p>
      <w:pPr>
        <w:bidi/>
        <w:spacing w:before="0" w:after="40"/>
      </w:pPr>
      <w:r>
        <w:rPr>
          <w:rtl/>
        </w:rPr>
        <w:t>ב. היא הגיעה למרכז הארץ דרך המוביל הארצי.</w:t>
      </w:r>
    </w:p>
    <w:p>
      <w:pPr>
        <w:bidi/>
        <w:spacing w:before="0" w:after="40"/>
      </w:pPr>
      <w:r>
        <w:rPr>
          <w:rtl/>
        </w:rPr>
        <w:t>ג. אחרי הטיהור היא נעשתה מי קולחין.</w:t>
      </w:r>
    </w:p>
    <w:p>
      <w:pPr>
        <w:bidi/>
        <w:spacing w:before="0" w:after="40"/>
      </w:pPr>
      <w:r>
        <w:rPr>
          <w:rtl/>
        </w:rPr>
        <w:t>ד. עכשיו היא משקה עגבניות בנגב.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הטקסט: כתבו את השלבים במסע של הטיפה לפי הסדר (לפחות ארבעה).</w:t>
      </w:r>
    </w:p>
    <w:p>
      <w:pPr>
        <w:bidi/>
        <w:spacing w:before="0" w:after="80"/>
      </w:pPr>
      <w:r>
        <w:rPr>
          <w:color w:val="0F7A4F"/>
          <w:rtl/>
        </w:rPr>
        <w:t>תשובה אפשרית: ענן מעל הגליל ← גשם אל הכנרת ← המוביל הארצי ← בית במרכז הארץ (שטיפת כלים) ← ביוב ← מתקן טיהור ← מי קולחין ← השקיית שדה בנגב.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מפה פשוטה של ישראל: סמנו את הכנרת בצפון, חץ ארוך שמייצג את המוביל הארצי אל המרכז והדרום, וסמל של מתקן התפלה על חוף הים. הוסיפו 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צורת הארץ עם חץ צפון; עיגול כחול – הכנרת בצפון-מזרח; חץ מן הכנרת דרומה – המוביל הארצי; סמל על החוף המערבי – מתקן התפלה; מקרא לשלושת הסמלים.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השוו בין מי התפלה לבין מי קולחין: מאיפה מגיע כל סוג, ולמה משתמשים בו?</w:t>
      </w:r>
    </w:p>
    <w:p>
      <w:pPr>
        <w:bidi/>
        <w:spacing w:before="0" w:after="80"/>
      </w:pPr>
      <w:r>
        <w:rPr>
          <w:color w:val="0F7A4F"/>
          <w:rtl/>
        </w:rPr>
        <w:t>תשובה אפשרית: מי התפלה מגיעים מן הים, אחרי הוצאת המלח, ומשמשים לשתייה. מי קולחין מגיעים מן הביוב, אחרי טיהור, ומשמשים להשקיית שדות.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הסבירו מדוע רוב נחלי הנגב הם נחלי אכזב.</w:t>
      </w:r>
    </w:p>
    <w:p>
      <w:pPr>
        <w:bidi/>
        <w:spacing w:before="0" w:after="80"/>
      </w:pPr>
      <w:r>
        <w:rPr>
          <w:color w:val="0F7A4F"/>
          <w:rtl/>
        </w:rPr>
        <w:t>תשובה אפשרית: בנגב יורד מעט מאוד גשם, ואין בו כמעט מעיינות שיזינו את הנחלים. לכן הנחלים זורמים רק אחרי גשם, ורוב השנה הם יבשים.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בשנה שבה ירד מעט מאוד גשם, מה יקרה לכנרת? איזה מקור מים יכול לעזור לישראל בשנה כזאת?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מפלס הכנרת ירד, כי מעט מים זורמים אליה. התפלה יכולה לעזור, כי מי הים אינם תלויים בגשם; גם מי קולחין יכולים להחליף מים מתוקים בהשקיית שדות.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29883F"/>
          <w:sz w:val="30"/>
          <w:szCs w:val="30"/>
          <w:rtl/>
        </w:rPr>
        <w:t>פרק 6: אוכלוסייה ויישובים בישראל: עיר וכפר, צפיפות ודלילות ותפרוסת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העיר הגדולה ביותר בישראל ובירתה היא ירושלים.</w:t>
      </w:r>
    </w:p>
    <w:p>
      <w:pPr>
        <w:bidi/>
        <w:spacing w:before="0" w:after="40"/>
      </w:pPr>
      <w:r>
        <w:rPr>
          <w:rtl/>
        </w:rPr>
        <w:t>ב. כמה אנשים גרים על שטח מסוים נקרא צפיפות אוכלוסין.</w:t>
      </w:r>
    </w:p>
    <w:p>
      <w:pPr>
        <w:bidi/>
        <w:spacing w:before="0" w:after="40"/>
      </w:pPr>
      <w:r>
        <w:rPr>
          <w:rtl/>
        </w:rPr>
        <w:t>ג. הדרך שבה היישובים מפוזרים על פני הארץ נקראת תפרוסת.</w:t>
      </w:r>
    </w:p>
    <w:p>
      <w:pPr>
        <w:bidi/>
        <w:spacing w:before="0" w:after="40"/>
      </w:pPr>
      <w:r>
        <w:rPr>
          <w:rtl/>
        </w:rPr>
        <w:t>ד. דלית אל-כרמל ובית ג'ן הם יישובים דרוזיים.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היישוב לבין הקבוצה שגרה בו ברובה.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רהט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צ'רקסים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כפר כמא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דרוזים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דלית אל-כרמל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ערבים מוסלמים ונוצרים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נצרת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בדואים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במושב לכל משפחה משק משלה.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מרכז הארץ הוא אזור דליל.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מרכז הארץ הוא אזור צפוף מאוד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בעיר יש בדרך כלל יותר מקומות עבודה מאשר בכפר.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בנגב יש הרבה יישובים קרובים זה לזה.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בנגב יש מעט יישובים, רחוקים זה מזה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האזורים: צפוף או דליל?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צפוף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דליל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מרכז הארץ, העיר תל אביב, שכונה של בניינים גבוהים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הנגב, הערבה, שטח מדבר פתוח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השלימו את הטבלה על סוגי היישובים הכפריים.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 היישוב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מאפיין אותו?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קיבוץ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הקהילה מנהלת יחד את רוב העבודה והרכוש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מושב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לכל משפחה משק חקלאי משלה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יישוב קהילתי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יישוב קטן; רוב התושבים עובדים מחוץ ליישוב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</w:pPr>
      <w:r>
        <w:rPr>
          <w:rtl/>
        </w:rPr>
        <w:t>א. איזו שפה, מלבד עברית, היא שפה עיקרית בישראל?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ערבית</w:t>
      </w:r>
    </w:p>
    <w:p>
      <w:pPr>
        <w:bidi/>
        <w:spacing w:before="0" w:after="20"/>
      </w:pPr>
      <w:r>
        <w:rPr>
          <w:rtl/>
        </w:rPr>
        <w:t>ב. מה מאפיין עיר?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הרבה תושבים, משרדים וחנויות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השלימו: צפוף או דליל?</w:t>
      </w:r>
    </w:p>
    <w:p>
      <w:pPr>
        <w:bidi/>
        <w:spacing w:before="0" w:after="40"/>
      </w:pPr>
      <w:r>
        <w:rPr>
          <w:rtl/>
        </w:rPr>
        <w:t>א. בשכונה יש הרבה בניינים גבוהים קרובים זה לזה. השכונה צפופה.</w:t>
      </w:r>
    </w:p>
    <w:p>
      <w:pPr>
        <w:bidi/>
        <w:spacing w:before="0" w:after="40"/>
      </w:pPr>
      <w:r>
        <w:rPr>
          <w:rtl/>
        </w:rPr>
        <w:t>ב. ביישוב במדבר יש עשרים בתים ושטח פתוח גדול מסביב. היישוב דליל.</w:t>
      </w:r>
    </w:p>
    <w:p>
      <w:pPr>
        <w:bidi/>
        <w:spacing w:before="0" w:after="40"/>
      </w:pPr>
      <w:r>
        <w:rPr>
          <w:rtl/>
        </w:rPr>
        <w:t>ג. במרכז העיר יש פקקים ותורים ארוכים. מרכז העיר צפוף.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ענו לפי הטקסט «יום שוק ברהט».</w:t>
      </w:r>
    </w:p>
    <w:p>
      <w:pPr>
        <w:bidi/>
        <w:spacing w:before="0" w:after="20"/>
      </w:pPr>
      <w:r>
        <w:rPr>
          <w:rtl/>
        </w:rPr>
        <w:t>א. איפה נמצאת רהט?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בנגב</w:t>
      </w:r>
    </w:p>
    <w:p>
      <w:pPr>
        <w:bidi/>
        <w:spacing w:before="0" w:after="20"/>
      </w:pPr>
      <w:r>
        <w:rPr>
          <w:rtl/>
        </w:rPr>
        <w:t>ב. איך גרה המשפחה של הסב כשהיה ילד?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באוהלים, ונדדה עם העדר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הטקסט: מה השתנה בחיי הבדואים בנגב, ומה נשאר כמו פעם?</w:t>
      </w:r>
    </w:p>
    <w:p>
      <w:pPr>
        <w:bidi/>
        <w:spacing w:before="0" w:after="80"/>
      </w:pPr>
      <w:r>
        <w:rPr>
          <w:color w:val="0F7A4F"/>
          <w:rtl/>
        </w:rPr>
        <w:t>תשובה אפשרית: השתנה: פעם גרו באוהלים ונדדו עם העדר, והיום רובם גרים ביישובי קבע. נשאר: הכנסת האורחים.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מפה דמיונית של אזור ובו עיר אחת גדולה ושלושה יישובים כפריים קטנים מסביב. הוסיפו מקרא עם סמל לעיר וסמל ליישוב כפרי, וחץ צפון.</w:t>
      </w:r>
    </w:p>
    <w:p>
      <w:pPr>
        <w:bidi/>
        <w:spacing w:before="0" w:after="80"/>
      </w:pPr>
      <w:r>
        <w:rPr>
          <w:color w:val="0F7A4F"/>
          <w:rtl/>
        </w:rPr>
        <w:t>תשובה אפשרית: מפה עם סמל גדול לעיר באמצע, שלושה סמלים קטנים מסביב, דרכים ביניהם, מקרא לשני הסמלים וחץ צפון.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כתבו שלושה משפטים על היישוב שבו אתם גרים: האם הוא עיר או יישוב כפרי, האם הוא צפוף או דליל, ומה אתם אוהבים בו.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 שמשתמשת נכון במושגים: עיר או יישוב כפרי, צפוף או דליל, ונימוק אחד.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משפחה עוברת מעיר צפופה במרכז הארץ ליישוב קטן בנגב. כתבו שני דברים שישתנו בחייה, ונמקו בעזרת מושגי הפרק.</w:t>
      </w:r>
    </w:p>
    <w:p>
      <w:pPr>
        <w:bidi/>
        <w:spacing w:before="0" w:after="80"/>
      </w:pPr>
      <w:r>
        <w:rPr>
          <w:color w:val="0F7A4F"/>
          <w:rtl/>
        </w:rPr>
        <w:t>תשובה אפשרית: לדוגמה: יהיה פחות צפוף ושקט יותר, כי הנגב דליל; הדרך לעבודה, לחנויות ולשירותים תהיה ארוכה יותר, כי היישובים רחוקים זה מזה; האקלים יהיה יבש וחם יותר.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29883F"/>
          <w:sz w:val="30"/>
          <w:szCs w:val="30"/>
          <w:rtl/>
        </w:rPr>
        <w:t>פרק 7: שמירה על הטבע והנוף: שמורות טבע, גנים לאומיים ואחריות לסביבה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כלנית, רקפת ואירוס הם פרחים מוגנים.</w:t>
      </w:r>
    </w:p>
    <w:p>
      <w:pPr>
        <w:bidi/>
        <w:spacing w:before="0" w:after="40"/>
      </w:pPr>
      <w:r>
        <w:rPr>
          <w:rtl/>
        </w:rPr>
        <w:t>ב. בשמורת טבע הולכים רק בשבילים המסומנים.</w:t>
      </w:r>
    </w:p>
    <w:p>
      <w:pPr>
        <w:bidi/>
        <w:spacing w:before="0" w:after="40"/>
      </w:pPr>
      <w:r>
        <w:rPr>
          <w:rtl/>
        </w:rPr>
        <w:t>ג. קיסריה ומצדה הם גנים לאומיים.</w:t>
      </w:r>
    </w:p>
    <w:p>
      <w:pPr>
        <w:bidi/>
        <w:spacing w:before="0" w:after="40"/>
      </w:pPr>
      <w:r>
        <w:rPr>
          <w:rtl/>
        </w:rPr>
        <w:t>ד. בקבוקים ריקים זורקים לפח המיחזור.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הבעיה לבין הפתרון.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אשפה על החוף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מצלמים במקום לקטוף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קטיפת פרחים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ממחזרים אותם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בזבוז 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אוספים אותה ולוקחים איתנו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הרבה בקבוקי פלסטיק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סוגרים את הברז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גן לאומי קיסריה שומר על עיר עתיקה על חוף הים.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בשמורת החולה אפשר לראות ציפורים נודדות.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מותר לקטוף רקפות בשמורה אם קוטפים מעט.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הרקפת מוגנת, ואסור לקטוף אותה כלל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שמירה על הסביבה היא רק תפקיד של המדינה.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שמירה על הסביבה היא אחריות של כולנו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שמורת טבע או גן לאומי?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שמורת טבע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גן לאומי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עין גדי, החולה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קיסריה, מצדה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ליד כל מעשה כתבו «שומר» או «פוגע».</w:t>
      </w:r>
    </w:p>
    <w:p>
      <w:pPr>
        <w:bidi/>
        <w:spacing w:before="0" w:after="100"/>
      </w:pPr>
      <w:r>
        <w:rPr>
          <w:rtl/>
        </w:rPr>
        <w:t>א. יואב אסף את קליפות הגרעינים לשקית.  ← שומר</w:t>
      </w:r>
    </w:p>
    <w:p>
      <w:pPr>
        <w:bidi/>
        <w:spacing w:before="0" w:after="100"/>
      </w:pPr>
      <w:r>
        <w:rPr>
          <w:rtl/>
        </w:rPr>
        <w:t>ב. עומר חרט את שמו על גזע של עץ.  ← פוגע</w:t>
      </w:r>
    </w:p>
    <w:p>
      <w:pPr>
        <w:bidi/>
        <w:spacing w:before="0" w:after="100"/>
      </w:pPr>
      <w:r>
        <w:rPr>
          <w:rtl/>
        </w:rPr>
        <w:t>ג. מיכל צילמה אירוס ולא קטפה אותו.  ← שומר</w:t>
      </w:r>
    </w:p>
    <w:p>
      <w:pPr>
        <w:bidi/>
        <w:spacing w:before="0" w:after="100"/>
      </w:pPr>
      <w:r>
        <w:rPr>
          <w:rtl/>
        </w:rPr>
        <w:t>ד. דניאל השאיר מדורה דולקת והלך.  ← פוגע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בטבלה דמיונית מופיע כמה שקי אשפה נאספו בניקוי חוף בכל שנה. השלימו: גדל או קטן?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שנה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שקי אשפה (דמיוני)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גדל או קטן מן השנה הקודמת?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שנה א'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שנה ב'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קטן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שנה ג'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קטן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בחרו את התשובה הנכונה.</w:t>
      </w:r>
    </w:p>
    <w:p>
      <w:pPr>
        <w:bidi/>
        <w:spacing w:before="0" w:after="20"/>
      </w:pPr>
      <w:r>
        <w:rPr>
          <w:rtl/>
        </w:rPr>
        <w:t>א. מדוע אסור להאכיל בעלי חיים בר בשמורה?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כי זה פוגע בבריאותם ובהרגלים הטבעיים שלהם</w:t>
      </w:r>
    </w:p>
    <w:p>
      <w:pPr>
        <w:bidi/>
        <w:spacing w:before="0" w:after="20"/>
      </w:pPr>
      <w:r>
        <w:rPr>
          <w:rtl/>
        </w:rPr>
        <w:t>ב. מה מטרת השבילים המסומנים?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לשמור על הצמחים ועל המטיילים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השלימו לפי הטקסט «פריחה בגבעה».</w:t>
      </w:r>
    </w:p>
    <w:p>
      <w:pPr>
        <w:bidi/>
        <w:spacing w:before="0" w:after="40"/>
      </w:pPr>
      <w:r>
        <w:rPr>
          <w:rtl/>
        </w:rPr>
        <w:t>א. הגבעה מתכסה בכלניות אדומות.</w:t>
      </w:r>
    </w:p>
    <w:p>
      <w:pPr>
        <w:bidi/>
        <w:spacing w:before="0" w:after="40"/>
      </w:pPr>
      <w:r>
        <w:rPr>
          <w:rtl/>
        </w:rPr>
        <w:t>ב. פעם ילדים קטפו זרים גדולים של כלניות.</w:t>
      </w:r>
    </w:p>
    <w:p>
      <w:pPr>
        <w:bidi/>
        <w:spacing w:before="0" w:after="40"/>
      </w:pPr>
      <w:r>
        <w:rPr>
          <w:rtl/>
        </w:rPr>
        <w:t>ג. שם המבצע היה «צלמו – אל תקטפו».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הטקסט: מה קרה לכלניות אחרי שנים של קטיפה, ומה גרם להן לחזור?</w:t>
      </w:r>
    </w:p>
    <w:p>
      <w:pPr>
        <w:bidi/>
        <w:spacing w:before="0" w:after="80"/>
      </w:pPr>
      <w:r>
        <w:rPr>
          <w:color w:val="0F7A4F"/>
          <w:rtl/>
        </w:rPr>
        <w:t>תשובה אפשרית: אחרי שנים של קטיפה כמעט לא נשארו כלניות על הגבעה. הן חזרו אחרי שבית הספר פתח במבצע «צלמו – אל תקטפו»: שלטים, הסברה ותחרות צילום, והילדים הפסיקו לקטוף.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שרטטו כרזה קטנה למבצע שמירה על הטבע: ציור פשוט וסיסמה קצרה.</w:t>
      </w:r>
    </w:p>
    <w:p>
      <w:pPr>
        <w:bidi/>
        <w:spacing w:before="0" w:after="80"/>
      </w:pPr>
      <w:r>
        <w:rPr>
          <w:color w:val="0F7A4F"/>
          <w:rtl/>
        </w:rPr>
        <w:t>תשובה אפשרית: כרזה עם ציור (פרח, חוף נקי או פח מיחזור) וסיסמה קצרה וברורה, כמו «משאירים רק עקבות».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כתבו שלושה דברים שאתם יכולים לעשות בבית או בבית הספר כדי לשמור על הסביבה.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למחזר בקבוקים ונייר; לכבות את האור כשיוצאים מן החדר; לסגור את הברז בזמן צחצוח שיניים; לא להשאיר אשפה בחצר.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משפחה יצאה לפיקניק בגן לאומי והשאירה אחריה אשפה, «כי ממילא יש מי שמנקה». כתבו להם הודעה קצרה ומנומסת עם שני נימוקים מדוע לקחת את האשפה.</w:t>
      </w:r>
    </w:p>
    <w:p>
      <w:pPr>
        <w:bidi/>
        <w:spacing w:before="0" w:after="80"/>
      </w:pPr>
      <w:r>
        <w:rPr>
          <w:color w:val="0F7A4F"/>
          <w:rtl/>
        </w:rPr>
        <w:t>תשובה אפשרית: הודעה מנומסת עם שני נימוקים, למשל: אשפה מזיקה לבעלי חיים שעלולים לבלוע אותה; היא מלכלכת את הנוף למבקרים הבאים; האחריות לסביבה היא של כולנו.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29883F"/>
          <w:sz w:val="30"/>
          <w:szCs w:val="30"/>
          <w:rtl/>
        </w:rPr>
        <w:t>חזרה – מה למדנו?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המושג החסר.</w:t>
      </w:r>
    </w:p>
    <w:p>
      <w:pPr>
        <w:bidi/>
        <w:spacing w:before="0" w:after="40"/>
      </w:pPr>
      <w:r>
        <w:rPr>
          <w:rtl/>
        </w:rPr>
        <w:t>א. המסגרת שמסבירה את הסמלים במפה היא המקרא.</w:t>
      </w:r>
    </w:p>
    <w:p>
      <w:pPr>
        <w:bidi/>
        <w:spacing w:before="0" w:after="40"/>
      </w:pPr>
      <w:r>
        <w:rPr>
          <w:rtl/>
        </w:rPr>
        <w:t>ב. עמק שחוצה את הארץ ממערב למזרח הוא עמק רוחב.</w:t>
      </w:r>
    </w:p>
    <w:p>
      <w:pPr>
        <w:bidi/>
        <w:spacing w:before="0" w:after="40"/>
      </w:pPr>
      <w:r>
        <w:rPr>
          <w:rtl/>
        </w:rPr>
        <w:t>ג. נחל שזורם רק אחרי גשם הוא נחל אכזב.</w:t>
      </w:r>
    </w:p>
    <w:p>
      <w:pPr>
        <w:bidi/>
        <w:spacing w:before="0" w:after="40"/>
      </w:pPr>
      <w:r>
        <w:rPr>
          <w:rtl/>
        </w:rPr>
        <w:t>ד. מקום שבו גרים מעט אנשים על שטח גדול הוא מקום דליל.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המקום לתיאור.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ים המלח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אגם המים המתוקים הגדול בישראל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החרמון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המקום הנמוך ביותר על פני היבשה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הכנרת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עמק סגור וגדול בנגב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מכתש רמון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שלג בחורף ומקורות הירדן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ירושלים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בירת ישראל, בהרי יהודה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ממערב למזרח: מישור החוף, השפלה, אזור ההר, בקעת הירדן.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בנגב האקלים ים-תיכוני.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בנגב האקלים מדברי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מי קולחין משמשים להשקיית שדות.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מותר לקטוף כלניות בשמורת טבע.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הכלנית מוגנת, ואסור לקטוף אותה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לפי הפרק.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מפות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מים</w:t>
            </w:r>
          </w:p>
        </w:tc>
        <w:tc>
          <w:tcPr>
            <w:tcW w:type="dxa" w:w="3326"/>
            <w:shd w:val="clear" w:color="auto" w:fill="29883f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יישובים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גבול טבעי, מקרא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התפלה, מי תהום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מושב, צפיפות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מקום אחד בישראל שלמדתם עליו השנה. כתבו באיזו רצועה או באיזה אזור הוא נמצא, מה האקלים בו ומה מיוחד בו.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שמזכירה מקום אמיתי, את האזור הנכון, את אזור האקלים הנכון ותכונה מיוחדת נכונה. למשל: ים המלח – בקעת הירדן, אקלים מדברי, המקום הנמוך ביותר ביבשה.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שרטטו מפה פשוטה של ישראל וסמנו עליה: חץ צפון, הים התיכון, הכנרת, ים המלח, ירושלים ואילת. הוסיפו 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הים התיכון משמאל, הכנרת בצפון-מזרח, ים המלח במזרח מדרום לכנרת, ירושלים במרכז-מזרח בהרי יהודה, אילת בקצה הדרומי; חץ צפון ומקרא.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2F9A48"/>
        <w:left w:val="single" w:sz="18" w:space="22" w:color="2F9A48"/>
        <w:bottom w:val="single" w:sz="18" w:space="22" w:color="2F9A48"/>
        <w:right w:val="single" w:sz="18" w:space="22" w:color="2F9A48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