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rtl/>
              </w:rPr>
              <w:t>מַחְוָן לַמּוֹרֶה – חֻמַּשׁ בְּרֵאשִׁית,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7DC6F"/>
                <w:sz w:val="38"/>
                <w:szCs w:val="38"/>
                <w:rtl/>
              </w:rPr>
              <w:t>חֵלֶק א': פָּרָשׁוֹת וַיֵּרָא, חַיֵּי שָׂרָה, תּוֹלְדוֹת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F4F6F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3A5F"/>
                <w:sz w:val="36"/>
                <w:szCs w:val="36"/>
                <w:rtl/>
              </w:rPr>
              <w:t>הנחיות למורה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המחוון מראה את התשובות לכל משימה, לפי מספרי העמודים בחוברת התלמיד.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סדר העבודה בכל פרשה: קריאת הסיפור והפסוק יחד בכיתה ← משימות הבנה ← גזירה והדבקה ← שיחה על המידה הטובה ← צביעה ושאלה.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• דפי הגזירה נמצאים בסוף החוברת (עמודים </w:t>
            </w: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). מומלץ להדפיס אותם בצד אחד בלבד, או לגזור אותם מראש לתלמידים שמתקשים בגזירה.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סיפור הפרשה כתוב במילים שלנו, בשפה פשוטה ומנוקדת. הפסוקים מובאים כלשונם (ויקיטקסט, מנוקד בלי טעמים).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שאלות הציור והשאלה "מה אהבתי" הן תשובות אישיות – כל תשובה מנומקת מתקבלת.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חֲזָרָה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) וּתְעוּדָה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משימה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– פרשה ותמונה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וַיֵּרָא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הַשְּׁלִישִׁית מִלְמַעְלָה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חַיֵּי שָׂרָה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הַרִאשׁוֹנָה מִלְמַעְלָה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תּוֹלְדוֹת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הַשְּׁנִיָּה מִלְמַעְלָה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משימה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– פרשה ומידה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וַיֵּרָא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הַכְנָסַת אוֹרְחִים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חַיֵּי שָׂרָה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חֶסֶד וּנְתִינָה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תּוֹלְדוֹת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כִּבּוּד הוֹרִים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משימה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3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תשובה אישית.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תעודת הסיום: ממלאים את שם התלמיד, חתימה ותאריך.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וַיֵּרָא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מִדָּה: הַכְנָסַת אוֹרְחִים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· פסוק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0"/>
                <w:szCs w:val="30"/>
                <w:rtl/>
              </w:rPr>
              <w:t>וַיִּשָּׂא עֵינָיו וַיַּרְא וְהִנֵּה שְׁלֹשָׁה אֲנָשִׁים נִצָּבִים עָלָיו וַיַּרְא וַיָּרָץ לִקְרָאתָם מִפֶּתַח הָאֹהֶל</w:t>
            </w: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 xml:space="preserve"> (בְּרֵאשִׁית יח, ב)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· מילים – התאמה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וַיִּשָּׂא עֵינָיו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הֵרִים אֶת הָעֵינַיִם וְהִסְתַּכֵּל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נִצָּבִים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עוֹמְדִים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וַיָּרָץ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רָץ מַהֵר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לִקְרָאתָם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אֲלֵיהֶם, כְּדֵי לִפְגֹּשׁ אוֹתָם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· מילים – הקפה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וַיִּשָּׂא עֵינָיו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הֵרִים אֶת הָעֵינַיִם וְהִסְתַּכֵּל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נִצָּבִים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עוֹמְדִים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וַיָּרָץ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רָץ מַהֵר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לִקְרָאתָם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אֲלֵיהֶם, כְּדֵי לִפְגֹּשׁ אוֹתָם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– השלמה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אַבְרָהָם יָשַׁב בְּפֶתַח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הָאֹהֶל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אַבְרָהָם רָאָה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שְׁלוֹשָׁה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אֲנָשִׁים.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אַבְרָהָם הֵבִיא לָאוֹרְחִים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מַיִם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לִרְחֹץ אֶת הָרַגְלַיִם.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לְאַבְרָהָם וּלְשָׂרָה נוֹלַד בֵּן, וּשְׁמוֹ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יִצְחָק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– התאמה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אַבְרָהָם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יָשַׁב בְּפֶתַח הָאֹהֶל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הַמַּלְאָכִים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בִּשְּׂרוּ עַל לֵידַת בֵּן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יִצְחָק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נוֹלַד לְאַבְרָהָם וּלְשָׂרָה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לֶחֶם וּבָשָׂר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הָאֹכֶל שֶׁקִּבְּלוּ הָאוֹרְחִים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– נכון / לא נכון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הַיּוֹם הָיָה קַר מְאוֹד.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אַבְרָהָם רָץ לִקְרַאת הָאוֹרְחִים.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אַבְרָהָם לֹא נָתַן לָאוֹרְחִים לֶאֱכֹל.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כֻּלָּם שָׂמְחוּ כְּשֶׁנּוֹלַד יִצְחָק.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· סדר הסיפור (גוזרים מעמ'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אַבְרָהָם רוֹאֶה אוֹרְחִים בָּאִים.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הַשְּׁנִיָּה (לְמַעְלָה מִשְּׂמֹאל)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25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אַבְרָהָם מַגִּישׁ לָאוֹרְחִים אֹכֶל וּמַיִם.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הַשְּׁלִישִׁית (לְמַטָּה)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25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נוֹלַד יִצְחָק, וְכֻלָּם שְׂמֵחִים.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הָרִאשׁוֹנָה (לְמַעְלָה מִיָּמִין)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25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· מיון מעשים (גוזרים מעמ'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E8449"/>
                <w:sz w:val="30"/>
                <w:szCs w:val="30"/>
                <w:rtl/>
              </w:rPr>
              <w:t xml:space="preserve">מַעֲשֶׂה טוֹב: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מְקַבְּלִים אֶת הָאוֹרֵחַ בְּחִיּוּךְ · מַצִּיעִים לָאוֹרֵחַ כּוֹס מַיִם · מְלַוִּים אֶת הָאוֹרֵחַ עַד הַדֶּלֶת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לֹא כְּדַאי: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מְשַׂחֲקִים לְבַד וְלֹא מְשַׁתְּפִים אֶת הָאוֹרֵחַ · לֹא אוֹמְרִים שָׁלוֹם לָאוֹרֵחַ · סוֹגְרִים אֶת הַדֶּלֶת בִּפְנֵי הָאוֹרֵחַ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צִיּוּר: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תְּשׁוּבָה אִישִׁית – מְקַבְּלִים כָּל צִיּוּר שֶׁמַּתְאִים לַמִּדָּה.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· שאלה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מָה הֵבִיא אַבְרָהָם לָאוֹרְחִים? כִּתְבוּ שְׁנֵי דְּבָרִים.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מַיִם לִרְחֹץ אֶת הָרַגְלַיִם, לֶחֶם וּבָשָׂר (כָּל שְׁנַיִם מֵהֶם).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>שאלות לשיחה בכיתה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למה אברהם רץ לקראת האורחים, ולא חיכה שיבואו אליו?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איך מרגיש אורח שמקבלים אותו בשמחה?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ספרו על פעם שהייתם אורחים. מה עשו בשבילכם?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חַיֵּי שָׂרָה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16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מִדָּה: חֶסֶד וּנְתִינָה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· פסוק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0"/>
                <w:szCs w:val="30"/>
                <w:rtl/>
              </w:rPr>
              <w:t>גַּם לִגְמַלֶּיךָ אֶשְׁאָב עַד אִם־כִּלּוּ לִשְׁתֹּת</w:t>
            </w: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 xml:space="preserve"> (בְּרֵאשִׁית כד, יט)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· מילה ותמונה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בְּאֵר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הַשְּׁנִיָּה מִיָּמִין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כַּד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הָרְבִיעִית מִיָּמִין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גָּמָל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הָרִאשׁוֹנָה מִיָּמִין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מְעָרָה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הַשְּׁלִישִׁית מִיָּמִין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· מילים – השלמה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אֱלִיעֶזֶר עָמַד לְיַד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בְּאֵר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הַמַּיִם.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רִבְקָה בָּאָה עִם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כַּד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עַל הַכָּתֵף.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רִבְקָה אָמְרָה: "גַּם לַגְּמַלִּים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אֶשְׁאָב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מַיִם."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אַבְרָהָם קָבַר אֶת שָׂרָה בְּתוֹךְ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מְעָרָה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13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– השלמה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אַבְרָהָם שָׁלַח אֶת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אֱלִיעֶזֶר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לִמְצֹא אִשָּׁה לְיִצְחָק.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אֱלִיעֶזֶר לָקַח אִתּוֹ עֲשָׂרָה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גְּמַלִּים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אֱלִיעֶזֶר עָמַד לְיַד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הַבְּאֵר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וְהִתְפַּלֵּל.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רִבְקָה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שָׁאֲבָה מַיִם לַגְּמַלִּים.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13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– התאמה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אַבְרָהָם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שָׁלַח אֶת אֱלִיעֶזֶר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אֱלִיעֶזֶר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הִתְפַּלֵּל לְיַד הַבְּאֵר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רִבְקָה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נָתְנָה מַיִם לַגְּמַלִּים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יִצְחָק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יָצָא לִקְרַאת הַשַּׁיָּרָה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13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– נכון / לא נכון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אֱלִיעֶזֶר הָיָה הָעֶבֶד שֶׁל אַבְרָהָם.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רִבְקָה נָתְנָה מַיִם רַק לֶאֱלִיעֶזֶר.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אֱלִיעֶזֶר בָּא עִם עֲשָׂרָה גְּמַלִּים.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רִבְקָה לֹא רָצְתָה לַעֲזֹר.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14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· סדר הסיפור (גוזרים מעמ'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26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אֱלִיעֶזֶר מַגִּיעַ עִם הַגְּמַלִּים אֶל הַבְּאֵר.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הַשְּׁנִיָּה (לְמַעְלָה מִשְּׂמֹאל)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26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הַגְּמַלִּים שׁוֹתִים מַיִם מִן הַבְּאֵר.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הַשְּׁלִישִׁית (לְמַטָּה)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26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הַשַּׁיָּרָה חוֹזֶרֶת, וְיִצְחָק יוֹצֵא לִקְרָאתָהּ.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הָרִאשׁוֹנָה (לְמַעְלָה מִיָּמִין)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26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15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· מיון מעשים (גוזרים מעמ'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26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E8449"/>
                <w:sz w:val="30"/>
                <w:szCs w:val="30"/>
                <w:rtl/>
              </w:rPr>
              <w:t xml:space="preserve">מַעֲשֶׂה טוֹב: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נוֹתְנִים מַיִם לַכֶּלֶב הַצָּמֵא · עוֹזְרִים לְחָבֵר לְהָרִים אֶת הַתִּיק · מְשַׁתְּפִים חָבֵר בָּאֹכֶל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לֹא כְּדַאי: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צוֹחֲקִים עַל חָבֵר שֶׁנָּפַל · מַשְׁאִירִים אֶת הֶחָתוּל רָעֵב · לֹא עוֹזְרִים לְחָבֵר שֶׁמְּבַקֵּשׁ עֶזְרָה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צִיּוּר: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תְּשׁוּבָה אִישִׁית – מְקַבְּלִים כָּל צִיּוּר שֶׁמַּתְאִים לַמִּדָּה.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16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· שאלה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מָה עָשְׂתָה רִבְקָה כְּדֵי לַעֲזֹר?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נָתְנָה לֶאֱלִיעֶזֶר לִשְׁתּוֹת, וְשָׁאֲבָה מַיִם לְכָל הַגְּמַלִּים.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>שאלות לשיחה בכיתה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אליעזר ביקש מעט מים. מה רבקה עשתה מעבר לבקשה?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למה אליעזר בחר דווקא בנערה שעוזרת גם לגמלים?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איך אפשר לעשות חסד עם בעלי חיים?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תּוֹלְדוֹת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17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22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מִדָּה: כִּבּוּד הוֹרִים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17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 · פסוק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0"/>
                <w:szCs w:val="30"/>
                <w:rtl/>
              </w:rPr>
              <w:t>וַיִּגְדְּלוּ הַנְּעָרִים וַיְהִי עֵשָׂו אִישׁ יֹדֵעַ צַיִד אִישׁ שָׂדֶה וְיַעֲקֹב אִישׁ תָּם יֹשֵׁב אֹהָלִים</w:t>
            </w: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 xml:space="preserve"> (בְּרֵאשִׁית כה, כז)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18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 · תפזורת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הַמִּלִּים: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תאומים · ציד · תם · נזיד · בכורה</w:t>
            </w: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 xml:space="preserve">  (מְסֻמָּנוֹת בַּטַּבְלָה)</w:t>
            </w:r>
          </w:p>
          <w:tbl>
            <w:tblPr>
              <w:bidiVisual/>
              <w:tblW w:w="2460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51"/>
              <w:gridCol w:w="351"/>
              <w:gridCol w:w="351"/>
              <w:gridCol w:w="351"/>
              <w:gridCol w:w="351"/>
              <w:gridCol w:w="351"/>
              <w:gridCol w:w="351"/>
            </w:tblGrid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ע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ט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ל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נ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ע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ב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ז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ו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נ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ט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ז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י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כ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ג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צ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י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ד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י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ל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ו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ה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מ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ט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ס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ד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ס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ר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ב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א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ע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ק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ל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ק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ה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ס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ת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א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ו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מ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י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ם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ד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ק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ש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ת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ם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א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ד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18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 · מיון מילים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אֲנָשִׁים: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עֵשָׂו · יַעֲקֹב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אֹכֶל: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נְזִיד · עֲדָשִׁים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מְקוֹמוֹת: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שָׂדֶה · אֹהֶל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19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 – השלמה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עֵשָׂו וְיַעֲקֹב הָיוּ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תְּאוֹמִים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בִּשֵּׁל נְזִיד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עֲדָשִׁים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עֵשָׂו מָכַר לְיַעֲקֹב אֶת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הַבְּכוֹרָה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יִצְחָק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בֵּרַךְ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אֶת יַעֲקֹב.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19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 – התאמה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עֵשָׂו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אָהַב לָצוּד בַּשָּׂדֶה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יַעֲקֹב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אָהַב לָשֶׁבֶת בָּאֹהֶל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יִצְחָק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בֵּרַךְ אֶת בְּנוֹ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נְזִיד עֲדָשִׁים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מַאֲכָל אָדֹם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19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 – נכון / לא נכון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עֵשָׂו וְיַעֲקֹב הָיוּ אַחִים.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אָהַב לָצוּד בַּשָּׂדֶה.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עֵשָׂו חָזַר מִן הַשָּׂדֶה רָעֵב.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יִצְחָק לֹא בֵּרַךְ אַף אֶחָד.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 · סדר הסיפור (גוזרים מעמ'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עֵשָׂו הוֹלֵךְ לַשָּׂדֶה, וְיַעֲקֹב יוֹשֵׁב בָּאֹהֶל.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הַשְּׁנִיָּה (לְמַעְלָה מִשְּׂמֹאל)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27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עֵשָׂו הָרָעֵב מְבַקֵּשׁ נְזִיד עֲדָשִׁים.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הַשְּׁלִישִׁית (לְמַטָּה)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27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יִצְחָק מְבָרֵךְ אֶת יַעֲקֹב.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הָרִאשׁוֹנָה (לְמַעְלָה מִיָּמִין)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27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21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 · מיון מעשים (גוזרים מעמ'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E8449"/>
                <w:sz w:val="30"/>
                <w:szCs w:val="30"/>
                <w:rtl/>
              </w:rPr>
              <w:t xml:space="preserve">מַעֲשֶׂה טוֹב: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עוֹזְרִים לְאִמָּא לְסַדֵּר אֶת הַבַּיִת · מְבִיאִים לְאַבָּא כּוֹס מַיִם · קָמִים כְּשֶׁסַּבָּא נִכְנָס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לֹא כְּדַאי: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עוֹנִים לַהוֹרִים בְּחֻצְפָּה · לֹא שׁוֹמְעִים בְּקוֹל הַהוֹרִים · מַפְרִיעִים לַהוֹרִים כְּשֶׁהֵם מְדַבְּרִים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צִיּוּר: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תְּשׁוּבָה אִישִׁית – מְקַבְּלִים כָּל צִיּוּר שֶׁמַּתְאִים לַמִּדָּה.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22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 · שאלה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מָה אָהַב עֵשָׂו לַעֲשׂוֹת, וּמָה אָהַב יַעֲקֹב לַעֲשׂוֹת?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עֵשָׂו אָהַב לָצוּד בַּשָּׂדֶה; יַעֲקֹב אָהַב לָשֶׁבֶת בָּאֹהֶל וְלִלְמֹד.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>שאלות לשיחה בכיתה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במה היו עשו ויעקב שונים זה מזה?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מה אפשר ללמוד מעשו על כיבוד אב?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מה אתם עושים כדי לשמח את ההורים?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