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30" w:space="0" w:color="D4AC0D"/>
              <w:left w:val="double" w:sz="30" w:space="0" w:color="D4AC0D"/>
              <w:bottom w:val="double" w:sz="30" w:space="0" w:color="D4AC0D"/>
              <w:right w:val="double" w:sz="30" w:space="0" w:color="D4AC0D"/>
            </w:tcBorders>
            <w:shd w:val="clear" w:color="auto" w:fill="1F3A5F"/>
            <w:tcMar>
              <w:top w:w="170" w:type="dxa"/>
              <w:left w:w="226" w:type="dxa"/>
              <w:bottom w:w="170" w:type="dxa"/>
              <w:right w:w="226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88"/>
                <w:szCs w:val="88"/>
                <w:rtl/>
              </w:rPr>
              <w:t>חֻמַּשׁ בְּרֵאשִׁית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7DC6F"/>
                <w:sz w:val="44"/>
                <w:szCs w:val="44"/>
                <w:rtl/>
              </w:rPr>
              <w:t>חוֹבֶרֶת עֲבוֹדָה וּפְעִילוּת לְכִתָּה ב'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2" w:space="0" w:color="D4AC0D"/>
              <w:left w:val="single" w:sz="12" w:space="0" w:color="D4AC0D"/>
              <w:bottom w:val="single" w:sz="12" w:space="0" w:color="D4AC0D"/>
              <w:right w:val="single" w:sz="12" w:space="0" w:color="D4AC0D"/>
            </w:tcBorders>
            <w:shd w:val="clear" w:color="auto" w:fill="FFF3B0"/>
            <w:tcMar>
              <w:top w:w="68" w:type="dxa"/>
              <w:left w:w="170" w:type="dxa"/>
              <w:bottom w:w="6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52"/>
                <w:szCs w:val="52"/>
                <w:rtl/>
              </w:rPr>
              <w:t>חֵלֶק א'</w:t>
            </w:r>
            <w:r>
              <w:rPr>
                <w:rFonts w:ascii="Noto Sans Hebrew" w:hAnsi="Noto Sans Hebrew" w:cs="Noto Sans Hebrew" w:eastAsia="Noto Sans Hebrew"/>
                <w:sz w:val="40"/>
                <w:szCs w:val="40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42"/>
                <w:szCs w:val="42"/>
                <w:rtl/>
              </w:rPr>
              <w:t>פָּרָשׁוֹת וַיֵּרָא, חַיֵּי שָׂרָה, תּוֹלְדוֹת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422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yei_2_176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42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206" w:type="dxa"/>
        <w:jc w:val="center"/>
        <w:tblCellSpacing w:w="68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type="dxa" w:w="3439"/>
            <w:tcW w:w="3402" w:type="dxa"/>
            <w:tcBorders>
              <w:top w:val="single" w:sz="12" w:space="0" w:color="2E86DE"/>
              <w:left w:val="single" w:sz="12" w:space="0" w:color="2E86DE"/>
              <w:bottom w:val="single" w:sz="12" w:space="0" w:color="2E86DE"/>
              <w:right w:val="single" w:sz="12" w:space="0" w:color="2E86D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32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era_1_55_None_False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3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32"/>
                <w:szCs w:val="32"/>
                <w:rtl/>
              </w:rPr>
              <w:t>פָּרָשַׁת וַיֵּרָא</w:t>
            </w:r>
          </w:p>
        </w:tc>
        <w:tc>
          <w:tcPr>
            <w:tcW w:type="dxa" w:w="3439"/>
            <w:tcW w:w="3402" w:type="dxa"/>
            <w:tcBorders>
              <w:top w:val="single" w:sz="12" w:space="0" w:color="16A085"/>
              <w:left w:val="single" w:sz="12" w:space="0" w:color="16A085"/>
              <w:bottom w:val="single" w:sz="12" w:space="0" w:color="16A085"/>
              <w:right w:val="single" w:sz="12" w:space="0" w:color="16A085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32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yei_1_55_None_False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3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2"/>
                <w:szCs w:val="32"/>
                <w:rtl/>
              </w:rPr>
              <w:t>פָּרָשַׁת חַיֵּי שָׂרָה</w:t>
            </w:r>
          </w:p>
        </w:tc>
        <w:tc>
          <w:tcPr>
            <w:tcW w:type="dxa" w:w="3439"/>
            <w:tcW w:w="3402" w:type="dxa"/>
            <w:tcBorders>
              <w:top w:val="single" w:sz="12" w:space="0" w:color="8E44AD"/>
              <w:left w:val="single" w:sz="12" w:space="0" w:color="8E44AD"/>
              <w:bottom w:val="single" w:sz="12" w:space="0" w:color="8E44AD"/>
              <w:right w:val="single" w:sz="12" w:space="0" w:color="8E44AD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32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oldot_2_55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3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2"/>
                <w:szCs w:val="32"/>
                <w:rtl/>
              </w:rPr>
              <w:t>פָּרָשַׁת תּוֹלְדוֹת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9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8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48"/>
                <w:szCs w:val="48"/>
                <w:rtl/>
              </w:rPr>
              <w:t>הַחוֹבֶרֶת שֶׁל:</w:t>
            </w:r>
          </w:p>
          <w:tbl>
            <w:tblPr>
              <w:bidiVisual/>
              <w:tblW w:w="941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412"/>
            </w:tblGrid>
            <w:tr>
              <w:trPr>
                <w:trHeight w:val="737" w:hRule="exact"/>
                <w:cantSplit/>
              </w:trPr>
              <w:tc>
                <w:tcPr>
                  <w:tcW w:type="dxa" w:w="10318"/>
                  <w:tcW w:w="941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20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 xml:space="preserve">כִּתָּה: </w:t>
            </w:r>
            <w:r>
              <w:rPr>
                <w:rFonts w:ascii="Noto Sans Hebrew" w:hAnsi="Noto Sans Hebrew" w:cs="Noto Sans Hebrew" w:eastAsia="Noto Sans Hebrew"/>
                <w:color w:val="888888"/>
                <w:sz w:val="40"/>
                <w:szCs w:val="40"/>
                <w:rtl/>
              </w:rPr>
              <w:t>____________________________________</w:t>
            </w:r>
          </w:p>
          <w:p>
            <w:pPr>
              <w:bidi/>
              <w:spacing w:before="20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 xml:space="preserve">בֵּית הַסֵּפֶר: </w:t>
            </w:r>
            <w:r>
              <w:rPr>
                <w:rFonts w:ascii="Noto Sans Hebrew" w:hAnsi="Noto Sans Hebrew" w:cs="Noto Sans Hebrew" w:eastAsia="Noto Sans Hebrew"/>
                <w:color w:val="888888"/>
                <w:sz w:val="40"/>
                <w:szCs w:val="40"/>
                <w:rtl/>
              </w:rPr>
              <w:t>______________________________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לַפְּתִיחָה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תּוֹרָה צִוָּה־לָנוּ מֹשֶׁה מוֹרָשָׁה קְהִלַּת יַעֲקֹב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דְּבָרִים לג, ד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DejaVu Sans" w:hAnsi="DejaVu Sans" w:cs="DejaVu Sans" w:eastAsia="DejaVu Sans"/>
          <w:b/>
          <w:bCs/>
          <w:color w:val="1F3A5F"/>
          <w:sz w:val="30"/>
          <w:szCs w:val="30"/>
          <w:rtl/>
        </w:rPr>
        <w:t xml:space="preserve">➜ </w:t>
      </w:r>
      <w:r>
        <w:rPr>
          <w:rFonts w:ascii="Noto Sans Hebrew" w:hAnsi="Noto Sans Hebrew" w:cs="Noto Sans Hebrew" w:eastAsia="Noto Sans Hebrew"/>
          <w:b/>
          <w:bCs/>
          <w:color w:val="1F3A5F"/>
          <w:sz w:val="38"/>
          <w:szCs w:val="38"/>
          <w:rtl/>
        </w:rPr>
        <w:t>מַסְלוּל הַפָּרָשׁוֹת שֶׁלָּנוּ – מִוַּיֵּרָא וְעַד וַיְחִי</w:t>
      </w:r>
    </w:p>
    <w:tbl>
      <w:tblPr>
        <w:bidiVisual/>
        <w:tblW w:w="10149" w:type="dxa"/>
        <w:jc w:val="center"/>
        <w:tblCellSpacing w:w="5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474"/>
        <w:gridCol w:w="2891"/>
        <w:gridCol w:w="2891"/>
        <w:gridCol w:w="2891"/>
      </w:tblGrid>
      <w:tr>
        <w:trPr>
          <w:trHeight w:val="680" w:hRule="atLeast"/>
          <w:cantSplit/>
        </w:trPr>
        <w:tc>
          <w:tcPr>
            <w:tcW w:type="dxa" w:w="2579"/>
            <w:tcW w:w="147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>חֵלֶק א'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>פָּרָשַׁת וַיֵּרָא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>פָּרָשַׁת חַיֵּי שָׂרָה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>פָּרָשַׁת תּוֹלְדוֹת</w:t>
            </w:r>
          </w:p>
        </w:tc>
      </w:tr>
      <w:tr>
        <w:trPr>
          <w:trHeight w:val="680" w:hRule="atLeast"/>
          <w:cantSplit/>
        </w:trPr>
        <w:tc>
          <w:tcPr>
            <w:tcW w:type="dxa" w:w="2579"/>
            <w:tcW w:w="147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D5D8D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566573"/>
                <w:sz w:val="34"/>
                <w:szCs w:val="34"/>
                <w:rtl/>
              </w:rPr>
              <w:t>חֵלֶק ב'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2F3F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B7D7D"/>
                <w:sz w:val="36"/>
                <w:szCs w:val="36"/>
                <w:rtl/>
              </w:rPr>
              <w:t>פָּרָשַׁת וַיֵּצֵא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2F3F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B7D7D"/>
                <w:sz w:val="36"/>
                <w:szCs w:val="36"/>
                <w:rtl/>
              </w:rPr>
              <w:t>פָּרָשַׁת וַיִּשְׁלַח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2F3F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B7D7D"/>
                <w:sz w:val="36"/>
                <w:szCs w:val="36"/>
                <w:rtl/>
              </w:rPr>
              <w:t>פָּרָשַׁת וַיֵּשֶׁב</w:t>
            </w:r>
          </w:p>
        </w:tc>
      </w:tr>
      <w:tr>
        <w:trPr>
          <w:trHeight w:val="680" w:hRule="atLeast"/>
          <w:cantSplit/>
        </w:trPr>
        <w:tc>
          <w:tcPr>
            <w:tcW w:type="dxa" w:w="2579"/>
            <w:tcW w:w="147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D5D8D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566573"/>
                <w:sz w:val="34"/>
                <w:szCs w:val="34"/>
                <w:rtl/>
              </w:rPr>
              <w:t>חֵלֶק ג'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2F3F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B7D7D"/>
                <w:sz w:val="36"/>
                <w:szCs w:val="36"/>
                <w:rtl/>
              </w:rPr>
              <w:t>פָּרָשַׁת מִקֵּץ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2F3F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B7D7D"/>
                <w:sz w:val="36"/>
                <w:szCs w:val="36"/>
                <w:rtl/>
              </w:rPr>
              <w:t>פָּרָשַׁת וַיִּגַּשׁ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2F3F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B7D7D"/>
                <w:sz w:val="36"/>
                <w:szCs w:val="36"/>
                <w:rtl/>
              </w:rPr>
              <w:t>פָּרָשַׁת וַיְחִי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9745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yera_3_150_None_Fals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974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p>
      <w:pPr>
        <w:bidi/>
        <w:spacing w:before="0" w:after="160"/>
        <w:jc w:val="center"/>
      </w:pPr>
      <w:r>
        <w:rPr>
          <w:rFonts w:ascii="Noto Sans Hebrew" w:hAnsi="Noto Sans Hebrew" w:cs="Noto Sans Hebrew" w:eastAsia="Noto Sans Hebrew"/>
          <w:b/>
          <w:bCs/>
          <w:color w:val="1F3A5F"/>
          <w:sz w:val="60"/>
          <w:szCs w:val="60"/>
          <w:rtl/>
        </w:rPr>
        <w:t>תֹּכֶן הָעִנְיָנִים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B2631"/>
                <w:sz w:val="23"/>
                <w:szCs w:val="23"/>
                <w:rtl/>
              </w:rPr>
              <w:t xml:space="preserve">❖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4"/>
                <w:szCs w:val="34"/>
                <w:rtl/>
              </w:rPr>
              <w:t>מָבוֹא לַמּוֹרִים וְלַהוֹרִים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2"/>
                <w:szCs w:val="32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2"/>
                <w:szCs w:val="32"/>
                <w:rtl/>
              </w:rPr>
              <w:t>4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single" w:sz="6" w:space="0" w:color="2E86DE"/>
              <w:left w:val="single" w:sz="6" w:space="0" w:color="2E86DE"/>
              <w:bottom w:val="single" w:sz="6" w:space="0" w:color="2E86DE"/>
              <w:right w:val="single" w:sz="6" w:space="0" w:color="2E86DE"/>
            </w:tcBorders>
            <w:shd w:val="clear" w:color="auto" w:fill="2E86DE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2"/>
                <w:szCs w:val="42"/>
                <w:rtl/>
              </w:rPr>
              <w:t>פָּרָשַׁת וַיֵּרָא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  ·  מִדָּה טוֹבָה: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>הַכְנָסַת אוֹרְחִים</w:t>
            </w:r>
          </w:p>
        </w:tc>
        <w:tc>
          <w:tcPr>
            <w:tcW w:type="dxa" w:w="5159"/>
            <w:tcW w:w="1814" w:type="dxa"/>
            <w:tcBorders>
              <w:top w:val="single" w:sz="6" w:space="0" w:color="2E86DE"/>
              <w:left w:val="single" w:sz="6" w:space="0" w:color="2E86DE"/>
              <w:bottom w:val="single" w:sz="6" w:space="0" w:color="2E86DE"/>
              <w:right w:val="single" w:sz="6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4"/>
                <w:szCs w:val="34"/>
                <w:rtl/>
              </w:rPr>
              <w:t>5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✦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הַסִּפּוּר שֶׁלָּנוּ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5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✍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מִלִּים קָשׁוֹת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6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✎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מְבִינִים אֶת הַסִּפּוּר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7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✂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סַדְּרוּ אֶת הַסִּפּוּר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8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♥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מִדָּה טוֹבָה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9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✿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צוֹבְעִים וְחוֹשְׁבִים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10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single" w:sz="6" w:space="0" w:color="16A085"/>
              <w:left w:val="single" w:sz="6" w:space="0" w:color="16A085"/>
              <w:bottom w:val="single" w:sz="6" w:space="0" w:color="16A085"/>
              <w:right w:val="single" w:sz="6" w:space="0" w:color="16A085"/>
            </w:tcBorders>
            <w:shd w:val="clear" w:color="auto" w:fill="16A085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2"/>
                <w:szCs w:val="42"/>
                <w:rtl/>
              </w:rPr>
              <w:t>פָּרָשַׁת חַיֵּי שָׂרָה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  ·  מִדָּה טוֹבָה: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>חֶסֶד וּנְתִינָה</w:t>
            </w:r>
          </w:p>
        </w:tc>
        <w:tc>
          <w:tcPr>
            <w:tcW w:type="dxa" w:w="5159"/>
            <w:tcW w:w="1814" w:type="dxa"/>
            <w:tcBorders>
              <w:top w:val="single" w:sz="6" w:space="0" w:color="16A085"/>
              <w:left w:val="single" w:sz="6" w:space="0" w:color="16A085"/>
              <w:bottom w:val="single" w:sz="6" w:space="0" w:color="16A085"/>
              <w:right w:val="single" w:sz="6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4"/>
                <w:szCs w:val="34"/>
                <w:rtl/>
              </w:rPr>
              <w:t>11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✦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הַסִּפּוּר שֶׁלָּנוּ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11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✍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מִלִּים קָשׁוֹת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12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✎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מְבִינִים אֶת הַסִּפּוּר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13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✂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סַדְּרוּ אֶת הַסִּפּוּר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14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♥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מִדָּה טוֹבָה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15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✿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צוֹבְעִים וְחוֹשְׁבִים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16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single" w:sz="6" w:space="0" w:color="8E44AD"/>
              <w:left w:val="single" w:sz="6" w:space="0" w:color="8E44AD"/>
              <w:bottom w:val="single" w:sz="6" w:space="0" w:color="8E44AD"/>
              <w:right w:val="single" w:sz="6" w:space="0" w:color="8E44AD"/>
            </w:tcBorders>
            <w:shd w:val="clear" w:color="auto" w:fill="8E44AD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2"/>
                <w:szCs w:val="42"/>
                <w:rtl/>
              </w:rPr>
              <w:t>פָּרָשַׁת תּוֹלְדוֹת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  ·  מִדָּה טוֹבָה: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>כִּבּוּד הוֹרִים</w:t>
            </w:r>
          </w:p>
        </w:tc>
        <w:tc>
          <w:tcPr>
            <w:tcW w:type="dxa" w:w="5159"/>
            <w:tcW w:w="1814" w:type="dxa"/>
            <w:tcBorders>
              <w:top w:val="single" w:sz="6" w:space="0" w:color="8E44AD"/>
              <w:left w:val="single" w:sz="6" w:space="0" w:color="8E44AD"/>
              <w:bottom w:val="single" w:sz="6" w:space="0" w:color="8E44AD"/>
              <w:right w:val="single" w:sz="6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4"/>
                <w:szCs w:val="34"/>
                <w:rtl/>
              </w:rPr>
              <w:t>17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✦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הַסִּפּוּר שֶׁלָּנוּ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17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✍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מִלִּים קָשׁוֹת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18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✎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מְבִינִים אֶת הַסִּפּוּר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19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✂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סַדְּרוּ אֶת הַסִּפּוּר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20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♥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מִדָּה טוֹבָה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21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✿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צוֹבְעִים וְחוֹשְׁבִים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22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510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B2631"/>
                <w:sz w:val="23"/>
                <w:szCs w:val="23"/>
                <w:rtl/>
              </w:rPr>
              <w:t xml:space="preserve">↻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4"/>
                <w:szCs w:val="34"/>
                <w:rtl/>
              </w:rPr>
              <w:t>חֲזָרָה עַל פָּרָשׁוֹת חֵלֶק א'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2"/>
                <w:szCs w:val="32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2"/>
                <w:szCs w:val="32"/>
                <w:rtl/>
              </w:rPr>
              <w:t>23</w:t>
            </w:r>
          </w:p>
        </w:tc>
      </w:tr>
      <w:tr>
        <w:trPr>
          <w:trHeight w:val="510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B2631"/>
                <w:sz w:val="23"/>
                <w:szCs w:val="23"/>
                <w:rtl/>
              </w:rPr>
              <w:t xml:space="preserve">★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4"/>
                <w:szCs w:val="34"/>
                <w:rtl/>
              </w:rPr>
              <w:t>תְּעוּדַת סִיּוּם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2"/>
                <w:szCs w:val="32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2"/>
                <w:szCs w:val="32"/>
                <w:rtl/>
              </w:rPr>
              <w:t>24</w:t>
            </w:r>
          </w:p>
        </w:tc>
      </w:tr>
      <w:tr>
        <w:trPr>
          <w:trHeight w:val="510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✂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דַּף גְּזִירָה – פָּרָשַׁת וַיֵּרָא (לְעַמּוּדִים 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, 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9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)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25</w:t>
            </w:r>
          </w:p>
        </w:tc>
      </w:tr>
      <w:tr>
        <w:trPr>
          <w:trHeight w:val="510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✂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דַּף גְּזִירָה – פָּרָשַׁת חַיֵּי שָׂרָה (לְעַמּוּדִים 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14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, 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15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)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26</w:t>
            </w:r>
          </w:p>
        </w:tc>
      </w:tr>
      <w:tr>
        <w:trPr>
          <w:trHeight w:val="510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✂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דַּף גְּזִירָה – פָּרָשַׁת תּוֹלְדוֹת (לְעַמּוּדִים 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20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, 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21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)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27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p>
      <w:pPr>
        <w:bidi/>
        <w:spacing w:before="0" w:after="80"/>
        <w:jc w:val="center"/>
      </w:pPr>
      <w:r>
        <w:rPr>
          <w:rFonts w:ascii="Noto Sans Hebrew" w:hAnsi="Noto Sans Hebrew" w:cs="Noto Sans Hebrew" w:eastAsia="Noto Sans Hebrew"/>
          <w:b/>
          <w:bCs/>
          <w:color w:val="1F3A5F"/>
          <w:sz w:val="56"/>
          <w:szCs w:val="56"/>
          <w:rtl/>
        </w:rPr>
        <w:t>מָבוֹא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2" w:space="0" w:color="5D6D7E"/>
              <w:left w:val="single" w:sz="12" w:space="0" w:color="5D6D7E"/>
              <w:bottom w:val="single" w:sz="12" w:space="0" w:color="5D6D7E"/>
              <w:right w:val="single" w:sz="12" w:space="0" w:color="5D6D7E"/>
            </w:tcBorders>
            <w:shd w:val="clear" w:color="auto" w:fill="F4F6F7"/>
            <w:tcMar>
              <w:top w:w="113" w:type="dxa"/>
              <w:left w:w="198" w:type="dxa"/>
              <w:bottom w:w="113" w:type="dxa"/>
              <w:right w:w="198" w:type="dxa"/>
            </w:tcMar>
            <w:vAlign w:val="center"/>
          </w:tcPr>
          <w:p>
            <w:pPr>
              <w:bidi/>
              <w:spacing w:before="0" w:after="8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F3A5F"/>
                <w:sz w:val="30"/>
                <w:szCs w:val="30"/>
                <w:rtl/>
              </w:rPr>
              <w:t xml:space="preserve">❖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3A5F"/>
                <w:sz w:val="42"/>
                <w:szCs w:val="42"/>
                <w:rtl/>
              </w:rPr>
              <w:t>לַמּוֹרִים וְלַהוֹרִים</w:t>
            </w:r>
          </w:p>
          <w:p>
            <w:pPr>
              <w:bidi/>
              <w:spacing w:before="0" w:after="2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חוֹבֶרֶת זוֹ מְלַוָּה אֶת לִמּוּד חֻמַּשׁ בְּרֵאשִׁית בְּכִתָּה ב', מִפָּרָשַׁת וַיֵּרָא וְעַד פָּרָשַׁת וַיְחִי. הַחוֹבֶרֶת מְחֻלֶּקֶת לִשְׁלוֹשָׁה חֲלָקִים, וְזֶהוּ חֵלֶק א': פָּרָשׁוֹת וַיֵּרָא, חַיֵּי שָׂרָה וְתּוֹלְדוֹת.</w:t>
            </w:r>
          </w:p>
          <w:p>
            <w:pPr>
              <w:bidi/>
              <w:spacing w:before="0" w:after="2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אֶת סִפּוּר הַפָּרָשָׁה כָּתַבְנוּ בְּמִלִּים פְּשׁוּטוֹת, וְהַפְּסוּקִים מוּבָאִים מִן הַתּוֹרָה כִּלְשׁוֹנָם. כָּל הַחוֹבֶרֶת מְנֻקֶּדֶת, כְּדֵי שֶׁהַיְּלָדִים יוּכְלוּ לִקְרֹא בְּעַצְמָם.</w:t>
            </w:r>
          </w:p>
          <w:p>
            <w:pPr>
              <w:bidi/>
              <w:spacing w:before="0" w:after="2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בְּכָל פָּרָשָׁה לוֹמְדִים מִדָּה טוֹבָה אַחַת: הַכְנָסַת אוֹרְחִים, חֶסֶד וּנְתִינָה, כִּבּוּד הוֹרִים. כְּדַאי לְשׂוֹחֵחַ עִם הַיְּלָדִים עַל הַמִּדָּה, וּלְחַזֵּק אוֹתָהּ בַּבַּיִת וּבַכִּתָּה.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40"/>
        <w:jc w:val="both"/>
      </w:pPr>
      <w:r>
        <w:rPr>
          <w:rFonts w:ascii="DejaVu Sans" w:hAnsi="DejaVu Sans" w:cs="DejaVu Sans" w:eastAsia="DejaVu Sans"/>
          <w:b/>
          <w:bCs/>
          <w:color w:val="1F3A5F"/>
          <w:sz w:val="30"/>
          <w:szCs w:val="30"/>
          <w:rtl/>
        </w:rPr>
        <w:t xml:space="preserve">➜ </w:t>
      </w:r>
      <w:r>
        <w:rPr>
          <w:rFonts w:ascii="Noto Sans Hebrew" w:hAnsi="Noto Sans Hebrew" w:cs="Noto Sans Hebrew" w:eastAsia="Noto Sans Hebrew"/>
          <w:b/>
          <w:bCs/>
          <w:color w:val="1F3A5F"/>
          <w:sz w:val="42"/>
          <w:szCs w:val="42"/>
          <w:rtl/>
        </w:rPr>
        <w:t>אֵיךְ עוֹבְדִים בַּחוֹבֶרֶת?</w:t>
      </w:r>
    </w:p>
    <w:p>
      <w:pPr>
        <w:bidi/>
        <w:spacing w:before="0" w:after="60"/>
        <w:jc w:val="both"/>
      </w:pPr>
      <w:r>
        <w:rPr>
          <w:rFonts w:ascii="Noto Sans Hebrew" w:hAnsi="Noto Sans Hebrew" w:cs="Noto Sans Hebrew" w:eastAsia="Noto Sans Hebrew"/>
          <w:sz w:val="32"/>
          <w:szCs w:val="32"/>
          <w:rtl/>
        </w:rPr>
        <w:t>כָּל פָּרָשָׁה מַתְחִילָה בְּעַמּוּד חָדָשׁ, וְיֵשׁ בָּהּ שִׁשָּׁה עַמּוּדִים: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93"/>
        <w:gridCol w:w="3061"/>
        <w:gridCol w:w="6463"/>
      </w:tblGrid>
      <w:tr>
        <w:trPr>
          <w:trHeight w:val="453" w:hRule="atLeast"/>
          <w:cantSplit/>
        </w:trPr>
        <w:tc>
          <w:tcPr>
            <w:tcW w:type="dxa" w:w="3439"/>
            <w:tcW w:w="793" w:type="dxa"/>
            <w:tcBorders>
              <w:top w:val="single" w:sz="6" w:space="0" w:color="2E86DE"/>
              <w:left w:val="single" w:sz="6" w:space="0" w:color="2E86DE"/>
              <w:bottom w:val="single" w:sz="6" w:space="0" w:color="2E86DE"/>
              <w:right w:val="single" w:sz="6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sz w:val="34"/>
                <w:szCs w:val="34"/>
                <w:rtl/>
              </w:rPr>
              <w:t>✦</w:t>
            </w:r>
          </w:p>
        </w:tc>
        <w:tc>
          <w:tcPr>
            <w:tcW w:type="dxa" w:w="3439"/>
            <w:tcW w:w="3061" w:type="dxa"/>
            <w:tcBorders>
              <w:top w:val="single" w:sz="6" w:space="0" w:color="2E86DE"/>
              <w:left w:val="single" w:sz="6" w:space="0" w:color="2E86DE"/>
              <w:bottom w:val="single" w:sz="6" w:space="0" w:color="2E86DE"/>
              <w:right w:val="single" w:sz="6" w:space="0" w:color="2E86DE"/>
            </w:tcBorders>
            <w:shd w:val="clear" w:color="auto" w:fill="EAF3FC"/>
            <w:tcMar>
              <w:top w:w="17" w:type="dxa"/>
              <w:left w:w="85" w:type="dxa"/>
              <w:bottom w:w="17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32"/>
                <w:szCs w:val="32"/>
                <w:rtl/>
              </w:rPr>
              <w:t>הַסִּפּוּר שֶׁלָּנוּ</w:t>
            </w:r>
          </w:p>
        </w:tc>
        <w:tc>
          <w:tcPr>
            <w:tcW w:type="dxa" w:w="3439"/>
            <w:tcW w:w="6463" w:type="dxa"/>
            <w:tcBorders>
              <w:top w:val="single" w:sz="6" w:space="0" w:color="2E86DE"/>
              <w:left w:val="single" w:sz="6" w:space="0" w:color="2E86DE"/>
              <w:bottom w:val="single" w:sz="6" w:space="0" w:color="2E86DE"/>
              <w:right w:val="single" w:sz="6" w:space="0" w:color="2E86DE"/>
            </w:tcBorders>
            <w:shd w:val="clear" w:color="auto" w:fill="FFFFFF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קוֹרְאִים אֶת סִפּוּר הַפָּרָשָׁה וְאֶת הַפָּסוּק מִן הַתּוֹרָה.</w:t>
            </w:r>
          </w:p>
        </w:tc>
      </w:tr>
      <w:tr>
        <w:trPr>
          <w:trHeight w:val="453" w:hRule="atLeast"/>
          <w:cantSplit/>
        </w:trPr>
        <w:tc>
          <w:tcPr>
            <w:tcW w:type="dxa" w:w="3439"/>
            <w:tcW w:w="793" w:type="dxa"/>
            <w:tcBorders>
              <w:top w:val="single" w:sz="6" w:space="0" w:color="1F618D"/>
              <w:left w:val="single" w:sz="6" w:space="0" w:color="1F618D"/>
              <w:bottom w:val="single" w:sz="6" w:space="0" w:color="1F618D"/>
              <w:right w:val="single" w:sz="6" w:space="0" w:color="1F618D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sz w:val="34"/>
                <w:szCs w:val="34"/>
                <w:rtl/>
              </w:rPr>
              <w:t>✍</w:t>
            </w:r>
          </w:p>
        </w:tc>
        <w:tc>
          <w:tcPr>
            <w:tcW w:type="dxa" w:w="3439"/>
            <w:tcW w:w="3061" w:type="dxa"/>
            <w:tcBorders>
              <w:top w:val="single" w:sz="6" w:space="0" w:color="1F618D"/>
              <w:left w:val="single" w:sz="6" w:space="0" w:color="1F618D"/>
              <w:bottom w:val="single" w:sz="6" w:space="0" w:color="1F618D"/>
              <w:right w:val="single" w:sz="6" w:space="0" w:color="1F618D"/>
            </w:tcBorders>
            <w:shd w:val="clear" w:color="auto" w:fill="E8F0F7"/>
            <w:tcMar>
              <w:top w:w="17" w:type="dxa"/>
              <w:left w:w="85" w:type="dxa"/>
              <w:bottom w:w="17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2"/>
                <w:szCs w:val="32"/>
                <w:rtl/>
              </w:rPr>
              <w:t>מִלִּים קָשׁוֹת</w:t>
            </w:r>
          </w:p>
        </w:tc>
        <w:tc>
          <w:tcPr>
            <w:tcW w:type="dxa" w:w="3439"/>
            <w:tcW w:w="6463" w:type="dxa"/>
            <w:tcBorders>
              <w:top w:val="single" w:sz="6" w:space="0" w:color="1F618D"/>
              <w:left w:val="single" w:sz="6" w:space="0" w:color="1F618D"/>
              <w:bottom w:val="single" w:sz="6" w:space="0" w:color="1F618D"/>
              <w:right w:val="single" w:sz="6" w:space="0" w:color="1F618D"/>
            </w:tcBorders>
            <w:shd w:val="clear" w:color="auto" w:fill="FFFFFF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לוֹמְדִים מִלִּים קָשׁוֹת מִן הַפָּרָשָׁה, וּמְתַרְגְּלִים אוֹתָן בְּדֶרֶךְ אַחֶרֶת בְּכָל פָּרָשָׁה.</w:t>
            </w:r>
          </w:p>
        </w:tc>
      </w:tr>
      <w:tr>
        <w:trPr>
          <w:trHeight w:val="453" w:hRule="atLeast"/>
          <w:cantSplit/>
        </w:trPr>
        <w:tc>
          <w:tcPr>
            <w:tcW w:type="dxa" w:w="3439"/>
            <w:tcW w:w="793" w:type="dxa"/>
            <w:tcBorders>
              <w:top w:val="single" w:sz="6" w:space="0" w:color="16A085"/>
              <w:left w:val="single" w:sz="6" w:space="0" w:color="16A085"/>
              <w:bottom w:val="single" w:sz="6" w:space="0" w:color="16A085"/>
              <w:right w:val="single" w:sz="6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sz w:val="34"/>
                <w:szCs w:val="34"/>
                <w:rtl/>
              </w:rPr>
              <w:t>✎</w:t>
            </w:r>
          </w:p>
        </w:tc>
        <w:tc>
          <w:tcPr>
            <w:tcW w:type="dxa" w:w="3439"/>
            <w:tcW w:w="3061" w:type="dxa"/>
            <w:tcBorders>
              <w:top w:val="single" w:sz="6" w:space="0" w:color="16A085"/>
              <w:left w:val="single" w:sz="6" w:space="0" w:color="16A085"/>
              <w:bottom w:val="single" w:sz="6" w:space="0" w:color="16A085"/>
              <w:right w:val="single" w:sz="6" w:space="0" w:color="16A085"/>
            </w:tcBorders>
            <w:shd w:val="clear" w:color="auto" w:fill="E8F6F3"/>
            <w:tcMar>
              <w:top w:w="17" w:type="dxa"/>
              <w:left w:w="85" w:type="dxa"/>
              <w:bottom w:w="17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2"/>
                <w:szCs w:val="32"/>
                <w:rtl/>
              </w:rPr>
              <w:t>מְבִינִים אֶת הַסִּפּוּר</w:t>
            </w:r>
          </w:p>
        </w:tc>
        <w:tc>
          <w:tcPr>
            <w:tcW w:type="dxa" w:w="3439"/>
            <w:tcW w:w="6463" w:type="dxa"/>
            <w:tcBorders>
              <w:top w:val="single" w:sz="6" w:space="0" w:color="16A085"/>
              <w:left w:val="single" w:sz="6" w:space="0" w:color="16A085"/>
              <w:bottom w:val="single" w:sz="6" w:space="0" w:color="16A085"/>
              <w:right w:val="single" w:sz="6" w:space="0" w:color="16A085"/>
            </w:tcBorders>
            <w:shd w:val="clear" w:color="auto" w:fill="FFFFFF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מַשְׁלִימִים מִלִּים, מוֹתְחִים קַוִּים, וּמְסַמְּנִים נָכוֹן אוֹ לֹא נָכוֹן.</w:t>
            </w:r>
          </w:p>
        </w:tc>
      </w:tr>
      <w:tr>
        <w:trPr>
          <w:trHeight w:val="453" w:hRule="atLeast"/>
          <w:cantSplit/>
        </w:trPr>
        <w:tc>
          <w:tcPr>
            <w:tcW w:type="dxa" w:w="3439"/>
            <w:tcW w:w="793" w:type="dxa"/>
            <w:tcBorders>
              <w:top w:val="single" w:sz="6" w:space="0" w:color="E67E22"/>
              <w:left w:val="single" w:sz="6" w:space="0" w:color="E67E22"/>
              <w:bottom w:val="single" w:sz="6" w:space="0" w:color="E67E22"/>
              <w:right w:val="single" w:sz="6" w:space="0" w:color="E67E22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sz w:val="34"/>
                <w:szCs w:val="34"/>
                <w:rtl/>
              </w:rPr>
              <w:t>✂</w:t>
            </w:r>
          </w:p>
        </w:tc>
        <w:tc>
          <w:tcPr>
            <w:tcW w:type="dxa" w:w="3439"/>
            <w:tcW w:w="3061" w:type="dxa"/>
            <w:tcBorders>
              <w:top w:val="single" w:sz="6" w:space="0" w:color="E67E22"/>
              <w:left w:val="single" w:sz="6" w:space="0" w:color="E67E22"/>
              <w:bottom w:val="single" w:sz="6" w:space="0" w:color="E67E22"/>
              <w:right w:val="single" w:sz="6" w:space="0" w:color="E67E22"/>
            </w:tcBorders>
            <w:shd w:val="clear" w:color="auto" w:fill="FDF2E7"/>
            <w:tcMar>
              <w:top w:w="17" w:type="dxa"/>
              <w:left w:w="85" w:type="dxa"/>
              <w:bottom w:w="17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E67E22"/>
                <w:sz w:val="32"/>
                <w:szCs w:val="32"/>
                <w:rtl/>
              </w:rPr>
              <w:t>סַדְּרוּ אֶת הַסִּפּוּר</w:t>
            </w:r>
          </w:p>
        </w:tc>
        <w:tc>
          <w:tcPr>
            <w:tcW w:type="dxa" w:w="3439"/>
            <w:tcW w:w="6463" w:type="dxa"/>
            <w:tcBorders>
              <w:top w:val="single" w:sz="6" w:space="0" w:color="E67E22"/>
              <w:left w:val="single" w:sz="6" w:space="0" w:color="E67E22"/>
              <w:bottom w:val="single" w:sz="6" w:space="0" w:color="E67E22"/>
              <w:right w:val="single" w:sz="6" w:space="0" w:color="E67E22"/>
            </w:tcBorders>
            <w:shd w:val="clear" w:color="auto" w:fill="FFFFFF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גּוֹזְרִים תְּמוּנוֹת מִדַּף הַגְּזִירָה, וּמַדְבִּיקִים אוֹתָן לְפִי סֵדֶר הַסִּפּוּר.</w:t>
            </w:r>
          </w:p>
        </w:tc>
      </w:tr>
      <w:tr>
        <w:trPr>
          <w:trHeight w:val="453" w:hRule="atLeast"/>
          <w:cantSplit/>
        </w:trPr>
        <w:tc>
          <w:tcPr>
            <w:tcW w:type="dxa" w:w="3439"/>
            <w:tcW w:w="793" w:type="dxa"/>
            <w:tcBorders>
              <w:top w:val="single" w:sz="6" w:space="0" w:color="C0392B"/>
              <w:left w:val="single" w:sz="6" w:space="0" w:color="C0392B"/>
              <w:bottom w:val="single" w:sz="6" w:space="0" w:color="C0392B"/>
              <w:right w:val="single" w:sz="6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sz w:val="34"/>
                <w:szCs w:val="34"/>
                <w:rtl/>
              </w:rPr>
              <w:t>♥</w:t>
            </w:r>
          </w:p>
        </w:tc>
        <w:tc>
          <w:tcPr>
            <w:tcW w:type="dxa" w:w="3439"/>
            <w:tcW w:w="3061" w:type="dxa"/>
            <w:tcBorders>
              <w:top w:val="single" w:sz="6" w:space="0" w:color="C0392B"/>
              <w:left w:val="single" w:sz="6" w:space="0" w:color="C0392B"/>
              <w:bottom w:val="single" w:sz="6" w:space="0" w:color="C0392B"/>
              <w:right w:val="single" w:sz="6" w:space="0" w:color="C0392B"/>
            </w:tcBorders>
            <w:shd w:val="clear" w:color="auto" w:fill="FBEAEA"/>
            <w:tcMar>
              <w:top w:w="17" w:type="dxa"/>
              <w:left w:w="85" w:type="dxa"/>
              <w:bottom w:w="17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2"/>
                <w:szCs w:val="32"/>
                <w:rtl/>
              </w:rPr>
              <w:t>מִדָּה טוֹבָה</w:t>
            </w:r>
          </w:p>
        </w:tc>
        <w:tc>
          <w:tcPr>
            <w:tcW w:type="dxa" w:w="3439"/>
            <w:tcW w:w="6463" w:type="dxa"/>
            <w:tcBorders>
              <w:top w:val="single" w:sz="6" w:space="0" w:color="C0392B"/>
              <w:left w:val="single" w:sz="6" w:space="0" w:color="C0392B"/>
              <w:bottom w:val="single" w:sz="6" w:space="0" w:color="C0392B"/>
              <w:right w:val="single" w:sz="6" w:space="0" w:color="C0392B"/>
            </w:tcBorders>
            <w:shd w:val="clear" w:color="auto" w:fill="FFFFFF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קוֹרְאִים עַל הַמִּדָּה, מְמַיְּנִים מַעֲשִׂים וּמְצַיְּרִים.</w:t>
            </w:r>
          </w:p>
        </w:tc>
      </w:tr>
      <w:tr>
        <w:trPr>
          <w:trHeight w:val="453" w:hRule="atLeast"/>
          <w:cantSplit/>
        </w:trPr>
        <w:tc>
          <w:tcPr>
            <w:tcW w:type="dxa" w:w="3439"/>
            <w:tcW w:w="793" w:type="dxa"/>
            <w:tcBorders>
              <w:top w:val="single" w:sz="6" w:space="0" w:color="8E44AD"/>
              <w:left w:val="single" w:sz="6" w:space="0" w:color="8E44AD"/>
              <w:bottom w:val="single" w:sz="6" w:space="0" w:color="8E44AD"/>
              <w:right w:val="single" w:sz="6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sz w:val="34"/>
                <w:szCs w:val="34"/>
                <w:rtl/>
              </w:rPr>
              <w:t>✿</w:t>
            </w:r>
          </w:p>
        </w:tc>
        <w:tc>
          <w:tcPr>
            <w:tcW w:type="dxa" w:w="3439"/>
            <w:tcW w:w="3061" w:type="dxa"/>
            <w:tcBorders>
              <w:top w:val="single" w:sz="6" w:space="0" w:color="8E44AD"/>
              <w:left w:val="single" w:sz="6" w:space="0" w:color="8E44AD"/>
              <w:bottom w:val="single" w:sz="6" w:space="0" w:color="8E44AD"/>
              <w:right w:val="single" w:sz="6" w:space="0" w:color="8E44AD"/>
            </w:tcBorders>
            <w:shd w:val="clear" w:color="auto" w:fill="F4ECF7"/>
            <w:tcMar>
              <w:top w:w="17" w:type="dxa"/>
              <w:left w:w="85" w:type="dxa"/>
              <w:bottom w:w="17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2"/>
                <w:szCs w:val="32"/>
                <w:rtl/>
              </w:rPr>
              <w:t>צוֹבְעִים וְחוֹשְׁבִים</w:t>
            </w:r>
          </w:p>
        </w:tc>
        <w:tc>
          <w:tcPr>
            <w:tcW w:type="dxa" w:w="3439"/>
            <w:tcW w:w="6463" w:type="dxa"/>
            <w:tcBorders>
              <w:top w:val="single" w:sz="6" w:space="0" w:color="8E44AD"/>
              <w:left w:val="single" w:sz="6" w:space="0" w:color="8E44AD"/>
              <w:bottom w:val="single" w:sz="6" w:space="0" w:color="8E44AD"/>
              <w:right w:val="single" w:sz="6" w:space="0" w:color="8E44AD"/>
            </w:tcBorders>
            <w:shd w:val="clear" w:color="auto" w:fill="FFFFFF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צוֹבְעִים תְּמוּנָה מִן הַפָּרָשָׁה, וְעוֹנִים עַל שְׁאֵלָה.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40"/>
                <w:szCs w:val="40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40"/>
                <w:szCs w:val="40"/>
                <w:rtl/>
              </w:rPr>
              <w:t>דַּפֵּי הַגְּזִירָה</w:t>
            </w:r>
          </w:p>
          <w:p>
            <w:pPr>
              <w:bidi/>
              <w:spacing w:before="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 xml:space="preserve">דַּפֵּי הַגְּזִירָה נִמְצָאִים בְּסוֹף הַחוֹבֶרֶת, בְּעַמּוּדִים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25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–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27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. מַדְפִּיסִים אוֹתָם בְּצַד אֶחָד שֶׁל הַדַּף בִּלְבַד. בְּכָל עַמּוּד שֶׁמַּדְבִּיקִים בּוֹ כָּתוּב "גּוֹזְרִים מֵעַמּוּד", כְּדֵי שֶׁיִּהְיֶה קַל לִמְצֹא אֶת הַחֲלָקִים.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2" w:space="0" w:color="27AE60"/>
              <w:left w:val="single" w:sz="12" w:space="0" w:color="27AE60"/>
              <w:bottom w:val="single" w:sz="12" w:space="0" w:color="27AE60"/>
              <w:right w:val="single" w:sz="12" w:space="0" w:color="27AE60"/>
            </w:tcBorders>
            <w:shd w:val="clear" w:color="auto" w:fill="E9F7E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 w:line="252" w:lineRule="auto"/>
              <w:jc w:val="both"/>
            </w:pPr>
            <w:r>
              <w:rPr>
                <w:rFonts w:ascii="DejaVu Sans" w:hAnsi="DejaVu Sans" w:cs="DejaVu Sans" w:eastAsia="DejaVu Sans"/>
                <w:sz w:val="28"/>
                <w:szCs w:val="28"/>
                <w:rtl/>
              </w:rPr>
              <w:t xml:space="preserve">✔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לַמּוֹרֶה: מַחְוָן עִם כָּל הַתְּשׁוּבוֹת וְהַצָּעוֹת לְשִׂיחָה בַּכִּתָּה נִמְצָא בְּקֹבֶץ נִפְרָד – "מַחְוָן חֵלֶק א'".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36"/>
                <w:szCs w:val="36"/>
                <w:rtl/>
              </w:rPr>
              <w:t>בְּהַצְלָחָה וְלִמּוּד מְהַנֶּה!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96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6"/>
                <w:szCs w:val="56"/>
                <w:rtl/>
              </w:rPr>
              <w:t>פָּרָשַׁת וַיֵּרָא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24000" cy="3216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yera_1_134_None_Fals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24000" cy="32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2E86DE"/>
                <w:sz w:val="30"/>
                <w:szCs w:val="30"/>
                <w:rtl/>
              </w:rPr>
              <w:t xml:space="preserve">✦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38"/>
                <w:szCs w:val="38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אַבְרָהָם אָבִינוּ יָשַׁב בְּפֶתַח הָאֹהֶל בְּיוֹם חַם מְאוֹד.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הוּא חִכָּה לְאוֹרְחִים, כִּי אָהַב לַעֲזֹר לַאֲחֵרִים.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פִּתְאוֹם רָאָה אַבְרָהָם שְׁלוֹשָׁה אֲנָשִׁים בָּאִים מֵרָחוֹק.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אַבְרָהָם רָץ לִקְרָאתָם וְהִזְמִין אוֹתָם לָנוּחַ בְּצֵל הָעֵץ.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הוּא הֵבִיא לָהֶם מַיִם לִרְחֹץ אֶת הָרַגְלַיִם, לֶחֶם טָרִי וּבָשָׂר טָעִים.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הָאוֹרְחִים הָיוּ מַלְאָכִים, וְהֵם בִּשְּׂרוּ לְאַבְרָהָם: "בְּעוֹד שָׁנָה יִוָּלֵד לְשָׂרָה בֵּן!"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וְכָךְ הָיָה: נוֹלַד יִצְחָק, וְכֻלָּם שָׂמְחוּ מְאוֹד.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אַבְרָהָם עָרַךְ סְעוּדָה גְּדוֹלָה לִכְבוֹד יִצְחָק.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מִן הַפָּרָשָׁה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וַיִּשָּׂא עֵינָיו וַיַּרְא וְהִנֵּה שְׁלֹשָׁה אֲנָשִׁים נִצָּבִים עָלָיו וַיַּרְא וַיָּרָץ לִקְרָאתָם מִפֶּתַח הָאֹהֶל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(בְּרֵאשִׁית יח, ב)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✍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וַיֵּרָא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מִלִּים קָשׁוֹת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1F618D"/>
              <w:left w:val="single" w:sz="18" w:space="0" w:color="1F618D"/>
              <w:bottom w:val="single" w:sz="18" w:space="0" w:color="1F618D"/>
              <w:right w:val="single" w:sz="18" w:space="0" w:color="1F618D"/>
            </w:tcBorders>
            <w:shd w:val="clear" w:color="auto" w:fill="EEF6FF"/>
            <w:tcMar>
              <w:top w:w="56" w:type="dxa"/>
              <w:left w:w="113" w:type="dxa"/>
              <w:bottom w:w="56" w:type="dxa"/>
              <w:right w:w="113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F618D"/>
                <w:sz w:val="27"/>
                <w:szCs w:val="27"/>
                <w:rtl/>
              </w:rPr>
              <w:t xml:space="preserve">✍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מִלִּים קָשׁוֹת – מָה הֵן אוֹמְרוֹת?</w:t>
            </w:r>
          </w:p>
          <w:tbl>
            <w:tblPr>
              <w:bidiVisual/>
              <w:tblW w:w="9695" w:type="dxa"/>
              <w:jc w:val="center"/>
              <w:tblCellSpacing w:w="17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71"/>
              <w:gridCol w:w="2976"/>
              <w:gridCol w:w="1871"/>
              <w:gridCol w:w="2976"/>
            </w:tblGrid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2E86DE"/>
                    <w:left w:val="single" w:sz="6" w:space="0" w:color="2E86DE"/>
                    <w:bottom w:val="single" w:sz="6" w:space="0" w:color="2E86DE"/>
                    <w:right w:val="single" w:sz="6" w:space="0" w:color="2E86DE"/>
                  </w:tcBorders>
                  <w:shd w:val="clear" w:color="auto" w:fill="2E86DE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וַיִּשָּׂא עֵינָיו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הֵרִים אֶת הָעֵינַיִם וְהִסְתַּכֵּל</w:t>
                  </w:r>
                </w:p>
              </w:tc>
              <w:tc>
                <w:tcPr>
                  <w:tcW w:type="dxa" w:w="2579"/>
                  <w:tcW w:w="1871" w:type="dxa"/>
                  <w:tcBorders>
                    <w:top w:val="single" w:sz="6" w:space="0" w:color="2E86DE"/>
                    <w:left w:val="single" w:sz="6" w:space="0" w:color="2E86DE"/>
                    <w:bottom w:val="single" w:sz="6" w:space="0" w:color="2E86DE"/>
                    <w:right w:val="single" w:sz="6" w:space="0" w:color="2E86DE"/>
                  </w:tcBorders>
                  <w:shd w:val="clear" w:color="auto" w:fill="2E86DE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נִצָּבִים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עוֹמְדִים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2E86DE"/>
                    <w:left w:val="single" w:sz="6" w:space="0" w:color="2E86DE"/>
                    <w:bottom w:val="single" w:sz="6" w:space="0" w:color="2E86DE"/>
                    <w:right w:val="single" w:sz="6" w:space="0" w:color="2E86DE"/>
                  </w:tcBorders>
                  <w:shd w:val="clear" w:color="auto" w:fill="2E86DE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וַיָּרָץ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רָץ מַהֵר</w:t>
                  </w:r>
                </w:p>
              </w:tc>
              <w:tc>
                <w:tcPr>
                  <w:tcW w:type="dxa" w:w="2579"/>
                  <w:tcW w:w="1871" w:type="dxa"/>
                  <w:tcBorders>
                    <w:top w:val="single" w:sz="6" w:space="0" w:color="2E86DE"/>
                    <w:left w:val="single" w:sz="6" w:space="0" w:color="2E86DE"/>
                    <w:bottom w:val="single" w:sz="6" w:space="0" w:color="2E86DE"/>
                    <w:right w:val="single" w:sz="6" w:space="0" w:color="2E86DE"/>
                  </w:tcBorders>
                  <w:shd w:val="clear" w:color="auto" w:fill="2E86DE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לִקְרָאתָם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אֲלֵיהֶם, כְּדֵי לִפְגֹּשׁ אוֹתָם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2E86DE"/>
                    <w:left w:val="single" w:sz="6" w:space="0" w:color="2E86DE"/>
                    <w:bottom w:val="single" w:sz="6" w:space="0" w:color="2E86DE"/>
                    <w:right w:val="single" w:sz="6" w:space="0" w:color="2E86DE"/>
                  </w:tcBorders>
                  <w:shd w:val="clear" w:color="auto" w:fill="2E86DE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מִפֶּתַח הָאֹהֶל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מִן הַכְּנִיסָה שֶׁל הָאֹהֶל</w:t>
                  </w:r>
                </w:p>
              </w:tc>
              <w:tc>
                <w:tcPr>
                  <w:tcW w:type="dxa" w:w="2579"/>
                  <w:tcW w:w="1871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976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מַתְאִימִים מִלָּה וּפֵרוּשׁ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מִכָּל מִלָּה אֶל הַפֵּרוּשׁ שֶׁלָּהּ.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608"/>
              <w:gridCol w:w="510"/>
              <w:gridCol w:w="907"/>
              <w:gridCol w:w="510"/>
              <w:gridCol w:w="5273"/>
            </w:tblGrid>
            <w:tr>
              <w:trPr>
                <w:trHeight w:val="680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וַיִּשָּׂא עֵינָיו</w:t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90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27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רָץ מַהֵר</w:t>
                  </w:r>
                </w:p>
              </w:tc>
            </w:tr>
            <w:tr>
              <w:trPr>
                <w:trHeight w:val="680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נִצָּבִים</w:t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90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27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הֵרִים אֶת הָעֵינַיִם וְהִסְתַּכֵּל</w:t>
                  </w:r>
                </w:p>
              </w:tc>
            </w:tr>
            <w:tr>
              <w:trPr>
                <w:trHeight w:val="680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וַיָּרָץ</w:t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90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27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אֲלֵיהֶם, כְּדֵי לִפְגֹּשׁ אוֹתָם</w:t>
                  </w:r>
                </w:p>
              </w:tc>
            </w:tr>
            <w:tr>
              <w:trPr>
                <w:trHeight w:val="680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לִקְרָאתָם</w:t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90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27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עוֹמְדִים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מָה פֵּרוּשׁ הַמִּלָּה?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הַקִּיפוּ אֶת הַפֵּרוּשׁ הַנָּכוֹן לְכָל מִלָּה.</w:t>
            </w:r>
          </w:p>
          <w:tbl>
            <w:tblPr>
              <w:bidiVisual/>
              <w:tblW w:w="9695" w:type="dxa"/>
              <w:jc w:val="center"/>
              <w:tblCellSpacing w:w="34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551"/>
              <w:gridCol w:w="2551"/>
              <w:gridCol w:w="2551"/>
            </w:tblGrid>
            <w:tr>
              <w:trPr>
                <w:trHeight w:val="708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6" w:space="0" w:color="2E86DE"/>
                    <w:left w:val="single" w:sz="6" w:space="0" w:color="2E86DE"/>
                    <w:bottom w:val="single" w:sz="6" w:space="0" w:color="2E86DE"/>
                    <w:right w:val="single" w:sz="6" w:space="0" w:color="2E86DE"/>
                  </w:tcBorders>
                  <w:shd w:val="clear" w:color="auto" w:fill="2E86DE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וַיִּשָּׂא עֵינָיו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מִן הַכְּנִיסָה שֶׁל הָאֹהֶל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הֵרִים אֶת הָעֵינַיִם וְהִסְתַּכֵּל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רָץ מַהֵר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6" w:space="0" w:color="2E86DE"/>
                    <w:left w:val="single" w:sz="6" w:space="0" w:color="2E86DE"/>
                    <w:bottom w:val="single" w:sz="6" w:space="0" w:color="2E86DE"/>
                    <w:right w:val="single" w:sz="6" w:space="0" w:color="2E86DE"/>
                  </w:tcBorders>
                  <w:shd w:val="clear" w:color="auto" w:fill="2E86DE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נִצָּבִים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עוֹמְדִים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הֵרִים אֶת הָעֵינַיִם וְהִסְתַּכֵּל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רָץ מַהֵר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6" w:space="0" w:color="2E86DE"/>
                    <w:left w:val="single" w:sz="6" w:space="0" w:color="2E86DE"/>
                    <w:bottom w:val="single" w:sz="6" w:space="0" w:color="2E86DE"/>
                    <w:right w:val="single" w:sz="6" w:space="0" w:color="2E86DE"/>
                  </w:tcBorders>
                  <w:shd w:val="clear" w:color="auto" w:fill="2E86DE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וַיָּרָץ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הֵרִים אֶת הָעֵינַיִם וְהִסְתַּכֵּל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אֲלֵיהֶם, כְּדֵי לִפְגֹּשׁ אוֹתָם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רָץ מַהֵר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6" w:space="0" w:color="2E86DE"/>
                    <w:left w:val="single" w:sz="6" w:space="0" w:color="2E86DE"/>
                    <w:bottom w:val="single" w:sz="6" w:space="0" w:color="2E86DE"/>
                    <w:right w:val="single" w:sz="6" w:space="0" w:color="2E86DE"/>
                  </w:tcBorders>
                  <w:shd w:val="clear" w:color="auto" w:fill="2E86DE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לִקְרָאתָם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רָץ מַהֵר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אֲלֵיהֶם, כְּדֵי לִפְגֹּשׁ אוֹתָם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הֵרִים אֶת הָעֵינַיִם וְהִסְתַּכֵּל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✎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וַיֵּרָא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מְבִינִים אֶת הַסִּפּוּר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מִלָּה מִמַּחְסַן הַמִּלִּים, וְכִתְבוּ אוֹתָהּ בַּמָּקוֹם הַמַּתְאִים.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הָאֹהֶל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שְׁלוֹשָׁה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מַיִם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יִצְחָק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אַבְרָהָם יָשַׁב בְּפֶתַח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אַבְרָהָם רָאָה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אֲנָשִׁים.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אַבְרָהָם הֵבִיא לָאוֹרְחִים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לִרְחֹץ אֶת הָרַגְלַיִם.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לְאַבְרָהָם וּלְשָׂרָה נוֹלַד בֵּן, וּשְׁמוֹ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מַתְאִימִים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בֵּין הַמִּשְׁבָּצוֹת הַמַּתְאִימוֹת.</w:t>
            </w:r>
          </w:p>
          <w:tbl>
            <w:tblPr>
              <w:bidiVisual/>
              <w:tblW w:w="1031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567"/>
              <w:gridCol w:w="1247"/>
              <w:gridCol w:w="567"/>
              <w:gridCol w:w="4762"/>
            </w:tblGrid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אַבְרָהָם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נוֹלַד לְאַבְרָהָם וּלְשָׂרָה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הַמַּלְאָכִים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יָשַׁב בְּפֶתַח הָאֹהֶל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יִצְחָק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הָאֹכֶל שֶׁקִּבְּלוּ הָאוֹרְחִים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לֶחֶם וּבָשָׂר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בִּשְּׂרוּ עַל לֵידַת בֵּן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הַיּוֹם הָיָה קַר מְאוֹד.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אַבְרָהָם רָץ לִקְרַאת הָאוֹרְחִים.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אַבְרָהָם לֹא נָתַן לָאוֹרְחִים לֶאֱכֹל.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כֻּלָּם שָׂמְחוּ כְּשֶׁנּוֹלַד יִצְחָק.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וַיֵּרָא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סַדְּרוּ אֶת הַסִּפּוּר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קִרְאוּ כָּל מִשְׁפָּט, וְהַדְבִּיקוּ לְיָדוֹ אֶת הַתְּמוּנָה הַמַּתְאִימָה.</w:t>
            </w:r>
          </w:p>
          <w:tbl>
            <w:tblPr>
              <w:bidiVisual/>
              <w:tblW w:w="396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3969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25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CellSpacing w:w="34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5443"/>
      </w:tblGrid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2E86DE"/>
              <w:left w:val="single" w:sz="10" w:space="0" w:color="2E86DE"/>
              <w:bottom w:val="single" w:sz="10" w:space="0" w:color="2E86DE"/>
              <w:right w:val="single" w:sz="10" w:space="0" w:color="2E86DE"/>
            </w:tcBorders>
            <w:shd w:val="clear" w:color="auto" w:fill="EAF3FC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2E86DE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2E86DE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2E86DE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אַבְרָהָם רוֹאֶה אוֹרְחִים בָּאִים.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2E86DE"/>
              <w:left w:val="single" w:sz="10" w:space="0" w:color="2E86DE"/>
              <w:bottom w:val="single" w:sz="10" w:space="0" w:color="2E86DE"/>
              <w:right w:val="single" w:sz="10" w:space="0" w:color="2E86DE"/>
            </w:tcBorders>
            <w:shd w:val="clear" w:color="auto" w:fill="EAF3FC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2E86DE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2E86DE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2E86DE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אַבְרָהָם מַגִּישׁ לָאוֹרְחִים אֹכֶל וּמַיִם.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2E86DE"/>
              <w:left w:val="single" w:sz="10" w:space="0" w:color="2E86DE"/>
              <w:bottom w:val="single" w:sz="10" w:space="0" w:color="2E86DE"/>
              <w:right w:val="single" w:sz="10" w:space="0" w:color="2E86DE"/>
            </w:tcBorders>
            <w:shd w:val="clear" w:color="auto" w:fill="EAF3FC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2E86DE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2E86DE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2E86DE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נוֹלַד יִצְחָק, וְכֻלָּם שְׂמֵחִים.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ejaVu Sans" w:hAnsi="DejaVu Sans" w:cs="DejaVu Sans" w:eastAsia="DejaVu Sans"/>
          <w:b/>
          <w:bCs/>
          <w:color w:val="2E86DE"/>
          <w:sz w:val="28"/>
          <w:szCs w:val="28"/>
          <w:rtl/>
        </w:rPr>
        <w:t xml:space="preserve">☺ </w:t>
      </w:r>
      <w:r>
        <w:rPr>
          <w:rFonts w:ascii="Noto Sans Hebrew" w:hAnsi="Noto Sans Hebrew" w:cs="Noto Sans Hebrew" w:eastAsia="Noto Sans Hebrew"/>
          <w:b/>
          <w:bCs/>
          <w:color w:val="2E86DE"/>
          <w:sz w:val="36"/>
          <w:szCs w:val="36"/>
          <w:rtl/>
        </w:rPr>
        <w:t>סַפְּרוּ לְחָבֵר אוֹ לַהוֹרִים אֶת הַסִּפּוּר לְפִי הַתְּמוּנוֹת.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♥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וַיֵּרָא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מִדָּה טוֹבָה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701"/>
        <w:gridCol w:w="8618"/>
      </w:tblGrid>
      <w:tr>
        <w:trPr>
          <w:cantSplit/>
        </w:trPr>
        <w:tc>
          <w:tcPr>
            <w:tcW w:type="dxa" w:w="5159"/>
            <w:tcW w:w="1701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23_None_Fals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618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tcMar>
              <w:top w:w="85" w:type="dxa"/>
              <w:left w:w="141" w:type="dxa"/>
              <w:bottom w:w="85" w:type="dxa"/>
              <w:right w:w="141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42"/>
                <w:szCs w:val="42"/>
                <w:rtl/>
              </w:rPr>
              <w:t xml:space="preserve">פִּנַּת הַמִּדָּה: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42"/>
                <w:szCs w:val="42"/>
                <w:rtl/>
              </w:rPr>
              <w:t>הַכְנָסַת אוֹרְחִים</w:t>
            </w:r>
          </w:p>
          <w:p>
            <w:pPr>
              <w:bidi/>
              <w:spacing w:before="0" w:after="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אַבְרָהָם אָבִינוּ אָהַב אוֹרְחִים. הוּא רָץ לִקְרָאתָם, דָּאַג שֶׁיִּהְיֶה לָהֶם נוֹחַ וְנָתַן לָהֶם אֹכֶל טוֹב. גַּם אֲנַחְנוּ יְכוֹלִים לְקַבֵּל אוֹרְחִים בְּשִׂמְחָה וּבְסֵבֶר פָּנִים יָפוֹת.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מְמַיְּנִים מַעֲשִׂים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הַדְבִּיקוּ כָּל כַּרְטִיס בַּטּוּר הַמַּתְאִים לוֹ.</w:t>
            </w:r>
          </w:p>
          <w:tbl>
            <w:tblPr>
              <w:bidiVisual/>
              <w:tblW w:w="396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3969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25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752" w:type="dxa"/>
              <w:jc w:val="center"/>
              <w:tblCellSpacing w:w="4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76"/>
              <w:gridCol w:w="4876"/>
            </w:tblGrid>
            <w:tr>
              <w:trPr>
                <w:trHeight w:val="538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single" w:sz="6" w:space="0" w:color="27AE60"/>
                    <w:left w:val="single" w:sz="6" w:space="0" w:color="27AE60"/>
                    <w:bottom w:val="single" w:sz="6" w:space="0" w:color="27AE60"/>
                    <w:right w:val="single" w:sz="6" w:space="0" w:color="27AE60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FFFFFF"/>
                      <w:sz w:val="27"/>
                      <w:szCs w:val="27"/>
                      <w:rtl/>
                    </w:rPr>
                    <w:t xml:space="preserve">😊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מַעֲשֶׂה טוֹב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single" w:sz="6" w:space="0" w:color="C0392B"/>
                    <w:left w:val="single" w:sz="6" w:space="0" w:color="C0392B"/>
                    <w:bottom w:val="single" w:sz="6" w:space="0" w:color="C0392B"/>
                    <w:right w:val="single" w:sz="6" w:space="0" w:color="C0392B"/>
                  </w:tcBorders>
                  <w:shd w:val="clear" w:color="auto" w:fill="C0392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FFFFFF"/>
                      <w:sz w:val="27"/>
                      <w:szCs w:val="27"/>
                      <w:rtl/>
                    </w:rPr>
                    <w:t xml:space="preserve">😟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לֹא כְּדַאי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צַיְּרוּ אֵיךְ אַתֶּם מְקַבְּלִים אוֹרֵחַ בַּבַּיִת שֶׁלָּכֶם.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865"/>
            </w:tblGrid>
            <w:tr>
              <w:trPr>
                <w:trHeight w:val="2608" w:hRule="exact"/>
                <w:cantSplit/>
              </w:trPr>
              <w:tc>
                <w:tcPr>
                  <w:tcW w:type="dxa" w:w="10318"/>
                  <w:tcW w:w="9865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✿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וַיֵּרָא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צוֹבְעִים וְחוֹשְׁבִים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DejaVu Sans" w:hAnsi="DejaVu Sans" w:cs="DejaVu Sans" w:eastAsia="DejaVu Sans"/>
          <w:b/>
          <w:bCs/>
          <w:color w:val="2E86DE"/>
          <w:sz w:val="30"/>
          <w:szCs w:val="30"/>
          <w:rtl/>
        </w:rPr>
        <w:t xml:space="preserve">✿ </w:t>
      </w:r>
      <w:r>
        <w:rPr>
          <w:rFonts w:ascii="Noto Sans Hebrew" w:hAnsi="Noto Sans Hebrew" w:cs="Noto Sans Hebrew" w:eastAsia="Noto Sans Hebrew"/>
          <w:b/>
          <w:bCs/>
          <w:color w:val="2E86DE"/>
          <w:sz w:val="40"/>
          <w:szCs w:val="40"/>
          <w:rtl/>
        </w:rPr>
        <w:t>צַבְּעוּ אֶת הַתְּמוּנָה: אַבְרָהָם רָץ לִקְרַאת הָאוֹרְחִים.</w:t>
      </w:r>
    </w:p>
    <w:tbl>
      <w:tblPr>
        <w:bidiVisual/>
        <w:tblW w:w="759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597"/>
      </w:tblGrid>
      <w:tr>
        <w:trPr>
          <w:cantSplit/>
        </w:trPr>
        <w:tc>
          <w:tcPr>
            <w:tcW w:type="dxa" w:w="10318"/>
            <w:tcW w:w="7597" w:type="dxa"/>
            <w:tcBorders>
              <w:top w:val="single" w:sz="12" w:space="0" w:color="2E86DE"/>
              <w:left w:val="single" w:sz="12" w:space="0" w:color="2E86DE"/>
              <w:bottom w:val="single" w:sz="12" w:space="0" w:color="2E86DE"/>
              <w:right w:val="single" w:sz="12" w:space="0" w:color="2E86DE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36000" cy="5544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era_c_126_None_False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6000" cy="55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מָה הֵבִיא אַבְרָהָם לָאוֹרְחִים? כִּתְבוּ שְׁנֵי דְּבָרִים.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515"/>
        <w:gridCol w:w="2268"/>
        <w:gridCol w:w="2268"/>
        <w:gridCol w:w="2268"/>
      </w:tblGrid>
      <w:tr>
        <w:trPr>
          <w:trHeight w:val="793" w:hRule="atLeast"/>
          <w:cantSplit/>
        </w:trPr>
        <w:tc>
          <w:tcPr>
            <w:tcW w:type="dxa" w:w="2579"/>
            <w:tcW w:w="351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4F6F7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>אֵיךְ הִצְלַחְתִּי? סַמְּנוּ: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9_None_Fals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מְצֻיָּן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9_None_Fals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טוֹב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9_None_Fals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קָשֶׁה לִי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96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6"/>
                <w:szCs w:val="56"/>
                <w:rtl/>
              </w:rPr>
              <w:t>פָּרָשַׁת חַיֵּי שָׂרָה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24000" cy="3216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yei_1_134_None_Fals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24000" cy="32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6A085"/>
                <w:sz w:val="30"/>
                <w:szCs w:val="30"/>
                <w:rtl/>
              </w:rPr>
              <w:t xml:space="preserve">✦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8"/>
                <w:szCs w:val="38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שָׂרָה אִמֵּנוּ נִפְטְרָה, וְאַבְרָהָם קָבַר אוֹתָהּ בִּמְעָרַת הַמַּכְפֵּלָה.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אַבְרָהָם רָצָה לִמְצֹא אִשָּׁה טוֹבָה לִבְנוֹ יִצְחָק.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הוּא שָׁלַח אֶת עַבְדּוֹ הַנֶּאֱמָן, אֱלִיעֶזֶר, לְאֶרֶץ רְחוֹקָה.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אֱלִיעֶזֶר יָצָא לַדֶּרֶךְ עִם עֲשָׂרָה גְּמַלִּים וּמַתָּנוֹת רַבּוֹת.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בָּעֶרֶב הִגִּיעַ אֱלִיעֶזֶר אֶל בְּאֵר הַמַּיִם, וְהִתְפַּלֵּל שֶׁיַּצְלִיחַ בַּדֶּרֶךְ.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רִבְקָה בָּאָה לַבְּאֵר עִם כַּד. הִיא נָתְנָה לֶאֱלִיעֶזֶר לִשְׁתּוֹת, וְגַם שָׁאֲבָה מַיִם לְכָל הַגְּמַלִּים.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אֱלִיעֶזֶר הֵבִין שֶׁרִבְקָה טוֹבַת לֵב, וְשֶׁהִיא תִּהְיֶה הָאִשָּׁה שֶׁל יִצְחָק.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רִבְקָה בָּאָה עִם אֱלִיעֶזֶר אֶל אֶרֶץ כְּנַעַן, וְיִצְחָק יָצָא לִקְרָאתָם.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מִן הַפָּרָשָׁה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גַּם לִגְמַלֶּיךָ אֶשְׁאָב עַד אִם־כִּלּוּ לִשְׁתֹּת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(בְּרֵאשִׁית כד, יט)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✍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חַיֵּי שָׂרָה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מִלִּים קָשׁוֹת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1F618D"/>
              <w:left w:val="single" w:sz="18" w:space="0" w:color="1F618D"/>
              <w:bottom w:val="single" w:sz="18" w:space="0" w:color="1F618D"/>
              <w:right w:val="single" w:sz="18" w:space="0" w:color="1F618D"/>
            </w:tcBorders>
            <w:shd w:val="clear" w:color="auto" w:fill="EEF6FF"/>
            <w:tcMar>
              <w:top w:w="56" w:type="dxa"/>
              <w:left w:w="113" w:type="dxa"/>
              <w:bottom w:w="56" w:type="dxa"/>
              <w:right w:w="113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F618D"/>
                <w:sz w:val="27"/>
                <w:szCs w:val="27"/>
                <w:rtl/>
              </w:rPr>
              <w:t xml:space="preserve">✍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מִלִּים קָשׁוֹת – מָה הֵן אוֹמְרוֹת?</w:t>
            </w:r>
          </w:p>
          <w:tbl>
            <w:tblPr>
              <w:bidiVisual/>
              <w:tblW w:w="9695" w:type="dxa"/>
              <w:jc w:val="center"/>
              <w:tblCellSpacing w:w="17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71"/>
              <w:gridCol w:w="2976"/>
              <w:gridCol w:w="1871"/>
              <w:gridCol w:w="2976"/>
            </w:tblGrid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16A085"/>
                    <w:left w:val="single" w:sz="6" w:space="0" w:color="16A085"/>
                    <w:bottom w:val="single" w:sz="6" w:space="0" w:color="16A085"/>
                    <w:right w:val="single" w:sz="6" w:space="0" w:color="16A085"/>
                  </w:tcBorders>
                  <w:shd w:val="clear" w:color="auto" w:fill="16A085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אֶשְׁאָב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אוֹצִיא מַיִם מִן הַבְּאֵר</w:t>
                  </w:r>
                </w:p>
              </w:tc>
              <w:tc>
                <w:tcPr>
                  <w:tcW w:type="dxa" w:w="2579"/>
                  <w:tcW w:w="1871" w:type="dxa"/>
                  <w:tcBorders>
                    <w:top w:val="single" w:sz="6" w:space="0" w:color="16A085"/>
                    <w:left w:val="single" w:sz="6" w:space="0" w:color="16A085"/>
                    <w:bottom w:val="single" w:sz="6" w:space="0" w:color="16A085"/>
                    <w:right w:val="single" w:sz="6" w:space="0" w:color="16A085"/>
                  </w:tcBorders>
                  <w:shd w:val="clear" w:color="auto" w:fill="16A085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בְּאֵר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בּוֹר עָמֹק שֶׁיֵּשׁ בּוֹ מַיִם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16A085"/>
                    <w:left w:val="single" w:sz="6" w:space="0" w:color="16A085"/>
                    <w:bottom w:val="single" w:sz="6" w:space="0" w:color="16A085"/>
                    <w:right w:val="single" w:sz="6" w:space="0" w:color="16A085"/>
                  </w:tcBorders>
                  <w:shd w:val="clear" w:color="auto" w:fill="16A085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כַּד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כְּלִי מֵחֶרֶס שֶׁשָּׂמִים בּוֹ מַיִם</w:t>
                  </w:r>
                </w:p>
              </w:tc>
              <w:tc>
                <w:tcPr>
                  <w:tcW w:type="dxa" w:w="2579"/>
                  <w:tcW w:w="1871" w:type="dxa"/>
                  <w:tcBorders>
                    <w:top w:val="single" w:sz="6" w:space="0" w:color="16A085"/>
                    <w:left w:val="single" w:sz="6" w:space="0" w:color="16A085"/>
                    <w:bottom w:val="single" w:sz="6" w:space="0" w:color="16A085"/>
                    <w:right w:val="single" w:sz="6" w:space="0" w:color="16A085"/>
                  </w:tcBorders>
                  <w:shd w:val="clear" w:color="auto" w:fill="16A085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גָּמָל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בַּעַל חַיִּים גָּדוֹל עִם דַּבֶּשֶׁת, שֶׁהוֹלֵךְ בַּמִּדְבָּר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16A085"/>
                    <w:left w:val="single" w:sz="6" w:space="0" w:color="16A085"/>
                    <w:bottom w:val="single" w:sz="6" w:space="0" w:color="16A085"/>
                    <w:right w:val="single" w:sz="6" w:space="0" w:color="16A085"/>
                  </w:tcBorders>
                  <w:shd w:val="clear" w:color="auto" w:fill="16A085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מְעָרָה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חוֹר גָּדוֹל בְּתוֹךְ הַר אוֹ סֶלַע</w:t>
                  </w:r>
                </w:p>
              </w:tc>
              <w:tc>
                <w:tcPr>
                  <w:tcW w:type="dxa" w:w="2579"/>
                  <w:tcW w:w="1871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976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מִלָּה וּתְמוּנָה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מִכָּל מִלָּה אֶל הַתְּמוּנָה הַמַּתְאִימָה.</w:t>
            </w:r>
          </w:p>
          <w:tbl>
            <w:tblPr>
              <w:bidiVisual/>
              <w:tblW w:w="9412" w:type="dxa"/>
              <w:jc w:val="center"/>
              <w:tblCellSpacing w:w="34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353"/>
              <w:gridCol w:w="2353"/>
              <w:gridCol w:w="2353"/>
              <w:gridCol w:w="2353"/>
            </w:tblGrid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2353" w:type="dxa"/>
                  <w:tcBorders>
                    <w:top w:val="single" w:sz="10" w:space="0" w:color="16A085"/>
                    <w:left w:val="single" w:sz="10" w:space="0" w:color="16A085"/>
                    <w:bottom w:val="single" w:sz="10" w:space="0" w:color="16A085"/>
                    <w:right w:val="single" w:sz="10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בְּאֵר</w:t>
                  </w:r>
                </w:p>
              </w:tc>
              <w:tc>
                <w:tcPr>
                  <w:tcW w:type="dxa" w:w="2579"/>
                  <w:tcW w:w="2353" w:type="dxa"/>
                  <w:tcBorders>
                    <w:top w:val="single" w:sz="10" w:space="0" w:color="16A085"/>
                    <w:left w:val="single" w:sz="10" w:space="0" w:color="16A085"/>
                    <w:bottom w:val="single" w:sz="10" w:space="0" w:color="16A085"/>
                    <w:right w:val="single" w:sz="10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כַּד</w:t>
                  </w:r>
                </w:p>
              </w:tc>
              <w:tc>
                <w:tcPr>
                  <w:tcW w:type="dxa" w:w="2579"/>
                  <w:tcW w:w="2353" w:type="dxa"/>
                  <w:tcBorders>
                    <w:top w:val="single" w:sz="10" w:space="0" w:color="16A085"/>
                    <w:left w:val="single" w:sz="10" w:space="0" w:color="16A085"/>
                    <w:bottom w:val="single" w:sz="10" w:space="0" w:color="16A085"/>
                    <w:right w:val="single" w:sz="10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גָּמָל</w:t>
                  </w:r>
                </w:p>
              </w:tc>
              <w:tc>
                <w:tcPr>
                  <w:tcW w:type="dxa" w:w="2579"/>
                  <w:tcW w:w="2353" w:type="dxa"/>
                  <w:tcBorders>
                    <w:top w:val="single" w:sz="10" w:space="0" w:color="16A085"/>
                    <w:left w:val="single" w:sz="10" w:space="0" w:color="16A085"/>
                    <w:bottom w:val="single" w:sz="10" w:space="0" w:color="16A085"/>
                    <w:right w:val="single" w:sz="10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מְעָרָה</w:t>
                  </w:r>
                </w:p>
              </w:tc>
            </w:tr>
            <w:tr>
              <w:trPr>
                <w:trHeight w:val="283" w:hRule="atLeast"/>
                <w:cantSplit/>
              </w:trPr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2"/>
                      <w:szCs w:val="32"/>
                      <w:rtl/>
                    </w:rPr>
                    <w:t>●</w:t>
                  </w:r>
                </w:p>
              </w:tc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2"/>
                      <w:szCs w:val="32"/>
                      <w:rtl/>
                    </w:rPr>
                    <w:t>●</w:t>
                  </w:r>
                </w:p>
              </w:tc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2"/>
                      <w:szCs w:val="32"/>
                      <w:rtl/>
                    </w:rPr>
                    <w:t>●</w:t>
                  </w:r>
                </w:p>
              </w:tc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2"/>
                      <w:szCs w:val="32"/>
                      <w:rtl/>
                    </w:rPr>
                    <w:t>●</w:t>
                  </w:r>
                </w:p>
              </w:tc>
            </w:tr>
            <w:tr>
              <w:trPr>
                <w:trHeight w:val="567" w:hRule="atLeast"/>
                <w:cantSplit/>
              </w:trPr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1672" w:hRule="atLeast"/>
                <w:cantSplit/>
              </w:trPr>
              <w:tc>
                <w:tcPr>
                  <w:tcW w:type="dxa" w:w="2579"/>
                  <w:tcW w:w="235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72000" cy="972000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voc_chayei_27_0.03-0.53-0.47-0.97_False.jp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2000" cy="97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579"/>
                  <w:tcW w:w="235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72000" cy="972000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voc_chayei_27_0.03-0.03-0.47-0.47_False.jp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2000" cy="97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579"/>
                  <w:tcW w:w="235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72000" cy="972000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voc_chayei_27_0.53-0.53-0.97-0.97_False.jp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2000" cy="97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579"/>
                  <w:tcW w:w="235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72000" cy="972000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voc_chayei_27_0.53-0.03-0.97-0.47_False.jpg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2000" cy="97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מַשְׁלִימִים מִמַּחְסַן הַמִּלִּים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כִּתְבוּ בְּכָל מִשְׁפָּט אֶת הַמִּלָּה הַחֲסֵרָה.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מְעָרָה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בְּאֵר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אֶשְׁאָב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כַּד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אֱלִיעֶזֶר עָמַד לְיַד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הַמַּיִם.</w:t>
            </w:r>
          </w:p>
          <w:p>
            <w:pPr>
              <w:bidi/>
              <w:spacing w:before="60" w:after="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רִבְקָה בָּאָה עִם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עַל הַכָּתֵף.</w:t>
            </w:r>
          </w:p>
          <w:p>
            <w:pPr>
              <w:bidi/>
              <w:spacing w:before="60" w:after="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רִבְקָה אָמְרָה: "גַּם לַגְּמַלִּים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מַיִם."</w:t>
            </w:r>
          </w:p>
          <w:p>
            <w:pPr>
              <w:bidi/>
              <w:spacing w:before="60" w:after="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אַבְרָהָם קָבַר אֶת שָׂרָה בְּתוֹךְ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✎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חַיֵּי שָׂרָה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מְבִינִים אֶת הַסִּפּוּר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מִלָּה מִמַּחְסַן הַמִּלִּים, וְכִתְבוּ אוֹתָהּ בַּמָּקוֹם הַמַּתְאִים.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אֱלִיעֶזֶר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גְּמַלִּים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הַבְּאֵר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רִבְקָה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אַבְרָהָם שָׁלַח אֶת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לִמְצֹא אִשָּׁה לְיִצְחָק.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אֱלִיעֶזֶר לָקַח אִתּוֹ עֲשָׂרָה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אֱלִיעֶזֶר עָמַד לְיַד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וְהִתְפַּלֵּל.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שָׁאֲבָה מַיִם לַגְּמַלִּים.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מַתְאִימִים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בֵּין הַמִּשְׁבָּצוֹת הַמַּתְאִימוֹת.</w:t>
            </w:r>
          </w:p>
          <w:tbl>
            <w:tblPr>
              <w:bidiVisual/>
              <w:tblW w:w="1031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567"/>
              <w:gridCol w:w="1247"/>
              <w:gridCol w:w="567"/>
              <w:gridCol w:w="4762"/>
            </w:tblGrid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אַבְרָהָם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נָתְנָה מַיִם לַגְּמַלִּים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אֱלִיעֶזֶר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שָׁלַח אֶת אֱלִיעֶזֶר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רִבְקָה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יָצָא לִקְרַאת הַשַּׁיָּרָה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יִצְחָק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הִתְפַּלֵּל לְיַד הַבְּאֵר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אֱלִיעֶזֶר הָיָה הָעֶבֶד שֶׁל אַבְרָהָם.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רִבְקָה נָתְנָה מַיִם רַק לֶאֱלִיעֶזֶר.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אֱלִיעֶזֶר בָּא עִם עֲשָׂרָה גְּמַלִּים.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רִבְקָה לֹא רָצְתָה לַעֲזֹר.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חַיֵּי שָׂרָה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סַדְּרוּ אֶת הַסִּפּוּר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קִרְאוּ כָּל מִשְׁפָּט, וְהַדְבִּיקוּ לְיָדוֹ אֶת הַתְּמוּנָה הַמַּתְאִימָה.</w:t>
            </w:r>
          </w:p>
          <w:tbl>
            <w:tblPr>
              <w:bidiVisual/>
              <w:tblW w:w="396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3969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26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CellSpacing w:w="34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5443"/>
      </w:tblGrid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16A085"/>
              <w:left w:val="single" w:sz="10" w:space="0" w:color="16A085"/>
              <w:bottom w:val="single" w:sz="10" w:space="0" w:color="16A085"/>
              <w:right w:val="single" w:sz="10" w:space="0" w:color="16A085"/>
            </w:tcBorders>
            <w:shd w:val="clear" w:color="auto" w:fill="E8F6F3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16A085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16A085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16A085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אֱלִיעֶזֶר מַגִּיעַ עִם הַגְּמַלִּים אֶל הַבְּאֵר.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16A085"/>
              <w:left w:val="single" w:sz="10" w:space="0" w:color="16A085"/>
              <w:bottom w:val="single" w:sz="10" w:space="0" w:color="16A085"/>
              <w:right w:val="single" w:sz="10" w:space="0" w:color="16A085"/>
            </w:tcBorders>
            <w:shd w:val="clear" w:color="auto" w:fill="E8F6F3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16A085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16A085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16A085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הַגְּמַלִּים שׁוֹתִים מַיִם מִן הַבְּאֵר.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16A085"/>
              <w:left w:val="single" w:sz="10" w:space="0" w:color="16A085"/>
              <w:bottom w:val="single" w:sz="10" w:space="0" w:color="16A085"/>
              <w:right w:val="single" w:sz="10" w:space="0" w:color="16A085"/>
            </w:tcBorders>
            <w:shd w:val="clear" w:color="auto" w:fill="E8F6F3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16A085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16A085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16A085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הַשַּׁיָּרָה חוֹזֶרֶת, וְיִצְחָק יוֹצֵא לִקְרָאתָהּ.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ejaVu Sans" w:hAnsi="DejaVu Sans" w:cs="DejaVu Sans" w:eastAsia="DejaVu Sans"/>
          <w:b/>
          <w:bCs/>
          <w:color w:val="16A085"/>
          <w:sz w:val="28"/>
          <w:szCs w:val="28"/>
          <w:rtl/>
        </w:rPr>
        <w:t xml:space="preserve">☺ </w:t>
      </w:r>
      <w:r>
        <w:rPr>
          <w:rFonts w:ascii="Noto Sans Hebrew" w:hAnsi="Noto Sans Hebrew" w:cs="Noto Sans Hebrew" w:eastAsia="Noto Sans Hebrew"/>
          <w:b/>
          <w:bCs/>
          <w:color w:val="16A085"/>
          <w:sz w:val="36"/>
          <w:szCs w:val="36"/>
          <w:rtl/>
        </w:rPr>
        <w:t>סַפְּרוּ לְחָבֵר אוֹ לַהוֹרִים אֶת הַסִּפּוּר לְפִי הַתְּמוּנוֹת.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♥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חַיֵּי שָׂרָה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מִדָּה טוֹבָה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701"/>
        <w:gridCol w:w="8618"/>
      </w:tblGrid>
      <w:tr>
        <w:trPr>
          <w:cantSplit/>
        </w:trPr>
        <w:tc>
          <w:tcPr>
            <w:tcW w:type="dxa" w:w="5159"/>
            <w:tcW w:w="1701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23_None_Fals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618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tcMar>
              <w:top w:w="85" w:type="dxa"/>
              <w:left w:w="141" w:type="dxa"/>
              <w:bottom w:w="85" w:type="dxa"/>
              <w:right w:w="141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42"/>
                <w:szCs w:val="42"/>
                <w:rtl/>
              </w:rPr>
              <w:t xml:space="preserve">פִּנַּת הַמִּדָּה: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42"/>
                <w:szCs w:val="42"/>
                <w:rtl/>
              </w:rPr>
              <w:t>חֶסֶד וּנְתִינָה</w:t>
            </w:r>
          </w:p>
          <w:p>
            <w:pPr>
              <w:bidi/>
              <w:spacing w:before="0" w:after="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רִבְקָה עָשְׂתָה יוֹתֵר מִמָּה שֶׁבִּקְּשׁוּ מִמֶּנָּה. אֱלִיעֶזֶר בִּקֵּשׁ רַק מְעַט מַיִם, וְהִיא דָּאֲגָה גַּם לַגְּמַלִּים הַצְּמֵאִים. זֶה חֶסֶד: לַעֲזֹר לַאֲחֵרִים בְּלֵב טוֹב, גַּם לְבַעֲלֵי חַיִּים.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מְמַיְּנִים מַעֲשִׂים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הַדְבִּיקוּ כָּל כַּרְטִיס בַּטּוּר הַמַּתְאִים לוֹ.</w:t>
            </w:r>
          </w:p>
          <w:tbl>
            <w:tblPr>
              <w:bidiVisual/>
              <w:tblW w:w="396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3969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26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752" w:type="dxa"/>
              <w:jc w:val="center"/>
              <w:tblCellSpacing w:w="4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76"/>
              <w:gridCol w:w="4876"/>
            </w:tblGrid>
            <w:tr>
              <w:trPr>
                <w:trHeight w:val="538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single" w:sz="6" w:space="0" w:color="27AE60"/>
                    <w:left w:val="single" w:sz="6" w:space="0" w:color="27AE60"/>
                    <w:bottom w:val="single" w:sz="6" w:space="0" w:color="27AE60"/>
                    <w:right w:val="single" w:sz="6" w:space="0" w:color="27AE60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FFFFFF"/>
                      <w:sz w:val="27"/>
                      <w:szCs w:val="27"/>
                      <w:rtl/>
                    </w:rPr>
                    <w:t xml:space="preserve">😊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מַעֲשֶׂה טוֹב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single" w:sz="6" w:space="0" w:color="C0392B"/>
                    <w:left w:val="single" w:sz="6" w:space="0" w:color="C0392B"/>
                    <w:bottom w:val="single" w:sz="6" w:space="0" w:color="C0392B"/>
                    <w:right w:val="single" w:sz="6" w:space="0" w:color="C0392B"/>
                  </w:tcBorders>
                  <w:shd w:val="clear" w:color="auto" w:fill="C0392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FFFFFF"/>
                      <w:sz w:val="27"/>
                      <w:szCs w:val="27"/>
                      <w:rtl/>
                    </w:rPr>
                    <w:t xml:space="preserve">😟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לֹא כְּדַאי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צַיְּרוּ מַעֲשֵׂה חֶסֶד שֶׁעֲשִׂיתֶם הַשָּׁבוּעַ.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865"/>
            </w:tblGrid>
            <w:tr>
              <w:trPr>
                <w:trHeight w:val="2608" w:hRule="exact"/>
                <w:cantSplit/>
              </w:trPr>
              <w:tc>
                <w:tcPr>
                  <w:tcW w:type="dxa" w:w="10318"/>
                  <w:tcW w:w="9865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✿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חַיֵּי שָׂרָה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צוֹבְעִים וְחוֹשְׁבִים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DejaVu Sans" w:hAnsi="DejaVu Sans" w:cs="DejaVu Sans" w:eastAsia="DejaVu Sans"/>
          <w:b/>
          <w:bCs/>
          <w:color w:val="16A085"/>
          <w:sz w:val="30"/>
          <w:szCs w:val="30"/>
          <w:rtl/>
        </w:rPr>
        <w:t xml:space="preserve">✿ </w:t>
      </w:r>
      <w:r>
        <w:rPr>
          <w:rFonts w:ascii="Noto Sans Hebrew" w:hAnsi="Noto Sans Hebrew" w:cs="Noto Sans Hebrew" w:eastAsia="Noto Sans Hebrew"/>
          <w:b/>
          <w:bCs/>
          <w:color w:val="16A085"/>
          <w:sz w:val="40"/>
          <w:szCs w:val="40"/>
          <w:rtl/>
        </w:rPr>
        <w:t>צַבְּעוּ אֶת הַגְּמַלִּים הַשּׁוֹתִים מִן הַבְּאֵר.</w:t>
      </w:r>
    </w:p>
    <w:tbl>
      <w:tblPr>
        <w:bidiVisual/>
        <w:tblW w:w="759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597"/>
      </w:tblGrid>
      <w:tr>
        <w:trPr>
          <w:cantSplit/>
        </w:trPr>
        <w:tc>
          <w:tcPr>
            <w:tcW w:type="dxa" w:w="10318"/>
            <w:tcW w:w="7597" w:type="dxa"/>
            <w:tcBorders>
              <w:top w:val="single" w:sz="12" w:space="0" w:color="16A085"/>
              <w:left w:val="single" w:sz="12" w:space="0" w:color="16A085"/>
              <w:bottom w:val="single" w:sz="12" w:space="0" w:color="16A085"/>
              <w:right w:val="single" w:sz="12" w:space="0" w:color="16A085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36000" cy="5544000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yei_c_126_None_False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6000" cy="55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מָה עָשְׂתָה רִבְקָה כְּדֵי לַעֲזֹר?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515"/>
        <w:gridCol w:w="2268"/>
        <w:gridCol w:w="2268"/>
        <w:gridCol w:w="2268"/>
      </w:tblGrid>
      <w:tr>
        <w:trPr>
          <w:trHeight w:val="793" w:hRule="atLeast"/>
          <w:cantSplit/>
        </w:trPr>
        <w:tc>
          <w:tcPr>
            <w:tcW w:type="dxa" w:w="2579"/>
            <w:tcW w:w="351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4F6F7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>אֵיךְ הִצְלַחְתִּי? סַמְּנוּ: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9_None_Fals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מְצֻיָּן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9_None_Fals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טוֹב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41" name="Picture 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9_None_Fals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קָשֶׁה לִי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96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6"/>
                <w:szCs w:val="56"/>
                <w:rtl/>
              </w:rPr>
              <w:t>פָּרָשַׁת תּוֹלְדוֹת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24000" cy="3216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ldot_1_134_None_Fals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824000" cy="32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8E44AD"/>
                <w:sz w:val="30"/>
                <w:szCs w:val="30"/>
                <w:rtl/>
              </w:rPr>
              <w:t xml:space="preserve">✦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8"/>
                <w:szCs w:val="38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לְיִצְחָק וּלְרִבְקָה נוֹלְדוּ תְּאוֹמִים: עֵשָׂו וְיַעֲקֹב.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הָאַחִים הָיוּ שׁוֹנִים מְאוֹד זֶה מִזֶּה.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עֵשָׂו אָהַב לָצוּד בַּשָּׂדֶה, וְיַעֲקֹב אָהַב לָשֶׁבֶת בָּאֹהֶל וְלִלְמֹד.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יוֹם אֶחָד בִּשֵּׁל יַעֲקֹב נְזִיד עֲדָשִׁים אָדֹם.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עֵשָׂו חָזַר מִן הַשָּׂדֶה עָיֵף וְרָעֵב, וּבִקֵּשׁ לֶאֱכֹל.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יַעֲקֹב אָמַר: "מְכֹר לִי אֶת הַבְּכוֹרָה", וְעֵשָׂו מָכַר אוֹתָהּ בִּשְׁבִיל נְזִיד עֲדָשִׁים.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כַּאֲשֶׁר יִצְחָק הִזְקִין, הוּא רָצָה לְבָרֵךְ אֶת בְּנוֹ.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יַעֲקֹב הֵבִיא לְאָבִיו אֹכֶל טָעִים, וְיִצְחָק בֵּרַךְ אוֹתוֹ בִּבְרָכוֹת רַבּוֹת.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מִן הַפָּרָשָׁה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וַיִּגְדְּלוּ הַנְּעָרִים וַיְהִי עֵשָׂו אִישׁ יֹדֵעַ צַיִד אִישׁ שָׂדֶה וְיַעֲקֹב אִישׁ תָּם יֹשֵׁב אֹהָלִים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(בְּרֵאשִׁית כה, כז)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✍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תּוֹלְדוֹת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מִלִּים קָשׁוֹת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1F618D"/>
              <w:left w:val="single" w:sz="18" w:space="0" w:color="1F618D"/>
              <w:bottom w:val="single" w:sz="18" w:space="0" w:color="1F618D"/>
              <w:right w:val="single" w:sz="18" w:space="0" w:color="1F618D"/>
            </w:tcBorders>
            <w:shd w:val="clear" w:color="auto" w:fill="EEF6FF"/>
            <w:tcMar>
              <w:top w:w="56" w:type="dxa"/>
              <w:left w:w="113" w:type="dxa"/>
              <w:bottom w:w="56" w:type="dxa"/>
              <w:right w:w="113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F618D"/>
                <w:sz w:val="27"/>
                <w:szCs w:val="27"/>
                <w:rtl/>
              </w:rPr>
              <w:t xml:space="preserve">✍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מִלִּים קָשׁוֹת – מָה הֵן אוֹמְרוֹת?</w:t>
            </w:r>
          </w:p>
          <w:tbl>
            <w:tblPr>
              <w:bidiVisual/>
              <w:tblW w:w="9695" w:type="dxa"/>
              <w:jc w:val="center"/>
              <w:tblCellSpacing w:w="17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71"/>
              <w:gridCol w:w="2976"/>
              <w:gridCol w:w="1871"/>
              <w:gridCol w:w="2976"/>
            </w:tblGrid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8E44AD"/>
                    <w:left w:val="single" w:sz="6" w:space="0" w:color="8E44AD"/>
                    <w:bottom w:val="single" w:sz="6" w:space="0" w:color="8E44AD"/>
                    <w:right w:val="single" w:sz="6" w:space="0" w:color="8E44AD"/>
                  </w:tcBorders>
                  <w:shd w:val="clear" w:color="auto" w:fill="8E44AD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תְּאוֹמִים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שְׁנֵי אַחִים שֶׁנּוֹלְדוּ בְּאוֹתוֹ יוֹם</w:t>
                  </w:r>
                </w:p>
              </w:tc>
              <w:tc>
                <w:tcPr>
                  <w:tcW w:type="dxa" w:w="2579"/>
                  <w:tcW w:w="1871" w:type="dxa"/>
                  <w:tcBorders>
                    <w:top w:val="single" w:sz="6" w:space="0" w:color="8E44AD"/>
                    <w:left w:val="single" w:sz="6" w:space="0" w:color="8E44AD"/>
                    <w:bottom w:val="single" w:sz="6" w:space="0" w:color="8E44AD"/>
                    <w:right w:val="single" w:sz="6" w:space="0" w:color="8E44AD"/>
                  </w:tcBorders>
                  <w:shd w:val="clear" w:color="auto" w:fill="8E44AD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צַיִד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תְּפִיסַת חַיּוֹת בַּשָּׂדֶה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8E44AD"/>
                    <w:left w:val="single" w:sz="6" w:space="0" w:color="8E44AD"/>
                    <w:bottom w:val="single" w:sz="6" w:space="0" w:color="8E44AD"/>
                    <w:right w:val="single" w:sz="6" w:space="0" w:color="8E44AD"/>
                  </w:tcBorders>
                  <w:shd w:val="clear" w:color="auto" w:fill="8E44AD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תָּם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יָשָׁר וְטוֹב לֵב</w:t>
                  </w:r>
                </w:p>
              </w:tc>
              <w:tc>
                <w:tcPr>
                  <w:tcW w:type="dxa" w:w="2579"/>
                  <w:tcW w:w="1871" w:type="dxa"/>
                  <w:tcBorders>
                    <w:top w:val="single" w:sz="6" w:space="0" w:color="8E44AD"/>
                    <w:left w:val="single" w:sz="6" w:space="0" w:color="8E44AD"/>
                    <w:bottom w:val="single" w:sz="6" w:space="0" w:color="8E44AD"/>
                    <w:right w:val="single" w:sz="6" w:space="0" w:color="8E44AD"/>
                  </w:tcBorders>
                  <w:shd w:val="clear" w:color="auto" w:fill="8E44AD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נְזִיד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מָרָק סָמִיךְ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8E44AD"/>
                    <w:left w:val="single" w:sz="6" w:space="0" w:color="8E44AD"/>
                    <w:bottom w:val="single" w:sz="6" w:space="0" w:color="8E44AD"/>
                    <w:right w:val="single" w:sz="6" w:space="0" w:color="8E44AD"/>
                  </w:tcBorders>
                  <w:shd w:val="clear" w:color="auto" w:fill="8E44AD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בְּכוֹרָה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הַזְּכוּת שֶׁל הַבֵּן הַגָּדוֹל</w:t>
                  </w:r>
                </w:p>
              </w:tc>
              <w:tc>
                <w:tcPr>
                  <w:tcW w:type="dxa" w:w="2579"/>
                  <w:tcW w:w="1871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976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תִּפְזֹרֶת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מִצְאוּ בַּתִּפְזֹרֶת אֶת הַמִּלִּים וְהַקִּיפוּ אוֹתָן. הַמִּלִּים כְּתוּבוֹת מִיָּמִין לִשְׂמֹאל אוֹ מִלְמַעְלָה לְמַטָּה.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76"/>
              <w:gridCol w:w="4876"/>
            </w:tblGrid>
            <w:tr>
              <w:trPr>
                <w:cantSplit/>
              </w:trPr>
              <w:tc>
                <w:tcPr>
                  <w:tcW w:type="dxa" w:w="5159"/>
                  <w:tcW w:w="4876" w:type="dxa"/>
                  <w:vAlign w:val="top"/>
                </w:tcPr>
                <w:p/>
                <w:tbl>
                  <w:tblPr>
                    <w:bidiVisual/>
                    <w:tblW w:w="3413" w:type="dxa"/>
                    <w:jc w:val="center"/>
                    <w:tblLayout w:type="fixed"/>
                    <w:tblCellMar>
                      <w:top w:w="28" w:type="dxa"/>
                      <w:left w:w="85" w:type="dxa"/>
                      <w:bottom w:w="28" w:type="dxa"/>
                      <w:right w:w="85" w:type="dxa"/>
                    </w:tblCellMar>
                  </w:tblPr>
                  <w:tblGrid>
                    <w:gridCol w:w="487"/>
                    <w:gridCol w:w="487"/>
                    <w:gridCol w:w="487"/>
                    <w:gridCol w:w="487"/>
                    <w:gridCol w:w="487"/>
                    <w:gridCol w:w="487"/>
                    <w:gridCol w:w="487"/>
                  </w:tblGrid>
                  <w:tr>
                    <w:trPr>
                      <w:trHeight w:val="487" w:hRule="exact"/>
                      <w:cantSplit/>
                    </w:trPr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ע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ט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ל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נ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ע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ב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ז</w:t>
                        </w:r>
                      </w:p>
                    </w:tc>
                  </w:tr>
                  <w:tr>
                    <w:trPr>
                      <w:trHeight w:val="487" w:hRule="exact"/>
                      <w:cantSplit/>
                    </w:trPr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ו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נ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ט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ז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י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כ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ג</w:t>
                        </w:r>
                      </w:p>
                    </w:tc>
                  </w:tr>
                  <w:tr>
                    <w:trPr>
                      <w:trHeight w:val="487" w:hRule="exact"/>
                      <w:cantSplit/>
                    </w:trPr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צ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י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ד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י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ל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ו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ה</w:t>
                        </w:r>
                      </w:p>
                    </w:tc>
                  </w:tr>
                  <w:tr>
                    <w:trPr>
                      <w:trHeight w:val="487" w:hRule="exact"/>
                      <w:cantSplit/>
                    </w:trPr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מ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ט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ס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ד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ס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ר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ב</w:t>
                        </w:r>
                      </w:p>
                    </w:tc>
                  </w:tr>
                  <w:tr>
                    <w:trPr>
                      <w:trHeight w:val="487" w:hRule="exact"/>
                      <w:cantSplit/>
                    </w:trPr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א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ע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ק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ל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ק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ה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ס</w:t>
                        </w:r>
                      </w:p>
                    </w:tc>
                  </w:tr>
                  <w:tr>
                    <w:trPr>
                      <w:trHeight w:val="487" w:hRule="exact"/>
                      <w:cantSplit/>
                    </w:trPr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ת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א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ו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מ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י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ם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ד</w:t>
                        </w:r>
                      </w:p>
                    </w:tc>
                  </w:tr>
                  <w:tr>
                    <w:trPr>
                      <w:trHeight w:val="487" w:hRule="exact"/>
                      <w:cantSplit/>
                    </w:trPr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ק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ש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ת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ם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א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ד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ת</w:t>
                        </w:r>
                      </w:p>
                    </w:tc>
                  </w:tr>
                </w:tbl>
                <w:p>
                  <w:pPr>
                    <w:bidi/>
                    <w:spacing w:before="0" w:after="0" w:line="20" w:lineRule="exact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"/>
                      <w:szCs w:val="2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876" w:type="dxa"/>
                  <w:vAlign w:val="center"/>
                </w:tcPr>
                <w:p>
                  <w:pPr>
                    <w:bidi/>
                    <w:spacing w:before="0" w:after="8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8E44AD"/>
                      <w:sz w:val="34"/>
                      <w:szCs w:val="34"/>
                      <w:rtl/>
                    </w:rPr>
                    <w:t>הַמִּלִּים שֶׁמְּחַפְּשִׂים:</w:t>
                  </w:r>
                </w:p>
                <w:p>
                  <w:pPr>
                    <w:bidi/>
                    <w:spacing w:before="0" w:after="60"/>
                    <w:jc w:val="both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sz w:val="42"/>
                      <w:szCs w:val="42"/>
                      <w:rtl/>
                    </w:rPr>
                    <w:t xml:space="preserve">☐ 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2"/>
                      <w:szCs w:val="42"/>
                      <w:rtl/>
                    </w:rPr>
                    <w:t>תְּאוֹמִים</w:t>
                  </w:r>
                </w:p>
                <w:p>
                  <w:pPr>
                    <w:bidi/>
                    <w:spacing w:before="0" w:after="60"/>
                    <w:jc w:val="both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sz w:val="42"/>
                      <w:szCs w:val="42"/>
                      <w:rtl/>
                    </w:rPr>
                    <w:t xml:space="preserve">☐ 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2"/>
                      <w:szCs w:val="42"/>
                      <w:rtl/>
                    </w:rPr>
                    <w:t>צַיִד</w:t>
                  </w:r>
                </w:p>
                <w:p>
                  <w:pPr>
                    <w:bidi/>
                    <w:spacing w:before="0" w:after="60"/>
                    <w:jc w:val="both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sz w:val="42"/>
                      <w:szCs w:val="42"/>
                      <w:rtl/>
                    </w:rPr>
                    <w:t xml:space="preserve">☐ 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2"/>
                      <w:szCs w:val="42"/>
                      <w:rtl/>
                    </w:rPr>
                    <w:t>תָּם</w:t>
                  </w:r>
                </w:p>
                <w:p>
                  <w:pPr>
                    <w:bidi/>
                    <w:spacing w:before="0" w:after="60"/>
                    <w:jc w:val="both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sz w:val="42"/>
                      <w:szCs w:val="42"/>
                      <w:rtl/>
                    </w:rPr>
                    <w:t xml:space="preserve">☐ 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2"/>
                      <w:szCs w:val="42"/>
                      <w:rtl/>
                    </w:rPr>
                    <w:t>נְזִיד</w:t>
                  </w:r>
                </w:p>
                <w:p>
                  <w:pPr>
                    <w:bidi/>
                    <w:spacing w:before="0" w:after="60"/>
                    <w:jc w:val="both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sz w:val="42"/>
                      <w:szCs w:val="42"/>
                      <w:rtl/>
                    </w:rPr>
                    <w:t xml:space="preserve">☐ 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2"/>
                      <w:szCs w:val="42"/>
                      <w:rtl/>
                    </w:rPr>
                    <w:t>בְּכוֹרָה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מְמַיְּנִים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כִּתְבוּ כָּל מִלָּה מִן הַמַּחְסָן בַּטּוּר הַמַּתְאִים.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9525" w:type="dxa"/>
              <w:jc w:val="center"/>
              <w:tblCellSpacing w:w="4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587"/>
              <w:gridCol w:w="1587"/>
              <w:gridCol w:w="1587"/>
              <w:gridCol w:w="1587"/>
              <w:gridCol w:w="1587"/>
              <w:gridCol w:w="1587"/>
            </w:tblGrid>
            <w:tr>
              <w:trPr>
                <w:trHeight w:val="595" w:hRule="atLeast"/>
                <w:cantSplit/>
              </w:trPr>
              <w:tc>
                <w:tcPr>
                  <w:tcW w:type="dxa" w:w="1720"/>
                  <w:tcW w:w="158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עֵשָׂו</w:t>
                  </w:r>
                </w:p>
              </w:tc>
              <w:tc>
                <w:tcPr>
                  <w:tcW w:type="dxa" w:w="1720"/>
                  <w:tcW w:w="158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נְזִיד</w:t>
                  </w:r>
                </w:p>
              </w:tc>
              <w:tc>
                <w:tcPr>
                  <w:tcW w:type="dxa" w:w="1720"/>
                  <w:tcW w:w="158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שָׂדֶה</w:t>
                  </w:r>
                </w:p>
              </w:tc>
              <w:tc>
                <w:tcPr>
                  <w:tcW w:type="dxa" w:w="1720"/>
                  <w:tcW w:w="158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יַעֲקֹב</w:t>
                  </w:r>
                </w:p>
              </w:tc>
              <w:tc>
                <w:tcPr>
                  <w:tcW w:type="dxa" w:w="1720"/>
                  <w:tcW w:w="158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עֲדָשִׁים</w:t>
                  </w:r>
                </w:p>
              </w:tc>
              <w:tc>
                <w:tcPr>
                  <w:tcW w:type="dxa" w:w="1720"/>
                  <w:tcW w:w="158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אֹהֶל</w:t>
                  </w:r>
                </w:p>
              </w:tc>
            </w:tr>
          </w:tbl>
          <w:p/>
          <w:p>
            <w:pPr>
              <w:bidi/>
              <w:spacing w:before="0" w:after="0" w:line="1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4"/>
                <w:szCs w:val="4"/>
                <w:rtl/>
              </w:rPr>
              <w:t xml:space="preserve"> 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250"/>
              <w:gridCol w:w="3250"/>
              <w:gridCol w:w="3250"/>
            </w:tblGrid>
            <w:tr>
              <w:trPr>
                <w:trHeight w:val="453" w:hRule="atLeast"/>
                <w:cantSplit/>
              </w:trPr>
              <w:tc>
                <w:tcPr>
                  <w:tcW w:type="dxa" w:w="3439"/>
                  <w:tcW w:w="3250" w:type="dxa"/>
                  <w:tcBorders>
                    <w:top w:val="single" w:sz="6" w:space="0" w:color="8E44AD"/>
                    <w:left w:val="single" w:sz="6" w:space="0" w:color="8E44AD"/>
                    <w:bottom w:val="single" w:sz="6" w:space="0" w:color="8E44AD"/>
                    <w:right w:val="single" w:sz="6" w:space="0" w:color="8E44AD"/>
                  </w:tcBorders>
                  <w:shd w:val="clear" w:color="auto" w:fill="8E44AD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אֲנָשִׁים</w:t>
                  </w:r>
                </w:p>
              </w:tc>
              <w:tc>
                <w:tcPr>
                  <w:tcW w:type="dxa" w:w="3439"/>
                  <w:tcW w:w="3250" w:type="dxa"/>
                  <w:tcBorders>
                    <w:top w:val="single" w:sz="6" w:space="0" w:color="8E44AD"/>
                    <w:left w:val="single" w:sz="6" w:space="0" w:color="8E44AD"/>
                    <w:bottom w:val="single" w:sz="6" w:space="0" w:color="8E44AD"/>
                    <w:right w:val="single" w:sz="6" w:space="0" w:color="8E44AD"/>
                  </w:tcBorders>
                  <w:shd w:val="clear" w:color="auto" w:fill="8E44AD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אֹכֶל</w:t>
                  </w:r>
                </w:p>
              </w:tc>
              <w:tc>
                <w:tcPr>
                  <w:tcW w:type="dxa" w:w="3439"/>
                  <w:tcW w:w="3250" w:type="dxa"/>
                  <w:tcBorders>
                    <w:top w:val="single" w:sz="6" w:space="0" w:color="8E44AD"/>
                    <w:left w:val="single" w:sz="6" w:space="0" w:color="8E44AD"/>
                    <w:bottom w:val="single" w:sz="6" w:space="0" w:color="8E44AD"/>
                    <w:right w:val="single" w:sz="6" w:space="0" w:color="8E44AD"/>
                  </w:tcBorders>
                  <w:shd w:val="clear" w:color="auto" w:fill="8E44AD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מְקוֹמוֹת</w:t>
                  </w:r>
                </w:p>
              </w:tc>
            </w:tr>
            <w:tr>
              <w:trPr>
                <w:trHeight w:val="481" w:hRule="atLeast"/>
                <w:cantSplit/>
              </w:trPr>
              <w:tc>
                <w:tcPr>
                  <w:tcW w:type="dxa" w:w="3439"/>
                  <w:tcW w:w="3250" w:type="dxa"/>
                  <w:tcBorders>
                    <w:top w:val="nil" w:sz="0" w:space="0" w:color="FFFFFF"/>
                    <w:left w:val="single" w:sz="4" w:space="0" w:color="BBBBBB"/>
                    <w:bottom w:val="dotted" w:sz="6" w:space="0" w:color="888888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type="dxa" w:w="3439"/>
                  <w:tcW w:w="3250" w:type="dxa"/>
                  <w:tcBorders>
                    <w:top w:val="nil" w:sz="0" w:space="0" w:color="FFFFFF"/>
                    <w:left w:val="single" w:sz="4" w:space="0" w:color="BBBBBB"/>
                    <w:bottom w:val="dotted" w:sz="6" w:space="0" w:color="888888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type="dxa" w:w="3439"/>
                  <w:tcW w:w="3250" w:type="dxa"/>
                  <w:tcBorders>
                    <w:top w:val="nil" w:sz="0" w:space="0" w:color="FFFFFF"/>
                    <w:left w:val="single" w:sz="4" w:space="0" w:color="BBBBBB"/>
                    <w:bottom w:val="dotted" w:sz="6" w:space="0" w:color="888888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481" w:hRule="atLeast"/>
                <w:cantSplit/>
              </w:trPr>
              <w:tc>
                <w:tcPr>
                  <w:tcW w:type="dxa" w:w="3439"/>
                  <w:tcW w:w="3250" w:type="dxa"/>
                  <w:tcBorders>
                    <w:top w:val="nil" w:sz="0" w:space="0" w:color="FFFFFF"/>
                    <w:left w:val="single" w:sz="4" w:space="0" w:color="BBBBBB"/>
                    <w:bottom w:val="dotted" w:sz="6" w:space="0" w:color="888888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type="dxa" w:w="3439"/>
                  <w:tcW w:w="3250" w:type="dxa"/>
                  <w:tcBorders>
                    <w:top w:val="nil" w:sz="0" w:space="0" w:color="FFFFFF"/>
                    <w:left w:val="single" w:sz="4" w:space="0" w:color="BBBBBB"/>
                    <w:bottom w:val="dotted" w:sz="6" w:space="0" w:color="888888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type="dxa" w:w="3439"/>
                  <w:tcW w:w="3250" w:type="dxa"/>
                  <w:tcBorders>
                    <w:top w:val="nil" w:sz="0" w:space="0" w:color="FFFFFF"/>
                    <w:left w:val="single" w:sz="4" w:space="0" w:color="BBBBBB"/>
                    <w:bottom w:val="dotted" w:sz="6" w:space="0" w:color="888888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✎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תּוֹלְדוֹת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מְבִינִים אֶת הַסִּפּוּר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מִלָּה מִמַּחְסַן הַמִּלִּים, וְכִתְבוּ אוֹתָהּ בַּמָּקוֹם הַמַּתְאִים.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תְּאוֹמִים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עֲדָשִׁים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הַבְּכוֹרָה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בֵּרַךְ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עֵשָׂו וְיַעֲקֹב הָיוּ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יַעֲקֹב בִּשֵּׁל נְזִיד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עֵשָׂו מָכַר לְיַעֲקֹב אֶת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יִצְחָק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אֶת יַעֲקֹב.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מַתְאִימִים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בֵּין הַמִּשְׁבָּצוֹת הַמַּתְאִימוֹת.</w:t>
            </w:r>
          </w:p>
          <w:tbl>
            <w:tblPr>
              <w:bidiVisual/>
              <w:tblW w:w="1031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567"/>
              <w:gridCol w:w="1247"/>
              <w:gridCol w:w="567"/>
              <w:gridCol w:w="4762"/>
            </w:tblGrid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עֵשָׂו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בֵּרַךְ אֶת בְּנוֹ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יַעֲקֹב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אָהַב לָצוּד בַּשָּׂדֶה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יִצְחָק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מַאֲכָל אָדֹם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נְזִיד עֲדָשִׁים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אָהַב לָשֶׁבֶת בָּאֹהֶל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43" name="Picture 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עֵשָׂו וְיַעֲקֹב הָיוּ אַחִים.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45" name="Picture 4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יַעֲקֹב אָהַב לָצוּד בַּשָּׂדֶה.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עֵשָׂו חָזַר מִן הַשָּׂדֶה רָעֵב.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50" name="Picture 5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יִצְחָק לֹא בֵּרַךְ אַף אֶחָד.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51" name="Picture 5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52" name="Picture 5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תּוֹלְדוֹת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סַדְּרוּ אֶת הַסִּפּוּר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קִרְאוּ כָּל מִשְׁפָּט, וְהַדְבִּיקוּ לְיָדוֹ אֶת הַתְּמוּנָה הַמַּתְאִימָה.</w:t>
            </w:r>
          </w:p>
          <w:tbl>
            <w:tblPr>
              <w:bidiVisual/>
              <w:tblW w:w="396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3969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27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CellSpacing w:w="34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5443"/>
      </w:tblGrid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8E44AD"/>
              <w:left w:val="single" w:sz="10" w:space="0" w:color="8E44AD"/>
              <w:bottom w:val="single" w:sz="10" w:space="0" w:color="8E44AD"/>
              <w:right w:val="single" w:sz="10" w:space="0" w:color="8E44AD"/>
            </w:tcBorders>
            <w:shd w:val="clear" w:color="auto" w:fill="F4ECF7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8E44AD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8E44AD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8E44AD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עֵשָׂו הוֹלֵךְ לַשָּׂדֶה, וְיַעֲקֹב יוֹשֵׁב בָּאֹהֶל.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8E44AD"/>
              <w:left w:val="single" w:sz="10" w:space="0" w:color="8E44AD"/>
              <w:bottom w:val="single" w:sz="10" w:space="0" w:color="8E44AD"/>
              <w:right w:val="single" w:sz="10" w:space="0" w:color="8E44AD"/>
            </w:tcBorders>
            <w:shd w:val="clear" w:color="auto" w:fill="F4ECF7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8E44AD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8E44AD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8E44AD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עֵשָׂו הָרָעֵב מְבַקֵּשׁ נְזִיד עֲדָשִׁים.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8E44AD"/>
              <w:left w:val="single" w:sz="10" w:space="0" w:color="8E44AD"/>
              <w:bottom w:val="single" w:sz="10" w:space="0" w:color="8E44AD"/>
              <w:right w:val="single" w:sz="10" w:space="0" w:color="8E44AD"/>
            </w:tcBorders>
            <w:shd w:val="clear" w:color="auto" w:fill="F4ECF7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8E44AD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8E44AD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8E44AD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יִצְחָק מְבָרֵךְ אֶת יַעֲקֹב.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ejaVu Sans" w:hAnsi="DejaVu Sans" w:cs="DejaVu Sans" w:eastAsia="DejaVu Sans"/>
          <w:b/>
          <w:bCs/>
          <w:color w:val="8E44AD"/>
          <w:sz w:val="28"/>
          <w:szCs w:val="28"/>
          <w:rtl/>
        </w:rPr>
        <w:t xml:space="preserve">☺ </w:t>
      </w:r>
      <w:r>
        <w:rPr>
          <w:rFonts w:ascii="Noto Sans Hebrew" w:hAnsi="Noto Sans Hebrew" w:cs="Noto Sans Hebrew" w:eastAsia="Noto Sans Hebrew"/>
          <w:b/>
          <w:bCs/>
          <w:color w:val="8E44AD"/>
          <w:sz w:val="36"/>
          <w:szCs w:val="36"/>
          <w:rtl/>
        </w:rPr>
        <w:t>סַפְּרוּ לְחָבֵר אוֹ לַהוֹרִים אֶת הַסִּפּוּר לְפִי הַתְּמוּנוֹת.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♥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תּוֹלְדוֹת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מִדָּה טוֹבָה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701"/>
        <w:gridCol w:w="8618"/>
      </w:tblGrid>
      <w:tr>
        <w:trPr>
          <w:cantSplit/>
        </w:trPr>
        <w:tc>
          <w:tcPr>
            <w:tcW w:type="dxa" w:w="5159"/>
            <w:tcW w:w="1701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53" name="Picture 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23_None_Fals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618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tcMar>
              <w:top w:w="85" w:type="dxa"/>
              <w:left w:w="141" w:type="dxa"/>
              <w:bottom w:w="85" w:type="dxa"/>
              <w:right w:w="141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42"/>
                <w:szCs w:val="42"/>
                <w:rtl/>
              </w:rPr>
              <w:t xml:space="preserve">פִּנַּת הַמִּדָּה: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42"/>
                <w:szCs w:val="42"/>
                <w:rtl/>
              </w:rPr>
              <w:t>כִּבּוּד הוֹרִים</w:t>
            </w:r>
          </w:p>
          <w:p>
            <w:pPr>
              <w:bidi/>
              <w:spacing w:before="0" w:after="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חֲזַ"ל מְסַפְּרִים שֶׁעֵשָׂו כִּבֵּד מְאוֹד אֶת אָבִיו: הוּא הֵבִיא לוֹ אֹכֶל טָעִים וְלָבַשׁ בְּגָדִים יָפִים לִכְבוֹדוֹ. גַּם יַעֲקֹב הֵבִיא לְאָבִיו מַאֲכָל. אֲנַחְנוּ מְכַבְּדִים אֶת הַהוֹרִים כְּשֶׁאֲנַחְנוּ עוֹזְרִים לָהֶם וּמְדַבְּרִים אֲלֵיהֶם יָפֶה.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מְמַיְּנִים מַעֲשִׂים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הַדְבִּיקוּ כָּל כַּרְטִיס בַּטּוּר הַמַּתְאִים לוֹ.</w:t>
            </w:r>
          </w:p>
          <w:tbl>
            <w:tblPr>
              <w:bidiVisual/>
              <w:tblW w:w="396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3969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27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752" w:type="dxa"/>
              <w:jc w:val="center"/>
              <w:tblCellSpacing w:w="4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76"/>
              <w:gridCol w:w="4876"/>
            </w:tblGrid>
            <w:tr>
              <w:trPr>
                <w:trHeight w:val="538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single" w:sz="6" w:space="0" w:color="27AE60"/>
                    <w:left w:val="single" w:sz="6" w:space="0" w:color="27AE60"/>
                    <w:bottom w:val="single" w:sz="6" w:space="0" w:color="27AE60"/>
                    <w:right w:val="single" w:sz="6" w:space="0" w:color="27AE60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FFFFFF"/>
                      <w:sz w:val="27"/>
                      <w:szCs w:val="27"/>
                      <w:rtl/>
                    </w:rPr>
                    <w:t xml:space="preserve">😊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מַעֲשֶׂה טוֹב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single" w:sz="6" w:space="0" w:color="C0392B"/>
                    <w:left w:val="single" w:sz="6" w:space="0" w:color="C0392B"/>
                    <w:bottom w:val="single" w:sz="6" w:space="0" w:color="C0392B"/>
                    <w:right w:val="single" w:sz="6" w:space="0" w:color="C0392B"/>
                  </w:tcBorders>
                  <w:shd w:val="clear" w:color="auto" w:fill="C0392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FFFFFF"/>
                      <w:sz w:val="27"/>
                      <w:szCs w:val="27"/>
                      <w:rtl/>
                    </w:rPr>
                    <w:t xml:space="preserve">😟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לֹא כְּדַאי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צַיְּרוּ אֵיךְ אַתֶּם מְכַבְּדִים אֶת הַהוֹרִים.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865"/>
            </w:tblGrid>
            <w:tr>
              <w:trPr>
                <w:trHeight w:val="2608" w:hRule="exact"/>
                <w:cantSplit/>
              </w:trPr>
              <w:tc>
                <w:tcPr>
                  <w:tcW w:type="dxa" w:w="10318"/>
                  <w:tcW w:w="9865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✿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תּוֹלְדוֹת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צוֹבְעִים וְחוֹשְׁבִים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DejaVu Sans" w:hAnsi="DejaVu Sans" w:cs="DejaVu Sans" w:eastAsia="DejaVu Sans"/>
          <w:b/>
          <w:bCs/>
          <w:color w:val="8E44AD"/>
          <w:sz w:val="30"/>
          <w:szCs w:val="30"/>
          <w:rtl/>
        </w:rPr>
        <w:t xml:space="preserve">✿ </w:t>
      </w:r>
      <w:r>
        <w:rPr>
          <w:rFonts w:ascii="Noto Sans Hebrew" w:hAnsi="Noto Sans Hebrew" w:cs="Noto Sans Hebrew" w:eastAsia="Noto Sans Hebrew"/>
          <w:b/>
          <w:bCs/>
          <w:color w:val="8E44AD"/>
          <w:sz w:val="40"/>
          <w:szCs w:val="40"/>
          <w:rtl/>
        </w:rPr>
        <w:t>צַבְּעוּ אֶת סִיר נְזִיד הָעֲדָשִׁים.</w:t>
      </w:r>
    </w:p>
    <w:tbl>
      <w:tblPr>
        <w:bidiVisual/>
        <w:tblW w:w="759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597"/>
      </w:tblGrid>
      <w:tr>
        <w:trPr>
          <w:cantSplit/>
        </w:trPr>
        <w:tc>
          <w:tcPr>
            <w:tcW w:type="dxa" w:w="10318"/>
            <w:tcW w:w="7597" w:type="dxa"/>
            <w:tcBorders>
              <w:top w:val="single" w:sz="12" w:space="0" w:color="8E44AD"/>
              <w:left w:val="single" w:sz="12" w:space="0" w:color="8E44AD"/>
              <w:bottom w:val="single" w:sz="12" w:space="0" w:color="8E44AD"/>
              <w:right w:val="single" w:sz="12" w:space="0" w:color="8E44AD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36000" cy="5544000"/>
                  <wp:docPr id="54" name="Picture 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oldot_c_126_None_False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6000" cy="55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מָה אָהַב עֵשָׂו לַעֲשׂוֹת, וּמָה אָהַב יַעֲקֹב לַעֲשׂוֹת?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515"/>
        <w:gridCol w:w="2268"/>
        <w:gridCol w:w="2268"/>
        <w:gridCol w:w="2268"/>
      </w:tblGrid>
      <w:tr>
        <w:trPr>
          <w:trHeight w:val="793" w:hRule="atLeast"/>
          <w:cantSplit/>
        </w:trPr>
        <w:tc>
          <w:tcPr>
            <w:tcW w:type="dxa" w:w="2579"/>
            <w:tcW w:w="351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4F6F7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>אֵיךְ הִצְלַחְתִּי? סַמְּנוּ: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55" name="Picture 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9_None_Fals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מְצֻיָּן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56" name="Picture 5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9_None_Fals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טוֹב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57" name="Picture 5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9_None_Fals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קָשֶׁה לִי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↻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8"/>
                <w:szCs w:val="48"/>
                <w:rtl/>
              </w:rPr>
              <w:t>חֲזָרָה עַל פָּרָשׁוֹת חֵלֶק א'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אֵיזוֹ פָּרָשָׁה בַּתְּמוּנָה?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מִשֵּׁם הַפָּרָשָׁה אֶל הַתְּמוּנָה הַמַּתְאִימָה לָהּ.</w:t>
            </w:r>
          </w:p>
          <w:tbl>
            <w:tblPr>
              <w:bidiVisual/>
              <w:tblW w:w="1031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  <w:gridCol w:w="567"/>
              <w:gridCol w:w="1474"/>
              <w:gridCol w:w="567"/>
              <w:gridCol w:w="2608"/>
            </w:tblGrid>
            <w:tr>
              <w:trPr>
                <w:trHeight w:val="1761" w:hRule="atLeast"/>
                <w:cantSplit/>
              </w:trPr>
              <w:tc>
                <w:tcPr>
                  <w:tcW w:type="dxa" w:w="2064"/>
                  <w:tcW w:w="510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פָּרָשַׁת וַיֵּרָא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474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12000" cy="1008000"/>
                        <wp:docPr id="58" name="Picture 5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chayei_3_42_None_False.jp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2000" cy="100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1761" w:hRule="atLeast"/>
                <w:cantSplit/>
              </w:trPr>
              <w:tc>
                <w:tcPr>
                  <w:tcW w:type="dxa" w:w="2064"/>
                  <w:tcW w:w="510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פָּרָשַׁת חַיֵּי שָׂרָה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474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12000" cy="1008000"/>
                        <wp:docPr id="59" name="Picture 5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toldot_2_42_None_False.jpg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2000" cy="100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1761" w:hRule="atLeast"/>
                <w:cantSplit/>
              </w:trPr>
              <w:tc>
                <w:tcPr>
                  <w:tcW w:type="dxa" w:w="2064"/>
                  <w:tcW w:w="510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פָּרָשַׁת תּוֹלְדוֹת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474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12000" cy="1008000"/>
                        <wp:docPr id="60" name="Picture 6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vayera_2_42_None_False.jpg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2000" cy="100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אֵיזוֹ מִדָּה לָמַדְנוּ?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מִשֵּׁם הַפָּרָשָׁה אֶל הַמִּדָּה הַטּוֹבָה שֶׁלָּמַדְנוּ בָּהּ.</w:t>
            </w:r>
          </w:p>
          <w:tbl>
            <w:tblPr>
              <w:bidiVisual/>
              <w:tblW w:w="1031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402"/>
              <w:gridCol w:w="567"/>
              <w:gridCol w:w="1247"/>
              <w:gridCol w:w="567"/>
              <w:gridCol w:w="4536"/>
            </w:tblGrid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40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פָּרָשַׁת וַיֵּרָא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53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חֶסֶד וּנְתִינָה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40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פָּרָשַׁת חַיֵּי שָׂרָה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53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כִּבּוּד הוֹרִים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40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פָּרָשַׁת תּוֹלְדוֹת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53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הַכְנָסַת אוֹרְחִים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מָה אָהַבְתִּי בְּיוֹתֵר בַּפָּרָשׁוֹת? לָמָּה?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13948" w:hRule="exact"/>
          <w:cantSplit/>
        </w:trPr>
        <w:tc>
          <w:tcPr>
            <w:tcW w:type="dxa" w:w="10318"/>
            <w:tcW w:w="10319" w:type="dxa"/>
            <w:tcBorders>
              <w:top w:val="double" w:sz="36" w:space="0" w:color="D4AC0D"/>
              <w:left w:val="double" w:sz="36" w:space="0" w:color="D4AC0D"/>
              <w:bottom w:val="double" w:sz="36" w:space="0" w:color="D4AC0D"/>
              <w:right w:val="double" w:sz="36" w:space="0" w:color="D4AC0D"/>
            </w:tcBorders>
            <w:shd w:val="clear" w:color="auto" w:fill="FFFDF5"/>
            <w:tcMar>
              <w:top w:w="283" w:type="dxa"/>
              <w:left w:w="283" w:type="dxa"/>
              <w:bottom w:w="283" w:type="dxa"/>
              <w:right w:w="283" w:type="dxa"/>
            </w:tcMar>
            <w:vAlign w:val="top"/>
          </w:tcPr>
          <w:p>
            <w:pPr>
              <w:bidi/>
              <w:spacing w:before="120" w:after="0"/>
              <w:jc w:val="center"/>
            </w:pPr>
            <w:r>
              <w:rPr>
                <w:rFonts w:ascii="DejaVu Sans" w:hAnsi="DejaVu Sans" w:cs="DejaVu Sans" w:eastAsia="DejaVu Sans"/>
                <w:sz w:val="68"/>
                <w:szCs w:val="68"/>
                <w:rtl/>
              </w:rPr>
              <w:t>★</w:t>
            </w:r>
          </w:p>
          <w:p>
            <w:pPr>
              <w:bidi/>
              <w:spacing w:before="0" w:after="16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7D6608"/>
                <w:sz w:val="80"/>
                <w:szCs w:val="80"/>
                <w:rtl/>
              </w:rPr>
              <w:t>תְּעוּדַת סִיּוּם</w:t>
            </w:r>
          </w:p>
          <w:p>
            <w:pPr>
              <w:bidi/>
              <w:spacing w:before="0" w:after="20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44"/>
                <w:szCs w:val="44"/>
                <w:rtl/>
              </w:rPr>
              <w:t xml:space="preserve">לַתַּלְמִיד / לַתַּלְמִידָה: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888888"/>
                <w:sz w:val="44"/>
                <w:szCs w:val="44"/>
                <w:rtl/>
              </w:rPr>
              <w:t>________________________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sz w:val="42"/>
                <w:szCs w:val="42"/>
                <w:rtl/>
              </w:rPr>
              <w:t>סִיַּמְתָּ בְּהַצְלָחָה אֶת חֵלֶק א' שֶׁל חוֹבֶרֶת חֻמַּשׁ בְּרֵאשִׁית –</w:t>
            </w:r>
          </w:p>
          <w:p>
            <w:pPr>
              <w:bidi/>
              <w:spacing w:before="0" w:after="20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3A5F"/>
                <w:sz w:val="42"/>
                <w:szCs w:val="42"/>
                <w:rtl/>
              </w:rPr>
              <w:t>פָּרָשׁוֹת וַיֵּרָא, חַיֵּי שָׂרָה וְתּוֹלְדוֹת!</w:t>
            </w:r>
          </w:p>
          <w:p>
            <w:pPr>
              <w:bidi/>
              <w:spacing w:before="0" w:after="20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0" cy="2998730"/>
                  <wp:docPr id="61" name="Picture 6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era_2_125_None_False.jp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0" cy="29987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28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44"/>
                <w:szCs w:val="44"/>
                <w:rtl/>
              </w:rPr>
              <w:t>כָּל הַכָּבוֹד! מַמְשִׁיכִים לִלְמֹד וְלִגְדֹּל בַּתּוֹרָה וּבְמִדּוֹת טוֹבוֹת.</w:t>
            </w:r>
          </w:p>
          <w:tbl>
            <w:tblPr>
              <w:bidiVisual/>
              <w:tblW w:w="907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type="dxa" w:w="5159"/>
                  <w:tcW w:w="4536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888888"/>
                      <w:sz w:val="36"/>
                      <w:szCs w:val="36"/>
                      <w:rtl/>
                    </w:rPr>
                    <w:t>____________________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2"/>
                      <w:szCs w:val="32"/>
                      <w:rtl/>
                    </w:rPr>
                    <w:t>חֲתִימַת הַמּוֹרֶה</w:t>
                  </w:r>
                </w:p>
              </w:tc>
              <w:tc>
                <w:tcPr>
                  <w:tcW w:type="dxa" w:w="5159"/>
                  <w:tcW w:w="4536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888888"/>
                      <w:sz w:val="36"/>
                      <w:szCs w:val="36"/>
                      <w:rtl/>
                    </w:rPr>
                    <w:t>____________________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2"/>
                      <w:szCs w:val="32"/>
                      <w:rtl/>
                    </w:rPr>
                    <w:t>תַּאֲרִיךְ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סַדְּרוּ אֶת הַסִּפּוּר – פָּרָשַׁת וַיֵּרָא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80"/>
        <w:jc w:val="center"/>
      </w:pPr>
      <w:r>
        <w:rPr>
          <w:rFonts w:ascii="Noto Sans Hebrew" w:hAnsi="Noto Sans Hebrew" w:cs="Noto Sans Hebrew" w:eastAsia="Noto Sans Hebrew"/>
          <w:color w:val="909497"/>
          <w:sz w:val="26"/>
          <w:szCs w:val="26"/>
          <w:rtl/>
        </w:rPr>
        <w:t>מַדְפִּיסִים עַמּוּד זֶה בְּצַד אֶחָד בִּלְבַד · גּוֹזְרִים לְאֹרֶךְ הַקַּו הַמְּקֻוְקָו</w:t>
      </w:r>
    </w:p>
    <w:tbl>
      <w:tblPr>
        <w:bidiVisual/>
        <w:tblW w:w="10206" w:type="dxa"/>
        <w:jc w:val="center"/>
        <w:tblCellSpacing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  <w:gridCol w:w="5103"/>
      </w:tblGrid>
      <w:tr>
        <w:trPr>
          <w:trHeight w:val="3532" w:hRule="exact"/>
          <w:cantSplit/>
        </w:trPr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62" name="Picture 6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era_3_86_None_False.jp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63" name="Picture 6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era_1_86_None_False.jp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532" w:hRule="exact"/>
          <w:cantSplit/>
        </w:trPr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64" name="Picture 6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era_2_86_None_False.jp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103" w:type="dxa"/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BBBBBB"/>
                <w:sz w:val="80"/>
                <w:szCs w:val="80"/>
                <w:rtl/>
              </w:rPr>
              <w:t>✂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36"/>
                <w:szCs w:val="36"/>
                <w:rtl/>
              </w:rPr>
              <w:t>פָּרָשַׁת וַיֵּרָא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6" w:space="0" w:color="000000"/>
              <w:left w:val="nil" w:sz="0" w:space="0" w:color="FFFFFF"/>
              <w:bottom w:val="nil" w:sz="0" w:space="0" w:color="FFFFFF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8"/>
                <w:szCs w:val="8"/>
                <w:rtl/>
              </w:rPr>
              <w:t xml:space="preserve"> 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מְמַיְּנִים מַעֲשִׂים – פָּרָשַׁת וַיֵּרָא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9298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649"/>
        <w:gridCol w:w="4649"/>
      </w:tblGrid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מְקַבְּלִים אֶת הָאוֹרֵחַ בְּחִיּוּךְ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מְשַׂחֲקִים לְבַד וְלֹא מְשַׁתְּפִים אֶת הָאוֹרֵחַ</w:t>
            </w:r>
          </w:p>
        </w:tc>
      </w:tr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מַצִּיעִים לָאוֹרֵחַ כּוֹס מַיִם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לֹא אוֹמְרִים שָׁלוֹם לָאוֹרֵחַ</w:t>
            </w:r>
          </w:p>
        </w:tc>
      </w:tr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מְלַוִּים אֶת הָאוֹרֵחַ עַד הַדֶּלֶת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סוֹגְרִים אֶת הַדֶּלֶת בִּפְנֵי הָאוֹרֵחַ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סַדְּרוּ אֶת הַסִּפּוּר – פָּרָשַׁת חַיֵּי שָׂרָה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80"/>
        <w:jc w:val="center"/>
      </w:pPr>
      <w:r>
        <w:rPr>
          <w:rFonts w:ascii="Noto Sans Hebrew" w:hAnsi="Noto Sans Hebrew" w:cs="Noto Sans Hebrew" w:eastAsia="Noto Sans Hebrew"/>
          <w:color w:val="909497"/>
          <w:sz w:val="26"/>
          <w:szCs w:val="26"/>
          <w:rtl/>
        </w:rPr>
        <w:t>מַדְפִּיסִים עַמּוּד זֶה בְּצַד אֶחָד בִּלְבַד · גּוֹזְרִים לְאֹרֶךְ הַקַּו הַמְּקֻוְקָו</w:t>
      </w:r>
    </w:p>
    <w:tbl>
      <w:tblPr>
        <w:bidiVisual/>
        <w:tblW w:w="10206" w:type="dxa"/>
        <w:jc w:val="center"/>
        <w:tblCellSpacing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  <w:gridCol w:w="5103"/>
      </w:tblGrid>
      <w:tr>
        <w:trPr>
          <w:trHeight w:val="3532" w:hRule="exact"/>
          <w:cantSplit/>
        </w:trPr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65" name="Picture 6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yei_3_86_None_False.jp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66" name="Picture 6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yei_1_86_None_False.jp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532" w:hRule="exact"/>
          <w:cantSplit/>
        </w:trPr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67" name="Picture 6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yei_2_86_None_False.jp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103" w:type="dxa"/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BBBBBB"/>
                <w:sz w:val="80"/>
                <w:szCs w:val="80"/>
                <w:rtl/>
              </w:rPr>
              <w:t>✂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6"/>
                <w:szCs w:val="36"/>
                <w:rtl/>
              </w:rPr>
              <w:t>פָּרָשַׁת חַיֵּי שָׂרָה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6" w:space="0" w:color="000000"/>
              <w:left w:val="nil" w:sz="0" w:space="0" w:color="FFFFFF"/>
              <w:bottom w:val="nil" w:sz="0" w:space="0" w:color="FFFFFF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8"/>
                <w:szCs w:val="8"/>
                <w:rtl/>
              </w:rPr>
              <w:t xml:space="preserve"> 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מְמַיְּנִים מַעֲשִׂים – פָּרָשַׁת חַיֵּי שָׂרָה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9298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649"/>
        <w:gridCol w:w="4649"/>
      </w:tblGrid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נוֹתְנִים מַיִם לַכֶּלֶב הַצָּמֵא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צוֹחֲקִים עַל חָבֵר שֶׁנָּפַל</w:t>
            </w:r>
          </w:p>
        </w:tc>
      </w:tr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עוֹזְרִים לְחָבֵר לְהָרִים אֶת הַתִּיק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מַשְׁאִירִים אֶת הֶחָתוּל רָעֵב</w:t>
            </w:r>
          </w:p>
        </w:tc>
      </w:tr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מְשַׁתְּפִים חָבֵר בָּאֹכֶל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לֹא עוֹזְרִים לְחָבֵר שֶׁמְּבַקֵּשׁ עֶזְרָה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סַדְּרוּ אֶת הַסִּפּוּר – פָּרָשַׁת תּוֹלְדוֹת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80"/>
        <w:jc w:val="center"/>
      </w:pPr>
      <w:r>
        <w:rPr>
          <w:rFonts w:ascii="Noto Sans Hebrew" w:hAnsi="Noto Sans Hebrew" w:cs="Noto Sans Hebrew" w:eastAsia="Noto Sans Hebrew"/>
          <w:color w:val="909497"/>
          <w:sz w:val="26"/>
          <w:szCs w:val="26"/>
          <w:rtl/>
        </w:rPr>
        <w:t>מַדְפִּיסִים עַמּוּד זֶה בְּצַד אֶחָד בִּלְבַד · גּוֹזְרִים לְאֹרֶךְ הַקַּו הַמְּקֻוְקָו</w:t>
      </w:r>
    </w:p>
    <w:tbl>
      <w:tblPr>
        <w:bidiVisual/>
        <w:tblW w:w="10206" w:type="dxa"/>
        <w:jc w:val="center"/>
        <w:tblCellSpacing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  <w:gridCol w:w="5103"/>
      </w:tblGrid>
      <w:tr>
        <w:trPr>
          <w:trHeight w:val="3532" w:hRule="exact"/>
          <w:cantSplit/>
        </w:trPr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68" name="Picture 6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oldot_3_86_None_False.jp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69" name="Picture 6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oldot_1_86_None_False.jp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532" w:hRule="exact"/>
          <w:cantSplit/>
        </w:trPr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70" name="Picture 7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oldot_2_86_None_False.jp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103" w:type="dxa"/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BBBBBB"/>
                <w:sz w:val="80"/>
                <w:szCs w:val="80"/>
                <w:rtl/>
              </w:rPr>
              <w:t>✂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6"/>
                <w:szCs w:val="36"/>
                <w:rtl/>
              </w:rPr>
              <w:t>פָּרָשַׁת תּוֹלְדוֹת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6" w:space="0" w:color="000000"/>
              <w:left w:val="nil" w:sz="0" w:space="0" w:color="FFFFFF"/>
              <w:bottom w:val="nil" w:sz="0" w:space="0" w:color="FFFFFF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8"/>
                <w:szCs w:val="8"/>
                <w:rtl/>
              </w:rPr>
              <w:t xml:space="preserve"> 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מְמַיְּנִים מַעֲשִׂים – פָּרָשַׁת תּוֹלְדוֹת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9298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649"/>
        <w:gridCol w:w="4649"/>
      </w:tblGrid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עוֹזְרִים לְאִמָּא לְסַדֵּר אֶת הַבַּיִת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עוֹנִים לַהוֹרִים בְּחֻצְפָּה</w:t>
            </w:r>
          </w:p>
        </w:tc>
      </w:tr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מְבִיאִים לְאַבָּא כּוֹס מַיִם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לֹא שׁוֹמְעִים בְּקוֹל הַהוֹרִים</w:t>
            </w:r>
          </w:p>
        </w:tc>
      </w:tr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קָמִים כְּשֶׁסַּבָּא נִכְנָס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מַפְרִיעִים לַהוֹרִים כְּשֶׁהֵם מְדַבְּרִים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ans Hebrew" w:hAnsi="Noto Sans Hebrew" w:cs="Noto Sans Hebrew" w:eastAsia="Noto Sans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ans Hebrew" w:hAnsi="Noto Sans Hebrew" w:cs="Noto Sans Hebrew" w:eastAsia="Noto Sans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ans Hebrew" w:hAnsi="Noto Sans Hebrew" w:cs="Noto Sans Hebrew" w:eastAsia="Noto Sans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jpg"/><Relationship Id="rId23" Type="http://schemas.openxmlformats.org/officeDocument/2006/relationships/image" Target="media/image13.png"/><Relationship Id="rId24" Type="http://schemas.openxmlformats.org/officeDocument/2006/relationships/image" Target="media/image14.jpg"/><Relationship Id="rId25" Type="http://schemas.openxmlformats.org/officeDocument/2006/relationships/image" Target="media/image15.jpg"/><Relationship Id="rId26" Type="http://schemas.openxmlformats.org/officeDocument/2006/relationships/image" Target="media/image16.jpg"/><Relationship Id="rId27" Type="http://schemas.openxmlformats.org/officeDocument/2006/relationships/image" Target="media/image17.jpg"/><Relationship Id="rId28" Type="http://schemas.openxmlformats.org/officeDocument/2006/relationships/image" Target="media/image18.jpg"/><Relationship Id="rId29" Type="http://schemas.openxmlformats.org/officeDocument/2006/relationships/image" Target="media/image19.jpg"/><Relationship Id="rId30" Type="http://schemas.openxmlformats.org/officeDocument/2006/relationships/image" Target="media/image20.jpg"/><Relationship Id="rId31" Type="http://schemas.openxmlformats.org/officeDocument/2006/relationships/image" Target="media/image21.jpg"/><Relationship Id="rId32" Type="http://schemas.openxmlformats.org/officeDocument/2006/relationships/image" Target="media/image22.jpg"/><Relationship Id="rId33" Type="http://schemas.openxmlformats.org/officeDocument/2006/relationships/image" Target="media/image23.jpg"/><Relationship Id="rId34" Type="http://schemas.openxmlformats.org/officeDocument/2006/relationships/image" Target="media/image24.jpg"/><Relationship Id="rId35" Type="http://schemas.openxmlformats.org/officeDocument/2006/relationships/image" Target="media/image25.jpg"/><Relationship Id="rId36" Type="http://schemas.openxmlformats.org/officeDocument/2006/relationships/image" Target="media/image26.jpg"/><Relationship Id="rId37" Type="http://schemas.openxmlformats.org/officeDocument/2006/relationships/image" Target="media/image27.jpg"/><Relationship Id="rId38" Type="http://schemas.openxmlformats.org/officeDocument/2006/relationships/image" Target="media/image28.jpg"/><Relationship Id="rId39" Type="http://schemas.openxmlformats.org/officeDocument/2006/relationships/image" Target="media/image29.jpg"/><Relationship Id="rId40" Type="http://schemas.openxmlformats.org/officeDocument/2006/relationships/image" Target="media/image30.jpg"/><Relationship Id="rId41" Type="http://schemas.openxmlformats.org/officeDocument/2006/relationships/image" Target="media/image31.jpg"/><Relationship Id="rId42" Type="http://schemas.openxmlformats.org/officeDocument/2006/relationships/image" Target="media/image32.jpg"/><Relationship Id="rId43" Type="http://schemas.openxmlformats.org/officeDocument/2006/relationships/image" Target="media/image33.jpg"/><Relationship Id="rId44" Type="http://schemas.openxmlformats.org/officeDocument/2006/relationships/image" Target="media/image3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