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30" w:space="0" w:color="D4AC0D"/>
              <w:left w:val="double" w:sz="30" w:space="0" w:color="D4AC0D"/>
              <w:bottom w:val="double" w:sz="30" w:space="0" w:color="D4AC0D"/>
              <w:right w:val="double" w:sz="30" w:space="0" w:color="D4AC0D"/>
            </w:tcBorders>
            <w:shd w:val="clear" w:color="auto" w:fill="1F3A5F"/>
            <w:tcMar>
              <w:top w:w="170" w:type="dxa"/>
              <w:left w:w="226" w:type="dxa"/>
              <w:bottom w:w="170" w:type="dxa"/>
              <w:right w:w="226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88"/>
                <w:szCs w:val="88"/>
                <w:rtl/>
              </w:rPr>
              <w:t>חֻמַּשׁ בְּרֵאשִׁית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7DC6F"/>
                <w:sz w:val="44"/>
                <w:szCs w:val="44"/>
                <w:rtl/>
              </w:rPr>
              <w:t>חוֹבֶרֶת עֲבוֹדָה וּפְעִילוּת לְכִתָּה ב'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2" w:space="0" w:color="D4AC0D"/>
              <w:left w:val="single" w:sz="12" w:space="0" w:color="D4AC0D"/>
              <w:bottom w:val="single" w:sz="12" w:space="0" w:color="D4AC0D"/>
              <w:right w:val="single" w:sz="12" w:space="0" w:color="D4AC0D"/>
            </w:tcBorders>
            <w:shd w:val="clear" w:color="auto" w:fill="FFF3B0"/>
            <w:tcMar>
              <w:top w:w="68" w:type="dxa"/>
              <w:left w:w="170" w:type="dxa"/>
              <w:bottom w:w="6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52"/>
                <w:szCs w:val="52"/>
                <w:rtl/>
              </w:rPr>
              <w:t>חֵלֶק ב'</w:t>
            </w:r>
            <w:r>
              <w:rPr>
                <w:rFonts w:ascii="Noto Sans Hebrew" w:hAnsi="Noto Sans Hebrew" w:cs="Noto Sans Hebrew" w:eastAsia="Noto Sans Hebrew"/>
                <w:sz w:val="40"/>
                <w:szCs w:val="40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42"/>
                <w:szCs w:val="42"/>
                <w:rtl/>
              </w:rPr>
              <w:t>פָּרָשׁוֹת וַיֵּצֵא, וַיִּשְׁלַח, וַיֵּשֶׁב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2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yetze_1_176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2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206" w:type="dxa"/>
        <w:jc w:val="center"/>
        <w:tblCellSpacing w:w="68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type="dxa" w:w="3439"/>
            <w:tcW w:w="3402" w:type="dxa"/>
            <w:tcBorders>
              <w:top w:val="single" w:sz="12" w:space="0" w:color="D35400"/>
              <w:left w:val="single" w:sz="12" w:space="0" w:color="D35400"/>
              <w:bottom w:val="single" w:sz="12" w:space="0" w:color="D35400"/>
              <w:right w:val="single" w:sz="12" w:space="0" w:color="D354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32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tze_3_55_None_Fals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3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2"/>
                <w:szCs w:val="32"/>
                <w:rtl/>
              </w:rPr>
              <w:t>פָּרָשַׁת וַיֵּצֵא</w:t>
            </w:r>
          </w:p>
        </w:tc>
        <w:tc>
          <w:tcPr>
            <w:tcW w:type="dxa" w:w="3439"/>
            <w:tcW w:w="3402" w:type="dxa"/>
            <w:tcBorders>
              <w:top w:val="single" w:sz="12" w:space="0" w:color="2980B9"/>
              <w:left w:val="single" w:sz="12" w:space="0" w:color="2980B9"/>
              <w:bottom w:val="single" w:sz="12" w:space="0" w:color="2980B9"/>
              <w:right w:val="single" w:sz="12" w:space="0" w:color="2980B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32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ishlach_3_55_None_Fals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3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2"/>
                <w:szCs w:val="32"/>
                <w:rtl/>
              </w:rPr>
              <w:t>פָּרָשַׁת וַיִּשְׁלַח</w:t>
            </w:r>
          </w:p>
        </w:tc>
        <w:tc>
          <w:tcPr>
            <w:tcW w:type="dxa" w:w="3439"/>
            <w:tcW w:w="3402" w:type="dxa"/>
            <w:tcBorders>
              <w:top w:val="single" w:sz="12" w:space="0" w:color="27AE60"/>
              <w:left w:val="single" w:sz="12" w:space="0" w:color="27AE60"/>
              <w:bottom w:val="single" w:sz="12" w:space="0" w:color="27AE60"/>
              <w:right w:val="single" w:sz="12" w:space="0" w:color="27AE6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32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shev_1_55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3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2"/>
                <w:szCs w:val="32"/>
                <w:rtl/>
              </w:rPr>
              <w:t>פָּרָשַׁת וַיֵּשֶׁב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9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8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48"/>
                <w:szCs w:val="48"/>
                <w:rtl/>
              </w:rPr>
              <w:t>הַחוֹבֶרֶת שֶׁל:</w:t>
            </w:r>
          </w:p>
          <w:tbl>
            <w:tblPr>
              <w:bidiVisual/>
              <w:tblW w:w="941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412"/>
            </w:tblGrid>
            <w:tr>
              <w:trPr>
                <w:trHeight w:val="737" w:hRule="exact"/>
                <w:cantSplit/>
              </w:trPr>
              <w:tc>
                <w:tcPr>
                  <w:tcW w:type="dxa" w:w="10318"/>
                  <w:tcW w:w="941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20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 xml:space="preserve">כִּתָּה: </w:t>
            </w:r>
            <w:r>
              <w:rPr>
                <w:rFonts w:ascii="Noto Sans Hebrew" w:hAnsi="Noto Sans Hebrew" w:cs="Noto Sans Hebrew" w:eastAsia="Noto Sans Hebrew"/>
                <w:color w:val="888888"/>
                <w:sz w:val="40"/>
                <w:szCs w:val="40"/>
                <w:rtl/>
              </w:rPr>
              <w:t>____________________________________</w:t>
            </w:r>
          </w:p>
          <w:p>
            <w:pPr>
              <w:bidi/>
              <w:spacing w:before="20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 xml:space="preserve">בֵּית הַסֵּפֶר: </w:t>
            </w:r>
            <w:r>
              <w:rPr>
                <w:rFonts w:ascii="Noto Sans Hebrew" w:hAnsi="Noto Sans Hebrew" w:cs="Noto Sans Hebrew" w:eastAsia="Noto Sans Hebrew"/>
                <w:color w:val="888888"/>
                <w:sz w:val="40"/>
                <w:szCs w:val="40"/>
                <w:rtl/>
              </w:rPr>
              <w:t>______________________________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לַפְּתִיחָה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תּוֹרָה צִוָּה־לָנוּ מֹשֶׁה מוֹרָשָׁה קְהִלַּת יַעֲקֹב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דְּבָרִים לג, ד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DejaVu Sans" w:hAnsi="DejaVu Sans" w:cs="DejaVu Sans" w:eastAsia="DejaVu Sans"/>
          <w:b/>
          <w:bCs/>
          <w:color w:val="1F3A5F"/>
          <w:sz w:val="30"/>
          <w:szCs w:val="30"/>
          <w:rtl/>
        </w:rPr>
        <w:t xml:space="preserve">➜ </w:t>
      </w:r>
      <w:r>
        <w:rPr>
          <w:rFonts w:ascii="Noto Sans Hebrew" w:hAnsi="Noto Sans Hebrew" w:cs="Noto Sans Hebrew" w:eastAsia="Noto Sans Hebrew"/>
          <w:b/>
          <w:bCs/>
          <w:color w:val="1F3A5F"/>
          <w:sz w:val="38"/>
          <w:szCs w:val="38"/>
          <w:rtl/>
        </w:rPr>
        <w:t>מַסְלוּל הַפָּרָשׁוֹת שֶׁלָּנוּ – מִוַּיֵּרָא וְעַד וַיְחִי</w:t>
      </w:r>
    </w:p>
    <w:tbl>
      <w:tblPr>
        <w:bidiVisual/>
        <w:tblW w:w="10149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474"/>
        <w:gridCol w:w="2891"/>
        <w:gridCol w:w="2891"/>
        <w:gridCol w:w="2891"/>
      </w:tblGrid>
      <w:tr>
        <w:trPr>
          <w:trHeight w:val="680" w:hRule="atLeast"/>
          <w:cantSplit/>
        </w:trPr>
        <w:tc>
          <w:tcPr>
            <w:tcW w:type="dxa" w:w="2579"/>
            <w:tcW w:w="147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D5D8D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566573"/>
                <w:sz w:val="34"/>
                <w:szCs w:val="34"/>
                <w:rtl/>
              </w:rPr>
              <w:t>חֵלֶק א'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וַיֵּרָא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חַיֵּי שָׂרָה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תּוֹלְדוֹת</w:t>
            </w:r>
          </w:p>
        </w:tc>
      </w:tr>
      <w:tr>
        <w:trPr>
          <w:trHeight w:val="680" w:hRule="atLeast"/>
          <w:cantSplit/>
        </w:trPr>
        <w:tc>
          <w:tcPr>
            <w:tcW w:type="dxa" w:w="2579"/>
            <w:tcW w:w="147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>חֵלֶק ב'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>פָּרָשַׁת וַיֵּצֵא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>פָּרָשַׁת וַיִּשְׁלַח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>פָּרָשַׁת וַיֵּשֶׁב</w:t>
            </w:r>
          </w:p>
        </w:tc>
      </w:tr>
      <w:tr>
        <w:trPr>
          <w:trHeight w:val="680" w:hRule="atLeast"/>
          <w:cantSplit/>
        </w:trPr>
        <w:tc>
          <w:tcPr>
            <w:tcW w:type="dxa" w:w="2579"/>
            <w:tcW w:w="147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D5D8D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566573"/>
                <w:sz w:val="34"/>
                <w:szCs w:val="34"/>
                <w:rtl/>
              </w:rPr>
              <w:t>חֵלֶק ג'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מִקֵּץ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וַיִּגַּשׁ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וַיְחִי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9745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yishlach_1_150_None_Fals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74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p>
      <w:pPr>
        <w:bidi/>
        <w:spacing w:before="0" w:after="160"/>
        <w:jc w:val="center"/>
      </w:pPr>
      <w:r>
        <w:rPr>
          <w:rFonts w:ascii="Noto Sans Hebrew" w:hAnsi="Noto Sans Hebrew" w:cs="Noto Sans Hebrew" w:eastAsia="Noto Sans Hebrew"/>
          <w:b/>
          <w:bCs/>
          <w:color w:val="1F3A5F"/>
          <w:sz w:val="60"/>
          <w:szCs w:val="60"/>
          <w:rtl/>
        </w:rPr>
        <w:t>תֹּכֶן הָעִנְיָנִים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B2631"/>
                <w:sz w:val="23"/>
                <w:szCs w:val="23"/>
                <w:rtl/>
              </w:rPr>
              <w:t xml:space="preserve">❖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4"/>
                <w:szCs w:val="34"/>
                <w:rtl/>
              </w:rPr>
              <w:t>מָבוֹא לַמּוֹרִים וְלַהוֹרִים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2"/>
                <w:szCs w:val="32"/>
                <w:rtl/>
              </w:rPr>
              <w:t>4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single" w:sz="6" w:space="0" w:color="D35400"/>
              <w:left w:val="single" w:sz="6" w:space="0" w:color="D35400"/>
              <w:bottom w:val="single" w:sz="6" w:space="0" w:color="D35400"/>
              <w:right w:val="single" w:sz="6" w:space="0" w:color="D35400"/>
            </w:tcBorders>
            <w:shd w:val="clear" w:color="auto" w:fill="D35400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וַיֵּצֵא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  ·  מִדָּה טוֹבָה: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עֲבוֹדָה בַּחֲרִיצוּת וּבְיֹשֶׁר</w:t>
            </w:r>
          </w:p>
        </w:tc>
        <w:tc>
          <w:tcPr>
            <w:tcW w:type="dxa" w:w="5159"/>
            <w:tcW w:w="1814" w:type="dxa"/>
            <w:tcBorders>
              <w:top w:val="single" w:sz="6" w:space="0" w:color="D35400"/>
              <w:left w:val="single" w:sz="6" w:space="0" w:color="D35400"/>
              <w:bottom w:val="single" w:sz="6" w:space="0" w:color="D35400"/>
              <w:right w:val="single" w:sz="6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4"/>
                <w:szCs w:val="34"/>
                <w:rtl/>
              </w:rPr>
              <w:t>5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✦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הַסִּפּוּר שֶׁלָּנוּ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5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✍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מִלִּים קָשׁוֹת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6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✎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מְבִינִים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7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סַדְּרוּ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8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♥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מִדָּה טוֹבָה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9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✿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צוֹבְעִים וְחוֹשְׁבִים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10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single" w:sz="6" w:space="0" w:color="2980B9"/>
              <w:left w:val="single" w:sz="6" w:space="0" w:color="2980B9"/>
              <w:bottom w:val="single" w:sz="6" w:space="0" w:color="2980B9"/>
              <w:right w:val="single" w:sz="6" w:space="0" w:color="2980B9"/>
            </w:tcBorders>
            <w:shd w:val="clear" w:color="auto" w:fill="2980B9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וַיִּשְׁלַח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  ·  מִדָּה טוֹבָה: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רְדִיפַת שָׁלוֹם</w:t>
            </w:r>
          </w:p>
        </w:tc>
        <w:tc>
          <w:tcPr>
            <w:tcW w:type="dxa" w:w="5159"/>
            <w:tcW w:w="1814" w:type="dxa"/>
            <w:tcBorders>
              <w:top w:val="single" w:sz="6" w:space="0" w:color="2980B9"/>
              <w:left w:val="single" w:sz="6" w:space="0" w:color="2980B9"/>
              <w:bottom w:val="single" w:sz="6" w:space="0" w:color="2980B9"/>
              <w:right w:val="single" w:sz="6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4"/>
                <w:szCs w:val="34"/>
                <w:rtl/>
              </w:rPr>
              <w:t>11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✦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הַסִּפּוּר שֶׁלָּנוּ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11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✍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מִלִּים קָשׁוֹת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12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✎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מְבִינִים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13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סַדְּרוּ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14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♥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מִדָּה טוֹבָה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15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✿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צוֹבְעִים וְחוֹשְׁבִים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16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single" w:sz="6" w:space="0" w:color="27AE60"/>
              <w:left w:val="single" w:sz="6" w:space="0" w:color="27AE60"/>
              <w:bottom w:val="single" w:sz="6" w:space="0" w:color="27AE60"/>
              <w:right w:val="single" w:sz="6" w:space="0" w:color="27AE60"/>
            </w:tcBorders>
            <w:shd w:val="clear" w:color="auto" w:fill="27AE60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וַיֵּשֶׁב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  ·  מִדָּה טוֹבָה: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אַהֲבַת אַחִים – לֹא מְקַנְּאִים</w:t>
            </w:r>
          </w:p>
        </w:tc>
        <w:tc>
          <w:tcPr>
            <w:tcW w:type="dxa" w:w="5159"/>
            <w:tcW w:w="1814" w:type="dxa"/>
            <w:tcBorders>
              <w:top w:val="single" w:sz="6" w:space="0" w:color="27AE60"/>
              <w:left w:val="single" w:sz="6" w:space="0" w:color="27AE60"/>
              <w:bottom w:val="single" w:sz="6" w:space="0" w:color="27AE60"/>
              <w:right w:val="single" w:sz="6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4"/>
                <w:szCs w:val="34"/>
                <w:rtl/>
              </w:rPr>
              <w:t>17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✦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הַסִּפּוּר שֶׁלָּנוּ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17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✍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מִלִּים קָשׁוֹת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18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✎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מְבִינִים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19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סַדְּרוּ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20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♥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מִדָּה טוֹבָה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21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✿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צוֹבְעִים וְחוֹשְׁבִים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22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510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B2631"/>
                <w:sz w:val="23"/>
                <w:szCs w:val="23"/>
                <w:rtl/>
              </w:rPr>
              <w:t xml:space="preserve">↻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4"/>
                <w:szCs w:val="34"/>
                <w:rtl/>
              </w:rPr>
              <w:t>חֲזָרָה עַל פָּרָשׁוֹת חֵלֶק ב'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2"/>
                <w:szCs w:val="32"/>
                <w:rtl/>
              </w:rPr>
              <w:t>23</w:t>
            </w:r>
          </w:p>
        </w:tc>
      </w:tr>
      <w:tr>
        <w:trPr>
          <w:trHeight w:val="510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B2631"/>
                <w:sz w:val="23"/>
                <w:szCs w:val="23"/>
                <w:rtl/>
              </w:rPr>
              <w:t xml:space="preserve">★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4"/>
                <w:szCs w:val="34"/>
                <w:rtl/>
              </w:rPr>
              <w:t>תְּעוּדַת סִיּוּם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2"/>
                <w:szCs w:val="32"/>
                <w:rtl/>
              </w:rPr>
              <w:t>24</w:t>
            </w:r>
          </w:p>
        </w:tc>
      </w:tr>
      <w:tr>
        <w:trPr>
          <w:trHeight w:val="510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דַּף גְּזִירָה – פָּרָשַׁת וַיֵּצֵא (לְעַמּוּדִים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,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)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25</w:t>
            </w:r>
          </w:p>
        </w:tc>
      </w:tr>
      <w:tr>
        <w:trPr>
          <w:trHeight w:val="510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דַּף גְּזִירָה – פָּרָשַׁת וַיִּשְׁלַח (לְעַמּוּדִים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14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,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15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)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26</w:t>
            </w:r>
          </w:p>
        </w:tc>
      </w:tr>
      <w:tr>
        <w:trPr>
          <w:trHeight w:val="510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דַּף גְּזִירָה – פָּרָשַׁת וַיֵּשֶׁב (לְעַמּוּדִים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,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21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)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27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Noto Sans Hebrew" w:hAnsi="Noto Sans Hebrew" w:cs="Noto Sans Hebrew" w:eastAsia="Noto Sans Hebrew"/>
          <w:b/>
          <w:bCs/>
          <w:color w:val="1F3A5F"/>
          <w:sz w:val="56"/>
          <w:szCs w:val="56"/>
          <w:rtl/>
        </w:rPr>
        <w:t>מָבוֹא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2" w:space="0" w:color="5D6D7E"/>
              <w:left w:val="single" w:sz="12" w:space="0" w:color="5D6D7E"/>
              <w:bottom w:val="single" w:sz="12" w:space="0" w:color="5D6D7E"/>
              <w:right w:val="single" w:sz="12" w:space="0" w:color="5D6D7E"/>
            </w:tcBorders>
            <w:shd w:val="clear" w:color="auto" w:fill="F4F6F7"/>
            <w:tcMar>
              <w:top w:w="113" w:type="dxa"/>
              <w:left w:w="198" w:type="dxa"/>
              <w:bottom w:w="113" w:type="dxa"/>
              <w:right w:w="198" w:type="dxa"/>
            </w:tcMar>
            <w:vAlign w:val="center"/>
          </w:tcPr>
          <w:p>
            <w:pPr>
              <w:bidi/>
              <w:spacing w:before="0" w:after="8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3A5F"/>
                <w:sz w:val="30"/>
                <w:szCs w:val="30"/>
                <w:rtl/>
              </w:rPr>
              <w:t xml:space="preserve">❖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3A5F"/>
                <w:sz w:val="42"/>
                <w:szCs w:val="42"/>
                <w:rtl/>
              </w:rPr>
              <w:t>לַמּוֹרִים וְלַהוֹרִים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חוֹבֶרֶת זוֹ מְלַוָּה אֶת לִמּוּד חֻמַּשׁ בְּרֵאשִׁית בְּכִתָּה ב', מִפָּרָשַׁת וַיֵּרָא וְעַד פָּרָשַׁת וַיְחִי. הַחוֹבֶרֶת מְחֻלֶּקֶת לִשְׁלוֹשָׁה חֲלָקִים, וְזֶהוּ חֵלֶק ב': פָּרָשׁוֹת וַיֵּצֵא, וַיִּשְׁלַח וְוַיֵּשֶׁב.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אֶת סִפּוּר הַפָּרָשָׁה כָּתַבְנוּ בְּמִלִּים פְּשׁוּטוֹת, וְהַפְּסוּקִים מוּבָאִים מִן הַתּוֹרָה כִּלְשׁוֹנָם. כָּל הַחוֹבֶרֶת מְנֻקֶּדֶת, כְּדֵי שֶׁהַיְּלָדִים יוּכְלוּ לִקְרֹא בְּעַצְמָם.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בְּכָל פָּרָשָׁה לוֹמְדִים מִדָּה טוֹבָה אַחַת: עֲבוֹדָה בַּחֲרִיצוּת וּבְיֹשֶׁר, רְדִיפַת שָׁלוֹם, אַהֲבַת אַחִים – לֹא מְקַנְּאִים. כְּדַאי לְשׂוֹחֵחַ עִם הַיְּלָדִים עַל הַמִּדָּה, וּלְחַזֵּק אוֹתָהּ בַּבַּיִת וּבַכִּתָּה.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DejaVu Sans" w:hAnsi="DejaVu Sans" w:cs="DejaVu Sans" w:eastAsia="DejaVu Sans"/>
          <w:b/>
          <w:bCs/>
          <w:color w:val="1F3A5F"/>
          <w:sz w:val="30"/>
          <w:szCs w:val="30"/>
          <w:rtl/>
        </w:rPr>
        <w:t xml:space="preserve">➜ </w:t>
      </w:r>
      <w:r>
        <w:rPr>
          <w:rFonts w:ascii="Noto Sans Hebrew" w:hAnsi="Noto Sans Hebrew" w:cs="Noto Sans Hebrew" w:eastAsia="Noto Sans Hebrew"/>
          <w:b/>
          <w:bCs/>
          <w:color w:val="1F3A5F"/>
          <w:sz w:val="42"/>
          <w:szCs w:val="42"/>
          <w:rtl/>
        </w:rPr>
        <w:t>אֵיךְ עוֹבְדִים בַּחוֹבֶרֶת?</w:t>
      </w:r>
    </w:p>
    <w:p>
      <w:pPr>
        <w:bidi/>
        <w:spacing w:before="0" w:after="60"/>
        <w:jc w:val="both"/>
      </w:pPr>
      <w:r>
        <w:rPr>
          <w:rFonts w:ascii="Noto Sans Hebrew" w:hAnsi="Noto Sans Hebrew" w:cs="Noto Sans Hebrew" w:eastAsia="Noto Sans Hebrew"/>
          <w:sz w:val="32"/>
          <w:szCs w:val="32"/>
          <w:rtl/>
        </w:rPr>
        <w:t>כָּל פָּרָשָׁה מַתְחִילָה בְּעַמּוּד חָדָשׁ, וְיֵשׁ בָּהּ שִׁשָּׁה עַמּוּדִים: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93"/>
        <w:gridCol w:w="3061"/>
        <w:gridCol w:w="6463"/>
      </w:tblGrid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2E86DE"/>
              <w:left w:val="single" w:sz="6" w:space="0" w:color="2E86DE"/>
              <w:bottom w:val="single" w:sz="6" w:space="0" w:color="2E86DE"/>
              <w:right w:val="single" w:sz="6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✦</w:t>
            </w:r>
          </w:p>
        </w:tc>
        <w:tc>
          <w:tcPr>
            <w:tcW w:type="dxa" w:w="3439"/>
            <w:tcW w:w="3061" w:type="dxa"/>
            <w:tcBorders>
              <w:top w:val="single" w:sz="6" w:space="0" w:color="2E86DE"/>
              <w:left w:val="single" w:sz="6" w:space="0" w:color="2E86DE"/>
              <w:bottom w:val="single" w:sz="6" w:space="0" w:color="2E86DE"/>
              <w:right w:val="single" w:sz="6" w:space="0" w:color="2E86DE"/>
            </w:tcBorders>
            <w:shd w:val="clear" w:color="auto" w:fill="EAF3FC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2"/>
                <w:szCs w:val="32"/>
                <w:rtl/>
              </w:rPr>
              <w:t>הַסִּפּוּר שֶׁלָּנוּ</w:t>
            </w:r>
          </w:p>
        </w:tc>
        <w:tc>
          <w:tcPr>
            <w:tcW w:type="dxa" w:w="3439"/>
            <w:tcW w:w="6463" w:type="dxa"/>
            <w:tcBorders>
              <w:top w:val="single" w:sz="6" w:space="0" w:color="2E86DE"/>
              <w:left w:val="single" w:sz="6" w:space="0" w:color="2E86DE"/>
              <w:bottom w:val="single" w:sz="6" w:space="0" w:color="2E86DE"/>
              <w:right w:val="single" w:sz="6" w:space="0" w:color="2E86DE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קוֹרְאִים אֶת סִפּוּר הַפָּרָשָׁה וְאֶת הַפָּסוּק מִן הַתּוֹרָה.</w:t>
            </w:r>
          </w:p>
        </w:tc>
      </w:tr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1F618D"/>
              <w:left w:val="single" w:sz="6" w:space="0" w:color="1F618D"/>
              <w:bottom w:val="single" w:sz="6" w:space="0" w:color="1F618D"/>
              <w:right w:val="single" w:sz="6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✍</w:t>
            </w:r>
          </w:p>
        </w:tc>
        <w:tc>
          <w:tcPr>
            <w:tcW w:type="dxa" w:w="3439"/>
            <w:tcW w:w="3061" w:type="dxa"/>
            <w:tcBorders>
              <w:top w:val="single" w:sz="6" w:space="0" w:color="1F618D"/>
              <w:left w:val="single" w:sz="6" w:space="0" w:color="1F618D"/>
              <w:bottom w:val="single" w:sz="6" w:space="0" w:color="1F618D"/>
              <w:right w:val="single" w:sz="6" w:space="0" w:color="1F618D"/>
            </w:tcBorders>
            <w:shd w:val="clear" w:color="auto" w:fill="E8F0F7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>מִלִּים קָשׁוֹת</w:t>
            </w:r>
          </w:p>
        </w:tc>
        <w:tc>
          <w:tcPr>
            <w:tcW w:type="dxa" w:w="3439"/>
            <w:tcW w:w="6463" w:type="dxa"/>
            <w:tcBorders>
              <w:top w:val="single" w:sz="6" w:space="0" w:color="1F618D"/>
              <w:left w:val="single" w:sz="6" w:space="0" w:color="1F618D"/>
              <w:bottom w:val="single" w:sz="6" w:space="0" w:color="1F618D"/>
              <w:right w:val="single" w:sz="6" w:space="0" w:color="1F618D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לוֹמְדִים מִלִּים קָשׁוֹת מִן הַפָּרָשָׁה, וּמְתַרְגְּלִים אוֹתָן בְּדֶרֶךְ אַחֶרֶת בְּכָל פָּרָשָׁה.</w:t>
            </w:r>
          </w:p>
        </w:tc>
      </w:tr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16A085"/>
              <w:left w:val="single" w:sz="6" w:space="0" w:color="16A085"/>
              <w:bottom w:val="single" w:sz="6" w:space="0" w:color="16A085"/>
              <w:right w:val="single" w:sz="6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✎</w:t>
            </w:r>
          </w:p>
        </w:tc>
        <w:tc>
          <w:tcPr>
            <w:tcW w:type="dxa" w:w="3439"/>
            <w:tcW w:w="3061" w:type="dxa"/>
            <w:tcBorders>
              <w:top w:val="single" w:sz="6" w:space="0" w:color="16A085"/>
              <w:left w:val="single" w:sz="6" w:space="0" w:color="16A085"/>
              <w:bottom w:val="single" w:sz="6" w:space="0" w:color="16A085"/>
              <w:right w:val="single" w:sz="6" w:space="0" w:color="16A085"/>
            </w:tcBorders>
            <w:shd w:val="clear" w:color="auto" w:fill="E8F6F3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2"/>
                <w:szCs w:val="32"/>
                <w:rtl/>
              </w:rPr>
              <w:t>מְבִינִים אֶת הַסִּפּוּר</w:t>
            </w:r>
          </w:p>
        </w:tc>
        <w:tc>
          <w:tcPr>
            <w:tcW w:type="dxa" w:w="3439"/>
            <w:tcW w:w="6463" w:type="dxa"/>
            <w:tcBorders>
              <w:top w:val="single" w:sz="6" w:space="0" w:color="16A085"/>
              <w:left w:val="single" w:sz="6" w:space="0" w:color="16A085"/>
              <w:bottom w:val="single" w:sz="6" w:space="0" w:color="16A085"/>
              <w:right w:val="single" w:sz="6" w:space="0" w:color="16A085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מַשְׁלִימִים מִלִּים, מוֹתְחִים קַוִּים, וּמְסַמְּנִים נָכוֹן אוֹ לֹא נָכוֹן.</w:t>
            </w:r>
          </w:p>
        </w:tc>
      </w:tr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✂</w:t>
            </w:r>
          </w:p>
        </w:tc>
        <w:tc>
          <w:tcPr>
            <w:tcW w:type="dxa" w:w="3439"/>
            <w:tcW w:w="3061" w:type="dxa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FDF2E7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E67E22"/>
                <w:sz w:val="32"/>
                <w:szCs w:val="32"/>
                <w:rtl/>
              </w:rPr>
              <w:t>סַדְּרוּ אֶת הַסִּפּוּר</w:t>
            </w:r>
          </w:p>
        </w:tc>
        <w:tc>
          <w:tcPr>
            <w:tcW w:type="dxa" w:w="3439"/>
            <w:tcW w:w="6463" w:type="dxa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גּוֹזְרִים תְּמוּנוֹת מִדַּף הַגְּזִירָה, וּמַדְבִּיקִים אוֹתָן לְפִי סֵדֶר הַסִּפּוּר.</w:t>
            </w:r>
          </w:p>
        </w:tc>
      </w:tr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♥</w:t>
            </w:r>
          </w:p>
        </w:tc>
        <w:tc>
          <w:tcPr>
            <w:tcW w:type="dxa" w:w="3439"/>
            <w:tcW w:w="3061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FBEAEA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2"/>
                <w:szCs w:val="32"/>
                <w:rtl/>
              </w:rPr>
              <w:t>מִדָּה טוֹבָה</w:t>
            </w:r>
          </w:p>
        </w:tc>
        <w:tc>
          <w:tcPr>
            <w:tcW w:type="dxa" w:w="3439"/>
            <w:tcW w:w="6463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קוֹרְאִים עַל הַמִּדָּה, מְמַיְּנִים מַעֲשִׂים וּמְצַיְּרִים.</w:t>
            </w:r>
          </w:p>
        </w:tc>
      </w:tr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8E44AD"/>
              <w:left w:val="single" w:sz="6" w:space="0" w:color="8E44AD"/>
              <w:bottom w:val="single" w:sz="6" w:space="0" w:color="8E44AD"/>
              <w:right w:val="single" w:sz="6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✿</w:t>
            </w:r>
          </w:p>
        </w:tc>
        <w:tc>
          <w:tcPr>
            <w:tcW w:type="dxa" w:w="3439"/>
            <w:tcW w:w="3061" w:type="dxa"/>
            <w:tcBorders>
              <w:top w:val="single" w:sz="6" w:space="0" w:color="8E44AD"/>
              <w:left w:val="single" w:sz="6" w:space="0" w:color="8E44AD"/>
              <w:bottom w:val="single" w:sz="6" w:space="0" w:color="8E44AD"/>
              <w:right w:val="single" w:sz="6" w:space="0" w:color="8E44AD"/>
            </w:tcBorders>
            <w:shd w:val="clear" w:color="auto" w:fill="F4ECF7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2"/>
                <w:szCs w:val="32"/>
                <w:rtl/>
              </w:rPr>
              <w:t>צוֹבְעִים וְחוֹשְׁבִים</w:t>
            </w:r>
          </w:p>
        </w:tc>
        <w:tc>
          <w:tcPr>
            <w:tcW w:type="dxa" w:w="3439"/>
            <w:tcW w:w="6463" w:type="dxa"/>
            <w:tcBorders>
              <w:top w:val="single" w:sz="6" w:space="0" w:color="8E44AD"/>
              <w:left w:val="single" w:sz="6" w:space="0" w:color="8E44AD"/>
              <w:bottom w:val="single" w:sz="6" w:space="0" w:color="8E44AD"/>
              <w:right w:val="single" w:sz="6" w:space="0" w:color="8E44AD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צוֹבְעִים תְּמוּנָה מִן הַפָּרָשָׁה, וְעוֹנִים עַל שְׁאֵלָה.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40"/>
                <w:szCs w:val="40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40"/>
                <w:szCs w:val="40"/>
                <w:rtl/>
              </w:rPr>
              <w:t>דַּפֵּי הַגְּזִירָה</w:t>
            </w:r>
          </w:p>
          <w:p>
            <w:pPr>
              <w:bidi/>
              <w:spacing w:before="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דַּפֵּי הַגְּזִירָה נִמְצָאִים בְּסוֹף הַחוֹבֶרֶת, בְּעַמּוּדִים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25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–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27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. מַדְפִּיסִים אוֹתָם בְּצַד אֶחָד שֶׁל הַדַּף בִּלְבַד. בְּכָל עַמּוּד שֶׁמַּדְבִּיקִים בּוֹ כָּתוּב "גּוֹזְרִים מֵעַמּוּד", כְּדֵי שֶׁיִּהְיֶה קַל לִמְצֹא אֶת הַחֲלָקִים.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2" w:space="0" w:color="27AE60"/>
              <w:left w:val="single" w:sz="12" w:space="0" w:color="27AE60"/>
              <w:bottom w:val="single" w:sz="12" w:space="0" w:color="27AE60"/>
              <w:right w:val="single" w:sz="12" w:space="0" w:color="27AE60"/>
            </w:tcBorders>
            <w:shd w:val="clear" w:color="auto" w:fill="E9F7E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 w:line="252" w:lineRule="auto"/>
              <w:jc w:val="both"/>
            </w:pPr>
            <w:r>
              <w:rPr>
                <w:rFonts w:ascii="DejaVu Sans" w:hAnsi="DejaVu Sans" w:cs="DejaVu Sans" w:eastAsia="DejaVu Sans"/>
                <w:sz w:val="28"/>
                <w:szCs w:val="28"/>
                <w:rtl/>
              </w:rPr>
              <w:t xml:space="preserve">✔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לַמּוֹרֶה: מַחְוָן עִם כָּל הַתְּשׁוּבוֹת וְהַצָּעוֹת לְשִׂיחָה בַּכִּתָּה נִמְצָא בְּקֹבֶץ נִפְרָד – "מַחְוָן חֵלֶק ב'".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36"/>
                <w:szCs w:val="36"/>
                <w:rtl/>
              </w:rPr>
              <w:t>בְּהַצְלָחָה וְלִמּוּד מְהַנֶּה!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6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6"/>
                <w:szCs w:val="56"/>
                <w:rtl/>
              </w:rPr>
              <w:t>פָּרָשַׁת וַיֵּצֵא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24000" cy="321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yetze_1_134_None_Fals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24000" cy="32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D35400"/>
                <w:sz w:val="30"/>
                <w:szCs w:val="30"/>
                <w:rtl/>
              </w:rPr>
              <w:t xml:space="preserve">✦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יָצָא מִבְּאֵר שֶׁבַע וְהָלַךְ לְחָרָן, אֶל בֵּית לָבָן אֲחִי אִמּוֹ.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בַּלַּיְלָה הוּא שָׁכַב לִישֹׁן עַל הָאֲדָמָה, וְשָׂם אֲבָנִים סְבִיב רֹאשׁוֹ.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חָלַם חֲלוֹם: סֻלָּם עוֹמֵד עַל הָאָרֶץ, וְרֹאשׁוֹ מַגִּיעַ עַד הַשָּׁמַיִם.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בַּחֲלוֹם הִבְטִיחַ ה' לְיַעֲקֹב לִשְׁמֹר עָלָיו בַּדֶּרֶךְ.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בְּחָרָן רָאָה יַעֲקֹב רוֹעִים לְיַד בְּאֵר, וְעַל פִּי הַבְּאֵר אֶבֶן גְּדוֹלָה.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גָּלַל לְבַדּוֹ אֶת הָאֶבֶן הַכְּבֵדָה, וְהִשְׁקָה אֶת הַצֹּאן.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עָבַד אֵצֶל לָבָן עֶשְׂרִים שָׁנָה, וְשָׁמַר עַל הַצֹּאן בַּיּוֹם וּבַלַּיְלָה.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הוּא עָבַד בְּכָל כֹּחוֹ, וְה' בֵּרַךְ אוֹתוֹ בְּצֹאן רַב.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מִן הַפָּרָשָׁה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וַיַּחֲלֹם וְהִנֵּה סֻלָּם מֻצָּב אַרְצָה וְרֹאשׁוֹ מַגִּיעַ הַשָּׁמָיְמָה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(בְּרֵאשִׁית כח, יב)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וַיֵּצֵא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מִלִּים קָשׁוֹת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1F618D"/>
              <w:left w:val="single" w:sz="18" w:space="0" w:color="1F618D"/>
              <w:bottom w:val="single" w:sz="18" w:space="0" w:color="1F618D"/>
              <w:right w:val="single" w:sz="18" w:space="0" w:color="1F618D"/>
            </w:tcBorders>
            <w:shd w:val="clear" w:color="auto" w:fill="EEF6FF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618D"/>
                <w:sz w:val="27"/>
                <w:szCs w:val="27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מִלִּים קָשׁוֹת – מָה הֵן אוֹמְרוֹת?</w:t>
            </w:r>
          </w:p>
          <w:tbl>
            <w:tblPr>
              <w:bidiVisual/>
              <w:tblW w:w="9695" w:type="dxa"/>
              <w:jc w:val="center"/>
              <w:tblCellSpacing w:w="17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71"/>
              <w:gridCol w:w="2976"/>
              <w:gridCol w:w="1871"/>
              <w:gridCol w:w="2976"/>
            </w:tblGrid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D35400"/>
                    <w:left w:val="single" w:sz="6" w:space="0" w:color="D35400"/>
                    <w:bottom w:val="single" w:sz="6" w:space="0" w:color="D35400"/>
                    <w:right w:val="single" w:sz="6" w:space="0" w:color="D35400"/>
                  </w:tcBorders>
                  <w:shd w:val="clear" w:color="auto" w:fill="D3540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סֻלָּם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מַדְרֵגוֹת שֶׁעוֹלִים בָּהֶן לְמַעְלָה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D35400"/>
                    <w:left w:val="single" w:sz="6" w:space="0" w:color="D35400"/>
                    <w:bottom w:val="single" w:sz="6" w:space="0" w:color="D35400"/>
                    <w:right w:val="single" w:sz="6" w:space="0" w:color="D35400"/>
                  </w:tcBorders>
                  <w:shd w:val="clear" w:color="auto" w:fill="D3540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מֻצָּב אַרְצָה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עוֹמֵד עַל הָאֲדָמָה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D35400"/>
                    <w:left w:val="single" w:sz="6" w:space="0" w:color="D35400"/>
                    <w:bottom w:val="single" w:sz="6" w:space="0" w:color="D35400"/>
                    <w:right w:val="single" w:sz="6" w:space="0" w:color="D35400"/>
                  </w:tcBorders>
                  <w:shd w:val="clear" w:color="auto" w:fill="D3540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הַשָּׁמָיְמָה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אֶל הַשָּׁמַיִם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D35400"/>
                    <w:left w:val="single" w:sz="6" w:space="0" w:color="D35400"/>
                    <w:bottom w:val="single" w:sz="6" w:space="0" w:color="D35400"/>
                    <w:right w:val="single" w:sz="6" w:space="0" w:color="D35400"/>
                  </w:tcBorders>
                  <w:shd w:val="clear" w:color="auto" w:fill="D3540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רוֹעִים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אֲנָשִׁים שֶׁשּׁוֹמְרִים עַל הַצֹּאן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D35400"/>
                    <w:left w:val="single" w:sz="6" w:space="0" w:color="D35400"/>
                    <w:bottom w:val="single" w:sz="6" w:space="0" w:color="D35400"/>
                    <w:right w:val="single" w:sz="6" w:space="0" w:color="D35400"/>
                  </w:tcBorders>
                  <w:shd w:val="clear" w:color="auto" w:fill="D3540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גָּלַל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הִזִּיז וְסוֹבֵב דָּבָר כָּבֵד</w:t>
                  </w:r>
                </w:p>
              </w:tc>
              <w:tc>
                <w:tcPr>
                  <w:tcW w:type="dxa" w:w="2579"/>
                  <w:tcW w:w="1871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976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מַשְׁלִימִים מִמַּחְסַן הַמִּלִּים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כִּתְבוּ בְּכָל מִשְׁפָּט אֶת הַמִּלָּה הַחֲסֵרָה.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גָּלַל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סֻלָּם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רוֹעִים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הַשָּׁמָיְמָה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יַעֲקֹב חָלַם עַל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גָּבוֹהַּ.</w:t>
            </w:r>
          </w:p>
          <w:p>
            <w:pPr>
              <w:bidi/>
              <w:spacing w:before="6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רֹאשׁ הַסֻּלָּם הִגִּיעַ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.</w:t>
            </w:r>
          </w:p>
          <w:p>
            <w:pPr>
              <w:bidi/>
              <w:spacing w:before="6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עָמְדוּ לְיַד הַבְּאֵר עִם הַצֹּאן.</w:t>
            </w:r>
          </w:p>
          <w:p>
            <w:pPr>
              <w:bidi/>
              <w:spacing w:before="6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יַעֲקֹב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אֶת הָאֶבֶן מֵעַל פִּי הַבְּאֵר.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 מִלָּה וּפֵרוּשׁ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מִכָּל מִלָּה אֶל הַפֵּרוּשׁ שֶׁלָּהּ.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608"/>
              <w:gridCol w:w="510"/>
              <w:gridCol w:w="907"/>
              <w:gridCol w:w="510"/>
              <w:gridCol w:w="5273"/>
            </w:tblGrid>
            <w:tr>
              <w:trPr>
                <w:trHeight w:val="680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סֻלָּם</w:t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90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27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אֶל הַשָּׁמַיִם</w:t>
                  </w:r>
                </w:p>
              </w:tc>
            </w:tr>
            <w:tr>
              <w:trPr>
                <w:trHeight w:val="680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מֻצָּב אַרְצָה</w:t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90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27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מַדְרֵגוֹת שֶׁעוֹלִים בָּהֶן לְמַעְלָה</w:t>
                  </w:r>
                </w:p>
              </w:tc>
            </w:tr>
            <w:tr>
              <w:trPr>
                <w:trHeight w:val="680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הַשָּׁמָיְמָה</w:t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90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27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אֲנָשִׁים שֶׁשּׁוֹמְרִים עַל הַצֹּאן</w:t>
                  </w:r>
                </w:p>
              </w:tc>
            </w:tr>
            <w:tr>
              <w:trPr>
                <w:trHeight w:val="680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רוֹעִים</w:t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90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27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עוֹמֵד עַל הָאֲדָמָה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✎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וַיֵּצֵא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מְבִינִים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הַמִּלִּים, וְכִתְבוּ אוֹתָהּ בַּמָּקוֹם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סֻלָּם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הָאֶבֶן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לָבָן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הַצֹּאן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יַעֲקֹב חָלַם עַל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שֶׁמַּגִּיעַ עַד הַשָּׁמַיִם.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יַעֲקֹב גָּלַל אֶת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מֵעַל הַבְּאֵר.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יַעֲקֹב עָבַד אֵצֶל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בְּחָרָן.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יַעֲקֹב שָׁמַר עַל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בַּיּוֹם וּבַלַּיְלָה.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בֵּין הַמִּשְׁבָּצוֹת הַמַּתְאִימוֹת.</w:t>
            </w:r>
          </w:p>
          <w:tbl>
            <w:tblPr>
              <w:bidiVisual/>
              <w:tblW w:w="1031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567"/>
              <w:gridCol w:w="1247"/>
              <w:gridCol w:w="567"/>
              <w:gridCol w:w="4762"/>
            </w:tblGrid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יַעֲקֹב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הָיְתָה עַל פִּי הַבְּאֵר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לָבָן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חָלַם עַל סֻלָּם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הָאֶבֶן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כְּבָשִׂים וְעִזִּים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הַצֹּאן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אָחִיהָ שֶׁל רִבְקָה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יַעֲקֹב הָלַךְ לְחָרָן.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הַסֻּלָּם בַּחֲלוֹם הָיָה קָטָן וְנָמוּךְ.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יַעֲקֹב גָּלַל אֶת הָאֶבֶן לְבַדּוֹ.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יַעֲקֹב עָבַד בְּעַצְלוּת.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וַיֵּצֵא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סַדְּרוּ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קִרְאוּ כָּל מִשְׁפָּט, וְהַדְבִּיקוּ לְיָדוֹ אֶת הַתְּמוּנָה הַמַּתְאִימָה.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25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CellSpacing w:w="34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5443"/>
      </w:tblGrid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D35400"/>
              <w:left w:val="single" w:sz="10" w:space="0" w:color="D35400"/>
              <w:bottom w:val="single" w:sz="10" w:space="0" w:color="D35400"/>
              <w:right w:val="single" w:sz="10" w:space="0" w:color="D35400"/>
            </w:tcBorders>
            <w:shd w:val="clear" w:color="auto" w:fill="FBEEE6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D35400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D3540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D35400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יַעֲקֹב חוֹלֵם עַל סֻלָּם.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D35400"/>
              <w:left w:val="single" w:sz="10" w:space="0" w:color="D35400"/>
              <w:bottom w:val="single" w:sz="10" w:space="0" w:color="D35400"/>
              <w:right w:val="single" w:sz="10" w:space="0" w:color="D35400"/>
            </w:tcBorders>
            <w:shd w:val="clear" w:color="auto" w:fill="FBEEE6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D35400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D3540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D35400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יַעֲקֹב גּוֹלֵל אֶת הָאֶבֶן מֵעַל הַבְּאֵר.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D35400"/>
              <w:left w:val="single" w:sz="10" w:space="0" w:color="D35400"/>
              <w:bottom w:val="single" w:sz="10" w:space="0" w:color="D35400"/>
              <w:right w:val="single" w:sz="10" w:space="0" w:color="D35400"/>
            </w:tcBorders>
            <w:shd w:val="clear" w:color="auto" w:fill="FBEEE6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D35400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D3540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D35400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יַעֲקֹב רוֹעֶה אֶת הַצֹּאן.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ejaVu Sans" w:hAnsi="DejaVu Sans" w:cs="DejaVu Sans" w:eastAsia="DejaVu Sans"/>
          <w:b/>
          <w:bCs/>
          <w:color w:val="D35400"/>
          <w:sz w:val="28"/>
          <w:szCs w:val="28"/>
          <w:rtl/>
        </w:rPr>
        <w:t xml:space="preserve">☺ </w:t>
      </w:r>
      <w:r>
        <w:rPr>
          <w:rFonts w:ascii="Noto Sans Hebrew" w:hAnsi="Noto Sans Hebrew" w:cs="Noto Sans Hebrew" w:eastAsia="Noto Sans Hebrew"/>
          <w:b/>
          <w:bCs/>
          <w:color w:val="D35400"/>
          <w:sz w:val="36"/>
          <w:szCs w:val="36"/>
          <w:rtl/>
        </w:rPr>
        <w:t>סַפְּרוּ לְחָבֵר אוֹ לַהוֹרִים אֶת הַסִּפּוּר לְפִי הַתְּמוּנוֹת.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♥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וַיֵּצֵא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מִדָּה טוֹבָה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701"/>
        <w:gridCol w:w="8618"/>
      </w:tblGrid>
      <w:tr>
        <w:trPr>
          <w:cantSplit/>
        </w:trPr>
        <w:tc>
          <w:tcPr>
            <w:tcW w:type="dxa" w:w="5159"/>
            <w:tcW w:w="1701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618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85" w:type="dxa"/>
              <w:left w:w="141" w:type="dxa"/>
              <w:bottom w:w="85" w:type="dxa"/>
              <w:right w:w="141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42"/>
                <w:szCs w:val="42"/>
                <w:rtl/>
              </w:rPr>
              <w:t xml:space="preserve">פִּנַּת הַמִּדָּה: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42"/>
                <w:szCs w:val="42"/>
                <w:rtl/>
              </w:rPr>
              <w:t>עֲבוֹדָה בַּחֲרִיצוּת וּבְיֹשֶׁר</w:t>
            </w:r>
          </w:p>
          <w:p>
            <w:pPr>
              <w:bidi/>
              <w:spacing w:before="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עָבַד בְּיֹשֶׁר וּבְכָל כֹּחוֹ, גַּם בַּחֹם שֶׁל הַיּוֹם וְגַם בַּקֹּר שֶׁל הַלַּיְלָה. הוּא שָׁמַר עַל הַצֹּאן שֶׁל לָבָן כְּאִלּוּ הָיָה שֶׁלּוֹ. גַּם אֲנַחְנוּ מַשְׁקִיעִים וְעוֹשִׂים כָּל עֲבוֹדָה עַד הַסּוֹף.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מְמַיְּנִים מַעֲשִׂים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הַדְבִּיקוּ כָּל כַּרְטִיס בַּטּוּר הַמַּתְאִים לוֹ.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25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752" w:type="dxa"/>
              <w:jc w:val="center"/>
              <w:tblCellSpacing w:w="4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  <w:gridCol w:w="4876"/>
            </w:tblGrid>
            <w:tr>
              <w:trPr>
                <w:trHeight w:val="538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single" w:sz="6" w:space="0" w:color="27AE60"/>
                    <w:left w:val="single" w:sz="6" w:space="0" w:color="27AE60"/>
                    <w:bottom w:val="single" w:sz="6" w:space="0" w:color="27AE60"/>
                    <w:right w:val="single" w:sz="6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😊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מַעֲשֶׂה טוֹב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single" w:sz="6" w:space="0" w:color="C0392B"/>
                    <w:left w:val="single" w:sz="6" w:space="0" w:color="C0392B"/>
                    <w:bottom w:val="single" w:sz="6" w:space="0" w:color="C0392B"/>
                    <w:right w:val="single" w:sz="6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😟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לֹא כְּדַאי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צַיְּרוּ עֲבוֹדָה שֶׁאַתֶּם עוֹשִׂים בַּחֲרִיצוּת בַּבַּיִת אוֹ בַּכִּתָּה.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865"/>
            </w:tblGrid>
            <w:tr>
              <w:trPr>
                <w:trHeight w:val="2608" w:hRule="exact"/>
                <w:cantSplit/>
              </w:trPr>
              <w:tc>
                <w:tcPr>
                  <w:tcW w:type="dxa" w:w="10318"/>
                  <w:tcW w:w="9865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✿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וַיֵּצֵא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צוֹבְעִים וְחוֹשְׁבִים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DejaVu Sans" w:hAnsi="DejaVu Sans" w:cs="DejaVu Sans" w:eastAsia="DejaVu Sans"/>
          <w:b/>
          <w:bCs/>
          <w:color w:val="D35400"/>
          <w:sz w:val="30"/>
          <w:szCs w:val="30"/>
          <w:rtl/>
        </w:rPr>
        <w:t xml:space="preserve">✿ </w:t>
      </w:r>
      <w:r>
        <w:rPr>
          <w:rFonts w:ascii="Noto Sans Hebrew" w:hAnsi="Noto Sans Hebrew" w:cs="Noto Sans Hebrew" w:eastAsia="Noto Sans Hebrew"/>
          <w:b/>
          <w:bCs/>
          <w:color w:val="D35400"/>
          <w:sz w:val="40"/>
          <w:szCs w:val="40"/>
          <w:rtl/>
        </w:rPr>
        <w:t>צַבְּעוּ אֶת הָרוֹעֶה וְאֶת הַצֹּאן.</w:t>
      </w:r>
    </w:p>
    <w:tbl>
      <w:tblPr>
        <w:bidiVisual/>
        <w:tblW w:w="759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597"/>
      </w:tblGrid>
      <w:tr>
        <w:trPr>
          <w:cantSplit/>
        </w:trPr>
        <w:tc>
          <w:tcPr>
            <w:tcW w:type="dxa" w:w="10318"/>
            <w:tcW w:w="7597" w:type="dxa"/>
            <w:tcBorders>
              <w:top w:val="single" w:sz="12" w:space="0" w:color="D35400"/>
              <w:left w:val="single" w:sz="12" w:space="0" w:color="D35400"/>
              <w:bottom w:val="single" w:sz="12" w:space="0" w:color="D35400"/>
              <w:right w:val="single" w:sz="12" w:space="0" w:color="D354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36000" cy="5544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tze_c_126_None_False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000" cy="55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עַל מָה חָלַם יַעֲקֹב?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515"/>
        <w:gridCol w:w="2268"/>
        <w:gridCol w:w="2268"/>
        <w:gridCol w:w="2268"/>
      </w:tblGrid>
      <w:tr>
        <w:trPr>
          <w:trHeight w:val="793" w:hRule="atLeast"/>
          <w:cantSplit/>
        </w:trPr>
        <w:tc>
          <w:tcPr>
            <w:tcW w:type="dxa" w:w="2579"/>
            <w:tcW w:w="351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4F6F7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אֵיךְ הִצְלַחְתִּי? סַמְּנוּ: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9_None_Fals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מְצֻיָּן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9_None_Fals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טוֹב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9_None_Fals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קָשֶׁה לִי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6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6"/>
                <w:szCs w:val="56"/>
                <w:rtl/>
              </w:rPr>
              <w:t>פָּרָשַׁת וַיִּשְׁלַח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24000" cy="3216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yishlach_1_134_None_Fals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24000" cy="32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980B9"/>
                <w:sz w:val="30"/>
                <w:szCs w:val="30"/>
                <w:rtl/>
              </w:rPr>
              <w:t xml:space="preserve">✦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חָזַר עִם כָּל מִשְׁפַּחְתּוֹ אֶל אֶרֶץ כְּנַעַן.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הוּא שָׁמַע שֶׁעֵשָׂו אָחִיו בָּא לִקְרָאתוֹ עִם אַרְבַּע מֵאוֹת אִישׁ, וּפָחַד מְאוֹד.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הִתְכּוֹנֵן בִּשְׁלוֹשָׁה דְּבָרִים: מַתָּנָה, תְּפִלָּה וַהֲכָנָה לְמִלְחָמָה.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הוּא שָׁלַח לְעֵשָׂו מַתָּנָה גְּדוֹלָה: עִזִּים, כְּבָשִׂים, גְּמַלִּים, פָּרוֹת וַחֲמוֹרִים.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בַּלַּיְלָה הִתְפַּלֵּל יַעֲקֹב לַה' שֶׁיַּצִּיל אוֹתוֹ וְאֶת מִשְׁפַּחְתּוֹ.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בַּבֹּקֶר נִפְגְּשׁוּ הָאַחִים, וְיַעֲקֹב הִשְׁתַּחֲוָה שֶׁבַע פְּעָמִים.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עֵשָׂו רָץ לִקְרַאת יַעֲקֹב, חִבֵּק אוֹתוֹ, וּשְׁנֵיהֶם בָּכוּ.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הָאַחִים נִפְרְדוּ בְּשָׁלוֹם, וְיַעֲקֹב הִמְשִׁיךְ בְּדַרְכּוֹ.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מִן הַפָּרָשָׁה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וַיָּרָץ עֵשָׂו לִקְרָאתוֹ וַיְחַבְּקֵהוּ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(בְּרֵאשִׁית לג, ד)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וַיִּשְׁלַח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מִלִּים קָשׁוֹת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1F618D"/>
              <w:left w:val="single" w:sz="18" w:space="0" w:color="1F618D"/>
              <w:bottom w:val="single" w:sz="18" w:space="0" w:color="1F618D"/>
              <w:right w:val="single" w:sz="18" w:space="0" w:color="1F618D"/>
            </w:tcBorders>
            <w:shd w:val="clear" w:color="auto" w:fill="EEF6FF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618D"/>
                <w:sz w:val="27"/>
                <w:szCs w:val="27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מִלִּים קָשׁוֹת – מָה הֵן אוֹמְרוֹת?</w:t>
            </w:r>
          </w:p>
          <w:tbl>
            <w:tblPr>
              <w:bidiVisual/>
              <w:tblW w:w="9695" w:type="dxa"/>
              <w:jc w:val="center"/>
              <w:tblCellSpacing w:w="17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71"/>
              <w:gridCol w:w="2976"/>
              <w:gridCol w:w="1871"/>
              <w:gridCol w:w="2976"/>
            </w:tblGrid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2980B9"/>
                    <w:left w:val="single" w:sz="6" w:space="0" w:color="2980B9"/>
                    <w:bottom w:val="single" w:sz="6" w:space="0" w:color="2980B9"/>
                    <w:right w:val="single" w:sz="6" w:space="0" w:color="2980B9"/>
                  </w:tcBorders>
                  <w:shd w:val="clear" w:color="auto" w:fill="2980B9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וַיְחַבְּקֵהוּ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וְחִבֵּק אוֹתוֹ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2980B9"/>
                    <w:left w:val="single" w:sz="6" w:space="0" w:color="2980B9"/>
                    <w:bottom w:val="single" w:sz="6" w:space="0" w:color="2980B9"/>
                    <w:right w:val="single" w:sz="6" w:space="0" w:color="2980B9"/>
                  </w:tcBorders>
                  <w:shd w:val="clear" w:color="auto" w:fill="2980B9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לִקְרָאתוֹ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אֵלָיו, כְּדֵי לִפְגֹּשׁ אוֹתוֹ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2980B9"/>
                    <w:left w:val="single" w:sz="6" w:space="0" w:color="2980B9"/>
                    <w:bottom w:val="single" w:sz="6" w:space="0" w:color="2980B9"/>
                    <w:right w:val="single" w:sz="6" w:space="0" w:color="2980B9"/>
                  </w:tcBorders>
                  <w:shd w:val="clear" w:color="auto" w:fill="2980B9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מִנְחָה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מַתָּנָה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2980B9"/>
                    <w:left w:val="single" w:sz="6" w:space="0" w:color="2980B9"/>
                    <w:bottom w:val="single" w:sz="6" w:space="0" w:color="2980B9"/>
                    <w:right w:val="single" w:sz="6" w:space="0" w:color="2980B9"/>
                  </w:tcBorders>
                  <w:shd w:val="clear" w:color="auto" w:fill="2980B9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מַחֲנֶה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קְבוּצָה גְּדוֹלָה שֶׁל אֲנָשִׁים וְאֹהָלִים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2980B9"/>
                    <w:left w:val="single" w:sz="6" w:space="0" w:color="2980B9"/>
                    <w:bottom w:val="single" w:sz="6" w:space="0" w:color="2980B9"/>
                    <w:right w:val="single" w:sz="6" w:space="0" w:color="2980B9"/>
                  </w:tcBorders>
                  <w:shd w:val="clear" w:color="auto" w:fill="2980B9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פָּחַד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דָּאַג שֶׁיִּקְרֶה מַשֶּׁהוּ רַע</w:t>
                  </w:r>
                </w:p>
              </w:tc>
              <w:tc>
                <w:tcPr>
                  <w:tcW w:type="dxa" w:w="2579"/>
                  <w:tcW w:w="1871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976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מָה פֵּרוּשׁ הַמִּלָּה?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הַקִּיפוּ אֶת הַפֵּרוּשׁ הַנָּכוֹן לְכָל מִלָּה.</w:t>
            </w:r>
          </w:p>
          <w:tbl>
            <w:tblPr>
              <w:bidiVisual/>
              <w:tblW w:w="9695" w:type="dxa"/>
              <w:jc w:val="center"/>
              <w:tblCellSpacing w:w="34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551"/>
              <w:gridCol w:w="2551"/>
              <w:gridCol w:w="2551"/>
            </w:tblGrid>
            <w:tr>
              <w:trPr>
                <w:trHeight w:val="708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6" w:space="0" w:color="2980B9"/>
                    <w:left w:val="single" w:sz="6" w:space="0" w:color="2980B9"/>
                    <w:bottom w:val="single" w:sz="6" w:space="0" w:color="2980B9"/>
                    <w:right w:val="single" w:sz="6" w:space="0" w:color="2980B9"/>
                  </w:tcBorders>
                  <w:shd w:val="clear" w:color="auto" w:fill="2980B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וַיְחַבְּקֵהוּ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דָּאַג שֶׁיִּקְרֶה מַשֶּׁהוּ רַע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וְחִבֵּק אוֹתוֹ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קְבוּצָה גְּדוֹלָה שֶׁל אֲנָשִׁים וְאֹהָלִים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6" w:space="0" w:color="2980B9"/>
                    <w:left w:val="single" w:sz="6" w:space="0" w:color="2980B9"/>
                    <w:bottom w:val="single" w:sz="6" w:space="0" w:color="2980B9"/>
                    <w:right w:val="single" w:sz="6" w:space="0" w:color="2980B9"/>
                  </w:tcBorders>
                  <w:shd w:val="clear" w:color="auto" w:fill="2980B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לִקְרָאתוֹ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אֵלָיו, כְּדֵי לִפְגֹּשׁ אוֹתוֹ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דָּאַג שֶׁיִּקְרֶה מַשֶּׁהוּ רַע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מַתָּנָה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6" w:space="0" w:color="2980B9"/>
                    <w:left w:val="single" w:sz="6" w:space="0" w:color="2980B9"/>
                    <w:bottom w:val="single" w:sz="6" w:space="0" w:color="2980B9"/>
                    <w:right w:val="single" w:sz="6" w:space="0" w:color="2980B9"/>
                  </w:tcBorders>
                  <w:shd w:val="clear" w:color="auto" w:fill="2980B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מִנְחָה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דָּאַג שֶׁיִּקְרֶה מַשֶּׁהוּ רַע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וְחִבֵּק אוֹתוֹ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מַתָּנָה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6" w:space="0" w:color="2980B9"/>
                    <w:left w:val="single" w:sz="6" w:space="0" w:color="2980B9"/>
                    <w:bottom w:val="single" w:sz="6" w:space="0" w:color="2980B9"/>
                    <w:right w:val="single" w:sz="6" w:space="0" w:color="2980B9"/>
                  </w:tcBorders>
                  <w:shd w:val="clear" w:color="auto" w:fill="2980B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מַחֲנֶה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אֵלָיו, כְּדֵי לִפְגֹּשׁ אוֹתוֹ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קְבוּצָה גְּדוֹלָה שֶׁל אֲנָשִׁים וְאֹהָלִים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דָּאַג שֶׁיִּקְרֶה מַשֶּׁהוּ רַע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תִּפְזֹרֶת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מִצְאוּ בַּתִּפְזֹרֶת אֶת הַמִּלִּים וְהַקִּיפוּ אוֹתָן. הַמִּלִּים כְּתוּבוֹת מִיָּמִין לִשְׂמֹאל אוֹ מִלְמַעְלָה לְמַטָּה.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  <w:gridCol w:w="4876"/>
            </w:tblGrid>
            <w:tr>
              <w:trPr>
                <w:cantSplit/>
              </w:trPr>
              <w:tc>
                <w:tcPr>
                  <w:tcW w:type="dxa" w:w="5159"/>
                  <w:tcW w:w="4876" w:type="dxa"/>
                  <w:vAlign w:val="top"/>
                </w:tcPr>
                <w:p/>
                <w:tbl>
                  <w:tblPr>
                    <w:bidiVisual/>
                    <w:tblW w:w="3413" w:type="dxa"/>
                    <w:jc w:val="center"/>
                    <w:tblLayout w:type="fixed"/>
                    <w:tblCellMar>
                      <w:top w:w="28" w:type="dxa"/>
                      <w:left w:w="85" w:type="dxa"/>
                      <w:bottom w:w="28" w:type="dxa"/>
                      <w:right w:w="85" w:type="dxa"/>
                    </w:tblCellMar>
                  </w:tblPr>
                  <w:tblGrid>
                    <w:gridCol w:w="487"/>
                    <w:gridCol w:w="487"/>
                    <w:gridCol w:w="487"/>
                    <w:gridCol w:w="487"/>
                    <w:gridCol w:w="487"/>
                    <w:gridCol w:w="487"/>
                    <w:gridCol w:w="487"/>
                  </w:tblGrid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מ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ל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ו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ד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ד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ס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ז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י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ל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י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מ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נ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ח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ה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א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ק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ח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ג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כ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ב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מ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צ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ר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ב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ט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פ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ח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ח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צ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א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ק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ע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ע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ג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נ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ו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ת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ה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פ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א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פ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ה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ט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ו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ו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פ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ח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ד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נ</w:t>
                        </w:r>
                      </w:p>
                    </w:tc>
                  </w:tr>
                </w:tbl>
                <w:p>
                  <w:pPr>
                    <w:bidi/>
                    <w:spacing w:before="0" w:after="0" w:line="20" w:lineRule="exact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"/>
                      <w:szCs w:val="2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876" w:type="dxa"/>
                  <w:vAlign w:val="center"/>
                </w:tcPr>
                <w:p>
                  <w:pPr>
                    <w:bidi/>
                    <w:spacing w:before="0" w:after="8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2980B9"/>
                      <w:sz w:val="34"/>
                      <w:szCs w:val="34"/>
                      <w:rtl/>
                    </w:rPr>
                    <w:t>הַמִּלִּים שֶׁמְּחַפְּשִׂים:</w:t>
                  </w:r>
                </w:p>
                <w:p>
                  <w:pPr>
                    <w:bidi/>
                    <w:spacing w:before="0" w:after="60"/>
                    <w:jc w:val="both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sz w:val="42"/>
                      <w:szCs w:val="42"/>
                      <w:rtl/>
                    </w:rPr>
                    <w:t xml:space="preserve">☐ 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2"/>
                      <w:szCs w:val="42"/>
                      <w:rtl/>
                    </w:rPr>
                    <w:t>וַיְחַבְּקֵהוּ</w:t>
                  </w:r>
                </w:p>
                <w:p>
                  <w:pPr>
                    <w:bidi/>
                    <w:spacing w:before="0" w:after="60"/>
                    <w:jc w:val="both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sz w:val="42"/>
                      <w:szCs w:val="42"/>
                      <w:rtl/>
                    </w:rPr>
                    <w:t xml:space="preserve">☐ 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2"/>
                      <w:szCs w:val="42"/>
                      <w:rtl/>
                    </w:rPr>
                    <w:t>לִקְרָאתוֹ</w:t>
                  </w:r>
                </w:p>
                <w:p>
                  <w:pPr>
                    <w:bidi/>
                    <w:spacing w:before="0" w:after="60"/>
                    <w:jc w:val="both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sz w:val="42"/>
                      <w:szCs w:val="42"/>
                      <w:rtl/>
                    </w:rPr>
                    <w:t xml:space="preserve">☐ 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2"/>
                      <w:szCs w:val="42"/>
                      <w:rtl/>
                    </w:rPr>
                    <w:t>מִנְחָה</w:t>
                  </w:r>
                </w:p>
                <w:p>
                  <w:pPr>
                    <w:bidi/>
                    <w:spacing w:before="0" w:after="60"/>
                    <w:jc w:val="both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sz w:val="42"/>
                      <w:szCs w:val="42"/>
                      <w:rtl/>
                    </w:rPr>
                    <w:t xml:space="preserve">☐ 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2"/>
                      <w:szCs w:val="42"/>
                      <w:rtl/>
                    </w:rPr>
                    <w:t>מַחֲנֶה</w:t>
                  </w:r>
                </w:p>
                <w:p>
                  <w:pPr>
                    <w:bidi/>
                    <w:spacing w:before="0" w:after="60"/>
                    <w:jc w:val="both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sz w:val="42"/>
                      <w:szCs w:val="42"/>
                      <w:rtl/>
                    </w:rPr>
                    <w:t xml:space="preserve">☐ 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2"/>
                      <w:szCs w:val="42"/>
                      <w:rtl/>
                    </w:rPr>
                    <w:t>פָּחַד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✎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וַיִּשְׁלַח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מְבִינִים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הַמִּלִּים, וְכִתְבוּ אוֹתָהּ בַּמָּקוֹם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מַתָּנָה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הִתְפַּלֵּל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חִבֵּק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בְּשָׁלוֹם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יַעֲקֹב שָׁלַח לְעֵשָׂו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גְּדוֹלָה.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בַּלַּיְלָה יַעֲקֹב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לַה'.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עֵשָׂו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אֶת יַעֲקֹב.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הָאַחִים נִפְרְדוּ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בֵּין הַמִּשְׁבָּצוֹת הַמַּתְאִימוֹת.</w:t>
            </w:r>
          </w:p>
          <w:tbl>
            <w:tblPr>
              <w:bidiVisual/>
              <w:tblW w:w="1031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567"/>
              <w:gridCol w:w="1247"/>
              <w:gridCol w:w="567"/>
              <w:gridCol w:w="4762"/>
            </w:tblGrid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הַמַּתָּנָה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רָץ וְחִבֵּק אֶת אָחִיו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הַתְּפִלָּה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עִזִּים, כְּבָשִׂים וּגְמַלִּים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עֵשָׂו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הִשְׁתַּחֲוָה שֶׁבַע פְּעָמִים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יַעֲקֹב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יַעֲקֹב מְבַקֵּשׁ מִה' עֶזְרָה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יַעֲקֹב פָּחַד מֵעֵשָׂו.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יַעֲקֹב שָׁלַח לְעֵשָׂו מִכְתָּב כּוֹעֵס.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עֵשָׂו חִבֵּק אֶת יַעֲקֹב.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הָאַחִים נִפְרְדוּ בְּרִיב.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וַיִּשְׁלַח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סַדְּרוּ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קִרְאוּ כָּל מִשְׁפָּט, וְהַדְבִּיקוּ לְיָדוֹ אֶת הַתְּמוּנָה הַמַּתְאִימָה.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26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CellSpacing w:w="34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5443"/>
      </w:tblGrid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2980B9"/>
              <w:left w:val="single" w:sz="10" w:space="0" w:color="2980B9"/>
              <w:bottom w:val="single" w:sz="10" w:space="0" w:color="2980B9"/>
              <w:right w:val="single" w:sz="10" w:space="0" w:color="2980B9"/>
            </w:tcBorders>
            <w:shd w:val="clear" w:color="auto" w:fill="EAF2F8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980B9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2980B9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980B9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יַעֲקֹב שׁוֹלֵחַ מַתָּנָה לְעֵשָׂו.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2980B9"/>
              <w:left w:val="single" w:sz="10" w:space="0" w:color="2980B9"/>
              <w:bottom w:val="single" w:sz="10" w:space="0" w:color="2980B9"/>
              <w:right w:val="single" w:sz="10" w:space="0" w:color="2980B9"/>
            </w:tcBorders>
            <w:shd w:val="clear" w:color="auto" w:fill="EAF2F8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980B9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2980B9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980B9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יַעֲקֹב מִתְפַּלֵּל בַּלַּיְלָה.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2980B9"/>
              <w:left w:val="single" w:sz="10" w:space="0" w:color="2980B9"/>
              <w:bottom w:val="single" w:sz="10" w:space="0" w:color="2980B9"/>
              <w:right w:val="single" w:sz="10" w:space="0" w:color="2980B9"/>
            </w:tcBorders>
            <w:shd w:val="clear" w:color="auto" w:fill="EAF2F8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980B9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2980B9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980B9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עֵשָׂו וְיַעֲקֹב מִתְחַבְּקִים.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ejaVu Sans" w:hAnsi="DejaVu Sans" w:cs="DejaVu Sans" w:eastAsia="DejaVu Sans"/>
          <w:b/>
          <w:bCs/>
          <w:color w:val="2980B9"/>
          <w:sz w:val="28"/>
          <w:szCs w:val="28"/>
          <w:rtl/>
        </w:rPr>
        <w:t xml:space="preserve">☺ </w:t>
      </w:r>
      <w:r>
        <w:rPr>
          <w:rFonts w:ascii="Noto Sans Hebrew" w:hAnsi="Noto Sans Hebrew" w:cs="Noto Sans Hebrew" w:eastAsia="Noto Sans Hebrew"/>
          <w:b/>
          <w:bCs/>
          <w:color w:val="2980B9"/>
          <w:sz w:val="36"/>
          <w:szCs w:val="36"/>
          <w:rtl/>
        </w:rPr>
        <w:t>סַפְּרוּ לְחָבֵר אוֹ לַהוֹרִים אֶת הַסִּפּוּר לְפִי הַתְּמוּנוֹת.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♥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וַיִּשְׁלַח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מִדָּה טוֹבָה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701"/>
        <w:gridCol w:w="8618"/>
      </w:tblGrid>
      <w:tr>
        <w:trPr>
          <w:cantSplit/>
        </w:trPr>
        <w:tc>
          <w:tcPr>
            <w:tcW w:type="dxa" w:w="5159"/>
            <w:tcW w:w="1701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618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85" w:type="dxa"/>
              <w:left w:w="141" w:type="dxa"/>
              <w:bottom w:w="85" w:type="dxa"/>
              <w:right w:w="141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42"/>
                <w:szCs w:val="42"/>
                <w:rtl/>
              </w:rPr>
              <w:t xml:space="preserve">פִּנַּת הַמִּדָּה: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42"/>
                <w:szCs w:val="42"/>
                <w:rtl/>
              </w:rPr>
              <w:t>רְדִיפַת שָׁלוֹם</w:t>
            </w:r>
          </w:p>
          <w:p>
            <w:pPr>
              <w:bidi/>
              <w:spacing w:before="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רָצָה שָׁלוֹם עִם אָחִיו. הוּא שָׁלַח לוֹ מַתָּנָה, דִּבֵּר אֵלָיו בְּכָבוֹד וְהִתְפַּלֵּל. כְּשֶׁיֵּשׁ רִיב, גַּם אֲנַחְנוּ יְכוֹלִים לַעֲשׂוֹת שָׁלוֹם: לְדַבֵּר יָפֶה, לְוַתֵּר וּלְהוֹשִׁיט יָד.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מְמַיְּנִים מַעֲשִׂים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הַדְבִּיקוּ כָּל כַּרְטִיס בַּטּוּר הַמַּתְאִים לוֹ.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26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752" w:type="dxa"/>
              <w:jc w:val="center"/>
              <w:tblCellSpacing w:w="4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  <w:gridCol w:w="4876"/>
            </w:tblGrid>
            <w:tr>
              <w:trPr>
                <w:trHeight w:val="538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single" w:sz="6" w:space="0" w:color="27AE60"/>
                    <w:left w:val="single" w:sz="6" w:space="0" w:color="27AE60"/>
                    <w:bottom w:val="single" w:sz="6" w:space="0" w:color="27AE60"/>
                    <w:right w:val="single" w:sz="6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😊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מַעֲשֶׂה טוֹב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single" w:sz="6" w:space="0" w:color="C0392B"/>
                    <w:left w:val="single" w:sz="6" w:space="0" w:color="C0392B"/>
                    <w:bottom w:val="single" w:sz="6" w:space="0" w:color="C0392B"/>
                    <w:right w:val="single" w:sz="6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😟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לֹא כְּדַאי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צַיְּרוּ אֵיךְ עוֹשִׂים שָׁלוֹם אַחֲרֵי רִיב.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865"/>
            </w:tblGrid>
            <w:tr>
              <w:trPr>
                <w:trHeight w:val="2608" w:hRule="exact"/>
                <w:cantSplit/>
              </w:trPr>
              <w:tc>
                <w:tcPr>
                  <w:tcW w:type="dxa" w:w="10318"/>
                  <w:tcW w:w="9865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✿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וַיִּשְׁלַח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צוֹבְעִים וְחוֹשְׁבִים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DejaVu Sans" w:hAnsi="DejaVu Sans" w:cs="DejaVu Sans" w:eastAsia="DejaVu Sans"/>
          <w:b/>
          <w:bCs/>
          <w:color w:val="2980B9"/>
          <w:sz w:val="30"/>
          <w:szCs w:val="30"/>
          <w:rtl/>
        </w:rPr>
        <w:t xml:space="preserve">✿ </w:t>
      </w:r>
      <w:r>
        <w:rPr>
          <w:rFonts w:ascii="Noto Sans Hebrew" w:hAnsi="Noto Sans Hebrew" w:cs="Noto Sans Hebrew" w:eastAsia="Noto Sans Hebrew"/>
          <w:b/>
          <w:bCs/>
          <w:color w:val="2980B9"/>
          <w:sz w:val="40"/>
          <w:szCs w:val="40"/>
          <w:rtl/>
        </w:rPr>
        <w:t>צַבְּעוּ אֶת הָאַחִים הַמִּתְחַבְּקִים.</w:t>
      </w:r>
    </w:p>
    <w:tbl>
      <w:tblPr>
        <w:bidiVisual/>
        <w:tblW w:w="759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597"/>
      </w:tblGrid>
      <w:tr>
        <w:trPr>
          <w:cantSplit/>
        </w:trPr>
        <w:tc>
          <w:tcPr>
            <w:tcW w:type="dxa" w:w="10318"/>
            <w:tcW w:w="7597" w:type="dxa"/>
            <w:tcBorders>
              <w:top w:val="single" w:sz="12" w:space="0" w:color="2980B9"/>
              <w:left w:val="single" w:sz="12" w:space="0" w:color="2980B9"/>
              <w:bottom w:val="single" w:sz="12" w:space="0" w:color="2980B9"/>
              <w:right w:val="single" w:sz="12" w:space="0" w:color="2980B9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36000" cy="55440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ishlach_c_126_None_False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000" cy="55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בְּאֵילוּ שְׁלוֹשָׁה דְּבָרִים הִתְכּוֹנֵן יַעֲקֹב לִפְגֹּשׁ אֶת עֵשָׂו?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515"/>
        <w:gridCol w:w="2268"/>
        <w:gridCol w:w="2268"/>
        <w:gridCol w:w="2268"/>
      </w:tblGrid>
      <w:tr>
        <w:trPr>
          <w:trHeight w:val="793" w:hRule="atLeast"/>
          <w:cantSplit/>
        </w:trPr>
        <w:tc>
          <w:tcPr>
            <w:tcW w:type="dxa" w:w="2579"/>
            <w:tcW w:w="351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4F6F7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אֵיךְ הִצְלַחְתִּי? סַמְּנוּ: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9_None_Fals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מְצֻיָּן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9_None_Fals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טוֹב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9_None_Fals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קָשֶׁה לִי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6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6"/>
                <w:szCs w:val="56"/>
                <w:rtl/>
              </w:rPr>
              <w:t>פָּרָשַׁת וַיֵּשֶׁב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24000" cy="3216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yeshev_1_134_None_Fals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24000" cy="32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7AE60"/>
                <w:sz w:val="30"/>
                <w:szCs w:val="30"/>
                <w:rtl/>
              </w:rPr>
              <w:t xml:space="preserve">✦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אָהַב מְאוֹד אֶת בְּנוֹ יוֹסֵף.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הוּא עָשָׂה לְיוֹסֵף כְּתֹנֶת פַּסִּים יָפָה וּצְבְעוֹנִית.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הָאַחִים רָאוּ זֹאת, וְקִנְּאוּ בְּיוֹסֵף.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יוֹסֵף חָלַם שֶׁהָאֲלֻמּוֹת שֶׁל אֶחָיו מִשְׁתַּחֲווֹת לָאֲלֻמָּה שֶׁלּוֹ.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אַחַר כָּךְ חָלַם שֶׁהַשֶּׁמֶשׁ, הַיָּרֵחַ וְאַחַד עָשָׂר כּוֹכָבִים מִשְׁתַּחֲוִים לוֹ.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הָאַחִים כָּעֲסוּ עוֹד יוֹתֵר, וְשָׂנְאוּ אוֹתוֹ.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יוֹם אֶחָד הִשְׁלִיכוּ הָאַחִים אֶת יוֹסֵף לְבוֹר רֵיק, וְאַחַר כָּךְ מָכְרוּ אוֹתוֹ לְשַׁיָּרָה שֶׁל סוֹחֲרִים.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כָּךְ הִגִּיעַ יוֹסֵף לְמִצְרַיִם. אֲבָל ה' הָיָה עִם יוֹסֵף, וְהוּא הִצְלִיחַ בְּכָל מָקוֹם.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מִן הַפָּרָשָׁה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וְיִשְׂרָאֵל אָהַב אֶת־יוֹסֵף מִכָּל־בָּנָיו כִּי־בֶן־זְקֻנִים הוּא לוֹ וְעָשָׂה לוֹ כְּתֹנֶת פַּסִּים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(בְּרֵאשִׁית לז, ג)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וַיֵּשֶׁב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מִלִּים קָשׁוֹת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1F618D"/>
              <w:left w:val="single" w:sz="18" w:space="0" w:color="1F618D"/>
              <w:bottom w:val="single" w:sz="18" w:space="0" w:color="1F618D"/>
              <w:right w:val="single" w:sz="18" w:space="0" w:color="1F618D"/>
            </w:tcBorders>
            <w:shd w:val="clear" w:color="auto" w:fill="EEF6FF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618D"/>
                <w:sz w:val="27"/>
                <w:szCs w:val="27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מִלִּים קָשׁוֹת – מָה הֵן אוֹמְרוֹת?</w:t>
            </w:r>
          </w:p>
          <w:tbl>
            <w:tblPr>
              <w:bidiVisual/>
              <w:tblW w:w="9695" w:type="dxa"/>
              <w:jc w:val="center"/>
              <w:tblCellSpacing w:w="17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71"/>
              <w:gridCol w:w="2976"/>
              <w:gridCol w:w="1871"/>
              <w:gridCol w:w="2976"/>
            </w:tblGrid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27AE60"/>
                    <w:left w:val="single" w:sz="6" w:space="0" w:color="27AE60"/>
                    <w:bottom w:val="single" w:sz="6" w:space="0" w:color="27AE60"/>
                    <w:right w:val="single" w:sz="6" w:space="0" w:color="27AE60"/>
                  </w:tcBorders>
                  <w:shd w:val="clear" w:color="auto" w:fill="27AE6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כְּתֹנֶת פַּסִּים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בֶּגֶד אָרֹךְ עִם פַּסִּים צִבְעוֹנִיִּים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27AE60"/>
                    <w:left w:val="single" w:sz="6" w:space="0" w:color="27AE60"/>
                    <w:bottom w:val="single" w:sz="6" w:space="0" w:color="27AE60"/>
                    <w:right w:val="single" w:sz="6" w:space="0" w:color="27AE60"/>
                  </w:tcBorders>
                  <w:shd w:val="clear" w:color="auto" w:fill="27AE6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אֲלֻמָּה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חֲבִילָה שֶׁל שִׁבֳּלִים קְשׁוּרוֹת יַחַד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27AE60"/>
                    <w:left w:val="single" w:sz="6" w:space="0" w:color="27AE60"/>
                    <w:bottom w:val="single" w:sz="6" w:space="0" w:color="27AE60"/>
                    <w:right w:val="single" w:sz="6" w:space="0" w:color="27AE60"/>
                  </w:tcBorders>
                  <w:shd w:val="clear" w:color="auto" w:fill="27AE6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בּוֹר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חוֹר עָמֹק בָּאֲדָמָה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27AE60"/>
                    <w:left w:val="single" w:sz="6" w:space="0" w:color="27AE60"/>
                    <w:bottom w:val="single" w:sz="6" w:space="0" w:color="27AE60"/>
                    <w:right w:val="single" w:sz="6" w:space="0" w:color="27AE60"/>
                  </w:tcBorders>
                  <w:shd w:val="clear" w:color="auto" w:fill="27AE6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בֶּן זְקֻנִים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בֵּן שֶׁנּוֹלַד כְּשֶׁהָאַבָּא כְּבָר זָקֵן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27AE60"/>
                    <w:left w:val="single" w:sz="6" w:space="0" w:color="27AE60"/>
                    <w:bottom w:val="single" w:sz="6" w:space="0" w:color="27AE60"/>
                    <w:right w:val="single" w:sz="6" w:space="0" w:color="27AE60"/>
                  </w:tcBorders>
                  <w:shd w:val="clear" w:color="auto" w:fill="27AE6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קִנְּאוּ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רָצוּ מְאוֹד אֶת מָה שֶׁיֵּשׁ לְמִישֶׁהוּ אַחֵר</w:t>
                  </w:r>
                </w:p>
              </w:tc>
              <w:tc>
                <w:tcPr>
                  <w:tcW w:type="dxa" w:w="2579"/>
                  <w:tcW w:w="1871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976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מְמַיְּנִים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כִּתְבוּ כָּל מִלָּה מִן הַמַּחְסָן בַּטּוּר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9525" w:type="dxa"/>
              <w:jc w:val="center"/>
              <w:tblCellSpacing w:w="4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587"/>
              <w:gridCol w:w="1587"/>
              <w:gridCol w:w="1587"/>
              <w:gridCol w:w="1587"/>
              <w:gridCol w:w="1587"/>
              <w:gridCol w:w="1587"/>
            </w:tblGrid>
            <w:tr>
              <w:trPr>
                <w:trHeight w:val="595" w:hRule="atLeast"/>
                <w:cantSplit/>
              </w:trPr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אֲלֻמּוֹת</w:t>
                  </w:r>
                </w:p>
              </w:tc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כְּתֹנֶת פַּסִּים</w:t>
                  </w:r>
                </w:p>
              </w:tc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שֶׁמֶשׁ</w:t>
                  </w:r>
                </w:p>
              </w:tc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בּוֹר</w:t>
                  </w:r>
                </w:p>
              </w:tc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צֹאן</w:t>
                  </w:r>
                </w:p>
              </w:tc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כּוֹכָבִים</w:t>
                  </w:r>
                </w:p>
              </w:tc>
            </w:tr>
          </w:tbl>
          <w:p/>
          <w:p>
            <w:pPr>
              <w:bidi/>
              <w:spacing w:before="0" w:after="0" w:line="1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  <w:gridCol w:w="4876"/>
            </w:tblGrid>
            <w:tr>
              <w:trPr>
                <w:trHeight w:val="453" w:hRule="atLeast"/>
                <w:cantSplit/>
              </w:trPr>
              <w:tc>
                <w:tcPr>
                  <w:tcW w:type="dxa" w:w="5159"/>
                  <w:tcW w:w="4876" w:type="dxa"/>
                  <w:tcBorders>
                    <w:top w:val="single" w:sz="6" w:space="0" w:color="27AE60"/>
                    <w:left w:val="single" w:sz="6" w:space="0" w:color="27AE60"/>
                    <w:bottom w:val="single" w:sz="6" w:space="0" w:color="27AE60"/>
                    <w:right w:val="single" w:sz="6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בַּחֲלוֹמוֹת שֶׁל יוֹסֵף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single" w:sz="6" w:space="0" w:color="27AE60"/>
                    <w:left w:val="single" w:sz="6" w:space="0" w:color="27AE60"/>
                    <w:bottom w:val="single" w:sz="6" w:space="0" w:color="27AE60"/>
                    <w:right w:val="single" w:sz="6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בַּסִּפּוּר עַל יוֹסֵף וְאֶחָיו</w:t>
                  </w:r>
                </w:p>
              </w:tc>
            </w:tr>
            <w:tr>
              <w:trPr>
                <w:trHeight w:val="481" w:hRule="atLeast"/>
                <w:cantSplit/>
              </w:trPr>
              <w:tc>
                <w:tcPr>
                  <w:tcW w:type="dxa" w:w="5159"/>
                  <w:tcW w:w="4876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481" w:hRule="atLeast"/>
                <w:cantSplit/>
              </w:trPr>
              <w:tc>
                <w:tcPr>
                  <w:tcW w:type="dxa" w:w="5159"/>
                  <w:tcW w:w="4876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481" w:hRule="atLeast"/>
                <w:cantSplit/>
              </w:trPr>
              <w:tc>
                <w:tcPr>
                  <w:tcW w:type="dxa" w:w="5159"/>
                  <w:tcW w:w="4876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מִלָּה וּתְמוּנָה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מִכָּל מִלָּה אֶל הַתְּמוּנָה הַמַּתְאִימָה.</w:t>
            </w:r>
          </w:p>
          <w:tbl>
            <w:tblPr>
              <w:bidiVisual/>
              <w:tblW w:w="9412" w:type="dxa"/>
              <w:jc w:val="center"/>
              <w:tblCellSpacing w:w="34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353"/>
              <w:gridCol w:w="2353"/>
              <w:gridCol w:w="2353"/>
              <w:gridCol w:w="2353"/>
            </w:tblGrid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2353" w:type="dxa"/>
                  <w:tcBorders>
                    <w:top w:val="single" w:sz="10" w:space="0" w:color="27AE60"/>
                    <w:left w:val="single" w:sz="10" w:space="0" w:color="27AE60"/>
                    <w:bottom w:val="single" w:sz="10" w:space="0" w:color="27AE60"/>
                    <w:right w:val="single" w:sz="10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כְּתֹנֶת פַּסִּים</w:t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10" w:space="0" w:color="27AE60"/>
                    <w:left w:val="single" w:sz="10" w:space="0" w:color="27AE60"/>
                    <w:bottom w:val="single" w:sz="10" w:space="0" w:color="27AE60"/>
                    <w:right w:val="single" w:sz="10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אֲלֻמָּה</w:t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10" w:space="0" w:color="27AE60"/>
                    <w:left w:val="single" w:sz="10" w:space="0" w:color="27AE60"/>
                    <w:bottom w:val="single" w:sz="10" w:space="0" w:color="27AE60"/>
                    <w:right w:val="single" w:sz="10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בּוֹר</w:t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10" w:space="0" w:color="27AE60"/>
                    <w:left w:val="single" w:sz="10" w:space="0" w:color="27AE60"/>
                    <w:bottom w:val="single" w:sz="10" w:space="0" w:color="27AE60"/>
                    <w:right w:val="single" w:sz="10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כּוֹכָבִים</w:t>
                  </w:r>
                </w:p>
              </w:tc>
            </w:tr>
            <w:tr>
              <w:trPr>
                <w:trHeight w:val="283" w:hRule="atLeast"/>
                <w:cantSplit/>
              </w:trPr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2"/>
                      <w:szCs w:val="32"/>
                      <w:rtl/>
                    </w:rPr>
                    <w:t>●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2"/>
                      <w:szCs w:val="32"/>
                      <w:rtl/>
                    </w:rPr>
                    <w:t>●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2"/>
                      <w:szCs w:val="32"/>
                      <w:rtl/>
                    </w:rPr>
                    <w:t>●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2"/>
                      <w:szCs w:val="32"/>
                      <w:rtl/>
                    </w:rPr>
                    <w:t>●</w:t>
                  </w:r>
                </w:p>
              </w:tc>
            </w:tr>
            <w:tr>
              <w:trPr>
                <w:trHeight w:val="567" w:hRule="atLeast"/>
                <w:cantSplit/>
              </w:trPr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1672" w:hRule="atLeast"/>
                <w:cantSplit/>
              </w:trPr>
              <w:tc>
                <w:tcPr>
                  <w:tcW w:type="dxa" w:w="2579"/>
                  <w:tcW w:w="235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2000" cy="972000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oc_vayeshev_27_0.03-0.53-0.47-0.97_False.jp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2000" cy="97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2000" cy="972000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oc_vayeshev_27_0.03-0.03-0.47-0.47_False.jp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2000" cy="97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2000" cy="972000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oc_vayeshev_27_0.53-0.53-0.97-0.97_False.jp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2000" cy="97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2000" cy="972000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oc_vayeshev_27_0.53-0.03-0.97-0.47_False.jp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2000" cy="97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✎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וַיֵּשֶׁב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מְבִינִים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הַמִּלִּים, וְכִתְבוּ אוֹתָהּ בַּמָּקוֹם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כְּתֹנֶת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קִנְּאוּ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אֲלֻמּוֹת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לְמִצְרַיִם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יַעֲקֹב עָשָׂה לְיוֹסֵף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פַּסִּים.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הָאַחִים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בְּיוֹסֵף.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יוֹסֵף חָלַם עַל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שֶׁמִּשְׁתַּחֲווֹת לוֹ.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הַסּוֹחֲרִים לָקְחוּ אֶת יוֹסֵף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בֵּין הַמִּשְׁבָּצוֹת הַמַּתְאִימוֹת.</w:t>
            </w:r>
          </w:p>
          <w:tbl>
            <w:tblPr>
              <w:bidiVisual/>
              <w:tblW w:w="1031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567"/>
              <w:gridCol w:w="1247"/>
              <w:gridCol w:w="567"/>
              <w:gridCol w:w="4762"/>
            </w:tblGrid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יַעֲקֹב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קִנְּאוּ בְּיוֹסֵף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יוֹסֵף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עָשָׂה כְּתֹנֶת פַּסִּים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הָאַחִים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לָקְחוּ אֶת יוֹסֵף לְמִצְרַיִם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הַסּוֹחֲרִים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חָלַם חֲלוֹמוֹת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יַעֲקֹב אָהַב אֶת יוֹסֵף.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הָאַחִים שָׂמְחוּ בַּחֲלוֹמוֹת שֶׁל יוֹסֵף.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בַּחֲלוֹם הִשְׁתַּחֲווּ לְיוֹסֵף הַשֶּׁמֶשׁ, הַיָּרֵחַ וְהַכּוֹכָבִים.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יוֹסֵף נִשְׁאַר כָּל הַזְּמַן בְּבֵית אָבִיו.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וַיֵּשֶׁב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סַדְּרוּ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קִרְאוּ כָּל מִשְׁפָּט, וְהַדְבִּיקוּ לְיָדוֹ אֶת הַתְּמוּנָה הַמַּתְאִימָה.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27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CellSpacing w:w="34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5443"/>
      </w:tblGrid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27AE60"/>
              <w:left w:val="single" w:sz="10" w:space="0" w:color="27AE60"/>
              <w:bottom w:val="single" w:sz="10" w:space="0" w:color="27AE60"/>
              <w:right w:val="single" w:sz="10" w:space="0" w:color="27AE60"/>
            </w:tcBorders>
            <w:shd w:val="clear" w:color="auto" w:fill="E9F7EF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7AE60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27AE6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7AE60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יוֹסֵף לוֹבֵשׁ אֶת כְּתֹנֶת הַפַּסִּים.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27AE60"/>
              <w:left w:val="single" w:sz="10" w:space="0" w:color="27AE60"/>
              <w:bottom w:val="single" w:sz="10" w:space="0" w:color="27AE60"/>
              <w:right w:val="single" w:sz="10" w:space="0" w:color="27AE60"/>
            </w:tcBorders>
            <w:shd w:val="clear" w:color="auto" w:fill="E9F7EF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7AE60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27AE6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7AE60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יוֹסֵף חוֹלֵם עַל אֲלֻמּוֹת וְכוֹכָבִים.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27AE60"/>
              <w:left w:val="single" w:sz="10" w:space="0" w:color="27AE60"/>
              <w:bottom w:val="single" w:sz="10" w:space="0" w:color="27AE60"/>
              <w:right w:val="single" w:sz="10" w:space="0" w:color="27AE60"/>
            </w:tcBorders>
            <w:shd w:val="clear" w:color="auto" w:fill="E9F7EF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7AE60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27AE6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27AE60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הַסּוֹחֲרִים לוֹקְחִים אֶת יוֹסֵף לְמִצְרַיִם.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ejaVu Sans" w:hAnsi="DejaVu Sans" w:cs="DejaVu Sans" w:eastAsia="DejaVu Sans"/>
          <w:b/>
          <w:bCs/>
          <w:color w:val="27AE60"/>
          <w:sz w:val="28"/>
          <w:szCs w:val="28"/>
          <w:rtl/>
        </w:rPr>
        <w:t xml:space="preserve">☺ </w:t>
      </w:r>
      <w:r>
        <w:rPr>
          <w:rFonts w:ascii="Noto Sans Hebrew" w:hAnsi="Noto Sans Hebrew" w:cs="Noto Sans Hebrew" w:eastAsia="Noto Sans Hebrew"/>
          <w:b/>
          <w:bCs/>
          <w:color w:val="27AE60"/>
          <w:sz w:val="36"/>
          <w:szCs w:val="36"/>
          <w:rtl/>
        </w:rPr>
        <w:t>סַפְּרוּ לְחָבֵר אוֹ לַהוֹרִים אֶת הַסִּפּוּר לְפִי הַתְּמוּנוֹת.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♥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וַיֵּשֶׁב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מִדָּה טוֹבָה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701"/>
        <w:gridCol w:w="8618"/>
      </w:tblGrid>
      <w:tr>
        <w:trPr>
          <w:cantSplit/>
        </w:trPr>
        <w:tc>
          <w:tcPr>
            <w:tcW w:type="dxa" w:w="5159"/>
            <w:tcW w:w="1701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618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85" w:type="dxa"/>
              <w:left w:w="141" w:type="dxa"/>
              <w:bottom w:w="85" w:type="dxa"/>
              <w:right w:w="141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42"/>
                <w:szCs w:val="42"/>
                <w:rtl/>
              </w:rPr>
              <w:t xml:space="preserve">פִּנַּת הַמִּדָּה: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42"/>
                <w:szCs w:val="42"/>
                <w:rtl/>
              </w:rPr>
              <w:t>אַהֲבַת אַחִים – לֹא מְקַנְּאִים</w:t>
            </w:r>
          </w:p>
          <w:p>
            <w:pPr>
              <w:bidi/>
              <w:spacing w:before="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הָאַחִים קִנְּאוּ בְּיוֹסֵף, וְהַקִּנְאָה הֵבִיאָה לְרִיב גָּדוֹל. כְּשֶׁיֵּשׁ לְחָבֵר אוֹ לְאָח מַשֶּׁהוּ יָפֶה, אֶפְשָׁר לִשְׂמֹחַ אִתּוֹ. כָּךְ שׁוֹמְרִים עַל אַהֲבָה וְעַל שָׁלוֹם בַּמִּשְׁפָּחָה.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מְמַיְּנִים מַעֲשִׂים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הַדְבִּיקוּ כָּל כַּרְטִיס בַּטּוּר הַמַּתְאִים לוֹ.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27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752" w:type="dxa"/>
              <w:jc w:val="center"/>
              <w:tblCellSpacing w:w="4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  <w:gridCol w:w="4876"/>
            </w:tblGrid>
            <w:tr>
              <w:trPr>
                <w:trHeight w:val="538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single" w:sz="6" w:space="0" w:color="27AE60"/>
                    <w:left w:val="single" w:sz="6" w:space="0" w:color="27AE60"/>
                    <w:bottom w:val="single" w:sz="6" w:space="0" w:color="27AE60"/>
                    <w:right w:val="single" w:sz="6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😊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מַעֲשֶׂה טוֹב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single" w:sz="6" w:space="0" w:color="C0392B"/>
                    <w:left w:val="single" w:sz="6" w:space="0" w:color="C0392B"/>
                    <w:bottom w:val="single" w:sz="6" w:space="0" w:color="C0392B"/>
                    <w:right w:val="single" w:sz="6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😟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לֹא כְּדַאי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צַיְּרוּ אֶת כְּתֹנֶת הַפַּסִּים שֶׁל יוֹסֵף – בְּכָל הַצְּבָעִים!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865"/>
            </w:tblGrid>
            <w:tr>
              <w:trPr>
                <w:trHeight w:val="2608" w:hRule="exact"/>
                <w:cantSplit/>
              </w:trPr>
              <w:tc>
                <w:tcPr>
                  <w:tcW w:type="dxa" w:w="10318"/>
                  <w:tcW w:w="9865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✿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וַיֵּשֶׁב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צוֹבְעִים וְחוֹשְׁבִים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DejaVu Sans" w:hAnsi="DejaVu Sans" w:cs="DejaVu Sans" w:eastAsia="DejaVu Sans"/>
          <w:b/>
          <w:bCs/>
          <w:color w:val="27AE60"/>
          <w:sz w:val="30"/>
          <w:szCs w:val="30"/>
          <w:rtl/>
        </w:rPr>
        <w:t xml:space="preserve">✿ </w:t>
      </w:r>
      <w:r>
        <w:rPr>
          <w:rFonts w:ascii="Noto Sans Hebrew" w:hAnsi="Noto Sans Hebrew" w:cs="Noto Sans Hebrew" w:eastAsia="Noto Sans Hebrew"/>
          <w:b/>
          <w:bCs/>
          <w:color w:val="27AE60"/>
          <w:sz w:val="40"/>
          <w:szCs w:val="40"/>
          <w:rtl/>
        </w:rPr>
        <w:t>צַבְּעוּ אֶת חֲלוֹם הָאֲלֻמּוֹת וְהַכּוֹכָבִים.</w:t>
      </w:r>
    </w:p>
    <w:tbl>
      <w:tblPr>
        <w:bidiVisual/>
        <w:tblW w:w="759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597"/>
      </w:tblGrid>
      <w:tr>
        <w:trPr>
          <w:cantSplit/>
        </w:trPr>
        <w:tc>
          <w:tcPr>
            <w:tcW w:type="dxa" w:w="10318"/>
            <w:tcW w:w="7597" w:type="dxa"/>
            <w:tcBorders>
              <w:top w:val="single" w:sz="12" w:space="0" w:color="27AE60"/>
              <w:left w:val="single" w:sz="12" w:space="0" w:color="27AE60"/>
              <w:bottom w:val="single" w:sz="12" w:space="0" w:color="27AE60"/>
              <w:right w:val="single" w:sz="12" w:space="0" w:color="27AE6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36000" cy="5544000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shev_c_126_None_False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000" cy="55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לָמָּה קִנְּאוּ הָאַחִים בְּיוֹסֵף?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515"/>
        <w:gridCol w:w="2268"/>
        <w:gridCol w:w="2268"/>
        <w:gridCol w:w="2268"/>
      </w:tblGrid>
      <w:tr>
        <w:trPr>
          <w:trHeight w:val="793" w:hRule="atLeast"/>
          <w:cantSplit/>
        </w:trPr>
        <w:tc>
          <w:tcPr>
            <w:tcW w:type="dxa" w:w="2579"/>
            <w:tcW w:w="351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4F6F7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אֵיךְ הִצְלַחְתִּי? סַמְּנוּ: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9_None_Fals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מְצֻיָּן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56" name="Picture 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9_None_Fals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טוֹב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57" name="Picture 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9_None_Fals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קָשֶׁה לִי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↻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8"/>
                <w:szCs w:val="48"/>
                <w:rtl/>
              </w:rPr>
              <w:t>חֲזָרָה עַל פָּרָשׁוֹת חֵלֶק ב'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אֵיזוֹ פָּרָשָׁה בַּתְּמוּנָה?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מִשֵּׁם הַפָּרָשָׁה אֶל הַתְּמוּנָה הַמַּתְאִימָה לָהּ.</w:t>
            </w:r>
          </w:p>
          <w:tbl>
            <w:tblPr>
              <w:bidiVisual/>
              <w:tblW w:w="1031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  <w:gridCol w:w="567"/>
              <w:gridCol w:w="1474"/>
              <w:gridCol w:w="567"/>
              <w:gridCol w:w="2608"/>
            </w:tblGrid>
            <w:tr>
              <w:trPr>
                <w:trHeight w:val="1761" w:hRule="atLeast"/>
                <w:cantSplit/>
              </w:trPr>
              <w:tc>
                <w:tcPr>
                  <w:tcW w:type="dxa" w:w="2064"/>
                  <w:tcW w:w="510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פָּרָשַׁת וַיֵּצֵא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474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2000" cy="1008000"/>
                        <wp:docPr id="58" name="Picture 5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ayishlach_3_42_None_False.jp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2000" cy="100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761" w:hRule="atLeast"/>
                <w:cantSplit/>
              </w:trPr>
              <w:tc>
                <w:tcPr>
                  <w:tcW w:type="dxa" w:w="2064"/>
                  <w:tcW w:w="510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פָּרָשַׁת וַיִּשְׁלַח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474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2000" cy="1008000"/>
                        <wp:docPr id="59" name="Picture 5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ayeshev_2_42_None_False.jp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2000" cy="100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761" w:hRule="atLeast"/>
                <w:cantSplit/>
              </w:trPr>
              <w:tc>
                <w:tcPr>
                  <w:tcW w:type="dxa" w:w="2064"/>
                  <w:tcW w:w="510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פָּרָשַׁת וַיֵּשֶׁב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474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2000" cy="1008000"/>
                        <wp:docPr id="60" name="Picture 6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ayetze_2_42_None_False.jp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2000" cy="100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אֵיזוֹ מִדָּה לָמַדְנוּ?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מִשֵּׁם הַפָּרָשָׁה אֶל הַמִּדָּה הַטּוֹבָה שֶׁלָּמַדְנוּ בָּהּ.</w:t>
            </w:r>
          </w:p>
          <w:tbl>
            <w:tblPr>
              <w:bidiVisual/>
              <w:tblW w:w="1031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402"/>
              <w:gridCol w:w="567"/>
              <w:gridCol w:w="1247"/>
              <w:gridCol w:w="567"/>
              <w:gridCol w:w="4536"/>
            </w:tblGrid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40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פָּרָשַׁת וַיֵּצֵא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53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רְדִיפַת שָׁלוֹם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40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פָּרָשַׁת וַיִּשְׁלַח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53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אַהֲבַת אַחִים – לֹא מְקַנְּאִים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40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פָּרָשַׁת וַיֵּשֶׁב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53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עֲבוֹדָה בַּחֲרִיצוּת וּבְיֹשֶׁר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מָה אָהַבְתִּי בְּיוֹתֵר בַּפָּרָשׁוֹת? לָמָּה?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13948" w:hRule="exact"/>
          <w:cantSplit/>
        </w:trPr>
        <w:tc>
          <w:tcPr>
            <w:tcW w:type="dxa" w:w="10318"/>
            <w:tcW w:w="10319" w:type="dxa"/>
            <w:tcBorders>
              <w:top w:val="double" w:sz="36" w:space="0" w:color="D4AC0D"/>
              <w:left w:val="double" w:sz="36" w:space="0" w:color="D4AC0D"/>
              <w:bottom w:val="double" w:sz="36" w:space="0" w:color="D4AC0D"/>
              <w:right w:val="double" w:sz="36" w:space="0" w:color="D4AC0D"/>
            </w:tcBorders>
            <w:shd w:val="clear" w:color="auto" w:fill="FFFDF5"/>
            <w:tcMar>
              <w:top w:w="283" w:type="dxa"/>
              <w:left w:w="283" w:type="dxa"/>
              <w:bottom w:w="283" w:type="dxa"/>
              <w:right w:w="283" w:type="dxa"/>
            </w:tcMar>
            <w:vAlign w:val="top"/>
          </w:tcPr>
          <w:p>
            <w:pPr>
              <w:bidi/>
              <w:spacing w:before="120" w:after="0"/>
              <w:jc w:val="center"/>
            </w:pPr>
            <w:r>
              <w:rPr>
                <w:rFonts w:ascii="DejaVu Sans" w:hAnsi="DejaVu Sans" w:cs="DejaVu Sans" w:eastAsia="DejaVu Sans"/>
                <w:sz w:val="68"/>
                <w:szCs w:val="68"/>
                <w:rtl/>
              </w:rPr>
              <w:t>★</w:t>
            </w:r>
          </w:p>
          <w:p>
            <w:pPr>
              <w:bidi/>
              <w:spacing w:before="0" w:after="16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80"/>
                <w:szCs w:val="80"/>
                <w:rtl/>
              </w:rPr>
              <w:t>תְּעוּדַת סִיּוּם</w:t>
            </w:r>
          </w:p>
          <w:p>
            <w:pPr>
              <w:bidi/>
              <w:spacing w:before="0" w:after="20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44"/>
                <w:szCs w:val="44"/>
                <w:rtl/>
              </w:rPr>
              <w:t xml:space="preserve">לַתַּלְמִיד / לַתַּלְמִידָה: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88888"/>
                <w:sz w:val="44"/>
                <w:szCs w:val="44"/>
                <w:rtl/>
              </w:rPr>
              <w:t>________________________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42"/>
                <w:szCs w:val="42"/>
                <w:rtl/>
              </w:rPr>
              <w:t>סִיַּמְתָּ בְּהַצְלָחָה אֶת חֵלֶק ב' שֶׁל חוֹבֶרֶת חֻמַּשׁ בְּרֵאשִׁית –</w:t>
            </w:r>
          </w:p>
          <w:p>
            <w:pPr>
              <w:bidi/>
              <w:spacing w:before="0" w:after="20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3A5F"/>
                <w:sz w:val="42"/>
                <w:szCs w:val="42"/>
                <w:rtl/>
              </w:rPr>
              <w:t>פָּרָשׁוֹת וַיֵּצֵא, וַיִּשְׁלַח וְוַיֵּשֶׁב!</w:t>
            </w:r>
          </w:p>
          <w:p>
            <w:pPr>
              <w:bidi/>
              <w:spacing w:before="0" w:after="20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0" cy="2998730"/>
                  <wp:docPr id="61" name="Picture 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tze_3_125_None_False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0" cy="29987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28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44"/>
                <w:szCs w:val="44"/>
                <w:rtl/>
              </w:rPr>
              <w:t>כָּל הַכָּבוֹד! מַמְשִׁיכִים לִלְמֹד וְלִגְדֹּל בַּתּוֹרָה וּבְמִדּוֹת טוֹבוֹת.</w:t>
            </w:r>
          </w:p>
          <w:tbl>
            <w:tblPr>
              <w:bidiVisual/>
              <w:tblW w:w="907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type="dxa" w:w="5159"/>
                  <w:tcW w:w="4536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888888"/>
                      <w:sz w:val="36"/>
                      <w:szCs w:val="36"/>
                      <w:rtl/>
                    </w:rPr>
                    <w:t>____________________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>חֲתִימַת הַמּוֹרֶה</w:t>
                  </w:r>
                </w:p>
              </w:tc>
              <w:tc>
                <w:tcPr>
                  <w:tcW w:type="dxa" w:w="5159"/>
                  <w:tcW w:w="4536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888888"/>
                      <w:sz w:val="36"/>
                      <w:szCs w:val="36"/>
                      <w:rtl/>
                    </w:rPr>
                    <w:t>____________________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>תַּאֲרִיךְ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סַדְּרוּ אֶת הַסִּפּוּר – פָּרָשַׁת וַיֵּצֵא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Noto Sans Hebrew" w:hAnsi="Noto Sans Hebrew" w:cs="Noto Sans Hebrew" w:eastAsia="Noto Sans Hebrew"/>
          <w:color w:val="909497"/>
          <w:sz w:val="26"/>
          <w:szCs w:val="26"/>
          <w:rtl/>
        </w:rPr>
        <w:t>מַדְפִּיסִים עַמּוּד זֶה בְּצַד אֶחָד בִּלְבַד · גּוֹזְרִים לְאֹרֶךְ הַקַּו הַמְּקֻוְקָו</w:t>
      </w:r>
    </w:p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2" name="Picture 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tze_3_86_None_False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3" name="Picture 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tze_1_86_None_False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4" name="Picture 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tze_2_86_None_False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BBBBBB"/>
                <w:sz w:val="80"/>
                <w:szCs w:val="80"/>
                <w:rtl/>
              </w:rPr>
              <w:t>✂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6"/>
                <w:szCs w:val="36"/>
                <w:rtl/>
              </w:rPr>
              <w:t>פָּרָשַׁת וַיֵּצֵא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6" w:space="0" w:color="000000"/>
              <w:left w:val="nil" w:sz="0" w:space="0" w:color="FFFFFF"/>
              <w:bottom w:val="nil" w:sz="0" w:space="0" w:color="FFFFFF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8"/>
                <w:szCs w:val="8"/>
                <w:rtl/>
              </w:rPr>
              <w:t xml:space="preserve"> 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מְמַיְּנִים מַעֲשִׂים – פָּרָשַׁת וַיֵּצֵא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9298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649"/>
        <w:gridCol w:w="4649"/>
      </w:tblGrid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מְסַיְּמִים אֶת שִׁעוּרֵי הַבַּיִת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מַעְתִּיקִים מֵחָבֵר בַּמִּבְחָן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מְסַדְּרִים אֶת הַחֶדֶר עַד הַסּוֹף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מַפְסִיקִים בְּאֶמְצַע הָעֲבוֹדָה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שׁוֹמְרִים עַל הַחֲפָצִים שֶׁל הַכִּתָּה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מַשְׁאִירִים אֶת הַבָּלָגָן לַאֲחֵרִים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סַדְּרוּ אֶת הַסִּפּוּר – פָּרָשַׁת וַיִּשְׁלַח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Noto Sans Hebrew" w:hAnsi="Noto Sans Hebrew" w:cs="Noto Sans Hebrew" w:eastAsia="Noto Sans Hebrew"/>
          <w:color w:val="909497"/>
          <w:sz w:val="26"/>
          <w:szCs w:val="26"/>
          <w:rtl/>
        </w:rPr>
        <w:t>מַדְפִּיסִים עַמּוּד זֶה בְּצַד אֶחָד בִּלְבַד · גּוֹזְרִים לְאֹרֶךְ הַקַּו הַמְּקֻוְקָו</w:t>
      </w:r>
    </w:p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5" name="Picture 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ishlach_3_86_None_False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6" name="Picture 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ishlach_1_86_None_False.jp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7" name="Picture 6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ishlach_2_86_None_False.jp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BBBBBB"/>
                <w:sz w:val="80"/>
                <w:szCs w:val="80"/>
                <w:rtl/>
              </w:rPr>
              <w:t>✂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6"/>
                <w:szCs w:val="36"/>
                <w:rtl/>
              </w:rPr>
              <w:t>פָּרָשַׁת וַיִּשְׁלַח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6" w:space="0" w:color="000000"/>
              <w:left w:val="nil" w:sz="0" w:space="0" w:color="FFFFFF"/>
              <w:bottom w:val="nil" w:sz="0" w:space="0" w:color="FFFFFF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8"/>
                <w:szCs w:val="8"/>
                <w:rtl/>
              </w:rPr>
              <w:t xml:space="preserve"> 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מְמַיְּנִים מַעֲשִׂים – פָּרָשַׁת וַיִּשְׁלַח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9298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649"/>
        <w:gridCol w:w="4649"/>
      </w:tblGrid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אוֹמְרִים "סְלִיחָה" אַחֲרֵי רִיב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צוֹעֲקִים עַל הָאָח הַקָּטָן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מְוַתְּרִים לְחָבֵר עַל הַתּוֹר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מַמְשִׁיכִים לִכְעֹס כָּל הַיּוֹם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מַזְמִינִים חָבֵר לְשַׂחֵק אַחֲרֵי רִיב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מַרְבִּיצִים לְחָבֵר בִּזְמַן רִיב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סַדְּרוּ אֶת הַסִּפּוּר – פָּרָשַׁת וַיֵּשֶׁב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Noto Sans Hebrew" w:hAnsi="Noto Sans Hebrew" w:cs="Noto Sans Hebrew" w:eastAsia="Noto Sans Hebrew"/>
          <w:color w:val="909497"/>
          <w:sz w:val="26"/>
          <w:szCs w:val="26"/>
          <w:rtl/>
        </w:rPr>
        <w:t>מַדְפִּיסִים עַמּוּד זֶה בְּצַד אֶחָד בִּלְבַד · גּוֹזְרִים לְאֹרֶךְ הַקַּו הַמְּקֻוְקָו</w:t>
      </w:r>
    </w:p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8" name="Picture 6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shev_3_86_None_False.jp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9" name="Picture 6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shev_1_86_None_False.jp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70" name="Picture 7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shev_2_86_None_False.jp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BBBBBB"/>
                <w:sz w:val="80"/>
                <w:szCs w:val="80"/>
                <w:rtl/>
              </w:rPr>
              <w:t>✂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6"/>
                <w:szCs w:val="36"/>
                <w:rtl/>
              </w:rPr>
              <w:t>פָּרָשַׁת וַיֵּשֶׁב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6" w:space="0" w:color="000000"/>
              <w:left w:val="nil" w:sz="0" w:space="0" w:color="FFFFFF"/>
              <w:bottom w:val="nil" w:sz="0" w:space="0" w:color="FFFFFF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8"/>
                <w:szCs w:val="8"/>
                <w:rtl/>
              </w:rPr>
              <w:t xml:space="preserve"> 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מְמַיְּנִים מַעֲשִׂים – פָּרָשַׁת וַיֵּשֶׁב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9298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649"/>
        <w:gridCol w:w="4649"/>
      </w:tblGrid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שְׂמֵחִים בַּמַּתָּנָה שֶׁל הָאָח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לוֹקְחִים לְחָבֵר צַעֲצוּעַ בְּכֹחַ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אוֹמְרִים לְחָבֵר "כָּל הַכָּבוֹד"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כּוֹעֲסִים כִּי לְחָבֵר יֵשׁ יוֹתֵר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מְפַרְגְּנִים לְמִי שֶׁהִצְלִיחַ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מְסַפְּרִים דְּבָרִים רָעִים עַל הָאָח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ans Hebrew" w:hAnsi="Noto Sans Hebrew" w:cs="Noto Sans Hebrew" w:eastAsia="Noto Sans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jpg"/><Relationship Id="rId23" Type="http://schemas.openxmlformats.org/officeDocument/2006/relationships/image" Target="media/image13.pn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jp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jpg"/><Relationship Id="rId34" Type="http://schemas.openxmlformats.org/officeDocument/2006/relationships/image" Target="media/image24.jpg"/><Relationship Id="rId35" Type="http://schemas.openxmlformats.org/officeDocument/2006/relationships/image" Target="media/image25.jpg"/><Relationship Id="rId36" Type="http://schemas.openxmlformats.org/officeDocument/2006/relationships/image" Target="media/image26.jpg"/><Relationship Id="rId37" Type="http://schemas.openxmlformats.org/officeDocument/2006/relationships/image" Target="media/image27.jpg"/><Relationship Id="rId38" Type="http://schemas.openxmlformats.org/officeDocument/2006/relationships/image" Target="media/image28.jpg"/><Relationship Id="rId39" Type="http://schemas.openxmlformats.org/officeDocument/2006/relationships/image" Target="media/image29.jpg"/><Relationship Id="rId40" Type="http://schemas.openxmlformats.org/officeDocument/2006/relationships/image" Target="media/image30.jpg"/><Relationship Id="rId41" Type="http://schemas.openxmlformats.org/officeDocument/2006/relationships/image" Target="media/image31.jpg"/><Relationship Id="rId42" Type="http://schemas.openxmlformats.org/officeDocument/2006/relationships/image" Target="media/image32.jpg"/><Relationship Id="rId43" Type="http://schemas.openxmlformats.org/officeDocument/2006/relationships/image" Target="media/image33.jpg"/><Relationship Id="rId44" Type="http://schemas.openxmlformats.org/officeDocument/2006/relationships/image" Target="media/image3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