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rtl/>
              </w:rPr>
              <w:t>מַחְוָן לַמּוֹרֶה – חֻמַּשׁ בְּרֵאשִׁית,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38"/>
                <w:szCs w:val="38"/>
                <w:rtl/>
              </w:rPr>
              <w:t>חֵלֶק ג': פָּרָשׁוֹת מִקֵּץ, וַיִּגַּשׁ, וַיְחִי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4F6F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36"/>
                <w:szCs w:val="36"/>
                <w:rtl/>
              </w:rPr>
              <w:t>הנחיות למורה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המחוון מראה את התשובות לכל משימה, לפי מספרי העמודים בחוברת התלמיד.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סדר העבודה בכל פרשה: קריאת הסיפור והפסוק יחד בכיתה ← משימות הבנה ← גזירה והדבקה ← שיחה על המידה הטובה ← צביעה ושאלה.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• דפי הגזירה נמצאים בסוף החוברת (עמודים 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). מומלץ להדפיס אותם בצד אחד בלבד, או לגזור אותם מראש לתלמידים שמתקשים בגזירה.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סיפור הפרשה כתוב במילים שלנו, בשפה פשוטה ומנוקדת. הפסוקים מובאים כלשונם (ויקיטקסט, מנוקד בלי טעמים).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שאלות הציור והשאלה "מה אהבתי" הן תשובות אישיות – כל תשובה מנומקת מתקבלת.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חֲזָרָה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) וּתְעוּדָה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– פרשה ותמונה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הַשְּׁלִישִׁית מִלְמַעְלָה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הַרִאשׁוֹנָה מִלְמַעְלָה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הַשְּׁנִיָּה מִלְמַעְלָה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– פרשה ומידה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תִּכְנוּן וְאַחְרָיוּת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סְלִיחָה וַעֲזָרָה לָאַחִים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בְּרָכָה וְאַחְדוּת בַּמִּשְׁפָּחָה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3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תשובה אישית.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תעודת הסיום: ממלאים את שם התלמיד, חתימה ותאריך.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תִּכְנוּן וְאַחְרָיוּת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וַיֹּאמֶר פַּרְעֹה אֶל־יוֹסֵף רְאֵה נָתַתִּי אֹתְךָ עַל כָּל־אֶרֶץ מִצְרָיִם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מא, מא)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מילים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יְאֹר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נָהָר גָּדוֹל בְּמִצְרַיִם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שִׁבֳּלִים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הַחֵלֶק שֶׁל הַחִטָּה שֶׁיֵּשׁ בּוֹ גַּרְעִינִים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שֹׂבַע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כְּשֶׁיֵּשׁ הַרְבֵּה אֹכֶל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רָעָב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כְּשֶׁאֵין מַסְפִּיק אֹכֶל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תפזורת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הַמִּלִּים: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יאר · שבלים · שבע · רעב · לפתר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 (מְסֻמָּנוֹת בַּטַּבְלָה)</w:t>
            </w:r>
          </w:p>
          <w:tbl>
            <w:tblPr>
              <w:bidiVisual/>
              <w:tblW w:w="2460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51"/>
              <w:gridCol w:w="351"/>
              <w:gridCol w:w="351"/>
              <w:gridCol w:w="351"/>
              <w:gridCol w:w="351"/>
              <w:gridCol w:w="351"/>
              <w:gridCol w:w="351"/>
            </w:tblGrid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ז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מ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צ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ר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פ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ת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ר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ר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ג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ב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צ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ש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ט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ק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ר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ב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ג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ז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צ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ח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ר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פ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נ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כ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ו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נ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מ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ש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ב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ם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ג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פַּרְעֹה חָלַם עַל שֶׁבַע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פָּרוֹת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שְׁמֵנוֹת וְשֶׁבַע רָזוֹת.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יוֹסֵף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פָּתַר אֶת הַחֲלוֹמוֹת שֶׁל פַּרְעֹה.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יוֹסֵף אָסַף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תְּבוּאָה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בַּמַּחְסָנִים.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אַחֲרֵי שְׁנוֹת הַשֹּׂבַע בָּאוּ שְׁנוֹת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רָעָב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פָּרוֹת שְׁמֵנוֹת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שָׁנִים שֶׁל שֹׂבַע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פָּרוֹת רָזוֹת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שָׁנִים שֶׁל רָעָב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פַּרְעֹה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מֶלֶךְ מִצְרַיִם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יוֹסֵף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מִשְׁנֶה לַמֶּלֶךְ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פַּרְעֹה חָלַם עַל פָּרוֹת וְעַל שִׁבֳּלִים.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לֹא יָדַע לִפְתֹּר אֶת הַחֲלוֹמוֹת.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אָסַף תְּבוּאָה לִשְׁנוֹת הָרָעָב.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הָאַחִים הִכִּירוּ אֶת יוֹסֵף מִיָּד.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פַּרְעֹה חוֹלֵם עַל פָּרוֹת.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נַעֲשֶׂה מִשְׁנֶה לַמֶּלֶךְ.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אוֹסֵף תְּבוּאָה בַּמַּחְסָנִים.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מְסַדְּרִים אֶת הַתִּיק מֵעֶרֶב · חוֹסְכִים כֶּסֶף בְּקֻפְסָה · מְכִינִים מַיִם לַטִּיּוּל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זוֹרְקִים לֶחֶם שָׁלֵם לַפַּח · שׁוֹכְחִים לְהָכִין שִׁעוּרִים · מְבַזְבְּזִים אֶת כָּל דְּמֵי הַכִּיס בְּיוֹם אֶחָד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28"/>
                <w:szCs w:val="2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מָה עָשָׂה יוֹסֵף בִּשְׁנוֹת הַשֹּׂבַע?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אָסַף תְּבוּאָה בְּמַחְסָנִים גְּדוֹלִים, לִשְׁנוֹת הָרָעָב.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היו הפרות השמנות והפרות הרזות?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חשוב לחשוב קדימה ולתכנן?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איך אתם מתכוננים ליום הלימודים?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סְלִיחָה וַעֲזָרָה לָאַחִים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וַיֹּאמֶר יוֹסֵף אֶל־אֶחָיו אֲנִי יוֹסֵף הַעוֹד אָבִי חָי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מה, ג)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מילה ותמונה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עֲגָלָה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הַשְּׁנִיָּה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גָּבִיעַ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הָרְבִיעִית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שַׂק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הָרִאשׁוֹנָה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צֹאן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הַשְּׁלִישִׁית מִיָּמִין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מילים – הקפה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נִגַּשׁ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הִתְקָרֵב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לְהִתְאַפֵּק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לְהַחְזִיק אֶת הָרֶגֶשׁ בִּפְנִים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עֲגָלָה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כְּלִי עִם גַּלְגַּלִּים, שֶׁמַּסִּיעִים בּוֹ דְּבָרִים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גָּבִיעַ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כּוֹס יָפָה וִיקָרָה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יְהוּדָה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נִגַּשׁ אֶל יוֹסֵף.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יוֹסֵף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סָלַח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לְאֶחָיו.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יוֹסֵף שָׁלַח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עֲגָלוֹת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אֶל אָבִיו.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שָׂמַח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לִשְׁמֹעַ שֶׁיּוֹסֵף חַי.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יְהוּדָה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רָצָה לְהִשָּׁאֵר בִּמְקוֹם בִּנְיָמִין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יוֹסֵף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אָמַר: "אֲנִי יוֹסֵף"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הָעֲגָלוֹת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הֵבִיאוּ אֹכֶל וּמַתָּנוֹת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יַעֲקֹב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יָרַד לְמִצְרַיִם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יְהוּדָה דָּאַג לְבִנְיָמִין.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כָּעַס וְלֹא סָלַח לְאֶחָיו.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שָׁלַח עֲגָלוֹת לְאֶרֶץ כְּנַעַן.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נִשְׁאַר בְּאֶרֶץ כְּנַעַן.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אוֹמֵר לָאַחִים: "אֲנִי יוֹסֵף".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הָעֲגָלוֹת נוֹסְעוֹת אֶל אֶרֶץ כְּנַעַן.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וְיוֹסֵף מִתְחַבְּקִים.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סוֹלְחִים לְחָבֵר שֶׁבִּקֵּשׁ סְלִיחָה · שׁוֹמְרִים עַל אָח קָטָן בַּגַּן · מְגִנִּים עַל חָבֵר שֶׁצּוֹחֲקִים עָלָיו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זוֹכְרִים רִיב יָשָׁן וְכוֹעֲסִים · לֹא מְדַבְּרִים עִם חָבֵר שֶׁטָּעָה · צוֹחֲקִים עַל אָח קָטָן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28"/>
                <w:szCs w:val="28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מָה אָמַר יוֹסֵף לְאֶחָיו?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"אֲנִי יוֹסֵף! הַעוֹד אָבִי חַי?"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יהודה היה מוכן להישאר במקום בנימין?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הרגישו האחים כשיוסף אמר "אני יוסף"?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קשה לפעמים לסלוח, ולמה זה חשוב?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22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בְּרָכָה וְאַחְדוּת בַּמִּשְׁפָּחָה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הַמַּלְאָךְ הַגֹּאֵל אֹתִי מִכָּל־רָע יְבָרֵךְ אֶת־הַנְּעָרִים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מח, טז)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מילים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כַּאֲשֶׁר יַעֲקֹב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הִזְקִין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, בָּא אֵלָיו יוֹסֵף עִם בָּנָיו.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שָׂם אֶת יָדָיו עַל רָאשֵׁי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הַנְּעָרִים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הַמַּלְאָךְ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הַגֹּאֵל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שׁוֹמֵר עָלֵינוּ מִכָּל רָע.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"הַמַּלְאָךְ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יְבָרֵךְ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אֶת הַנְּעָרִים."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מיון מילים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בָּנִים שֶׁל יַעֲקֹב: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רְאוּבֵן · יְהוּדָה · בִּנְיָמִין · לֵוִי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בָּנִים שֶׁל יוֹסֵף: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מְנַשֶּׁה · אֶפְרַיִם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יוֹסֵף הֵבִיא אֶת אֶפְרַיִם וְאֶת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מְנַשֶּׁה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אֶל יַעֲקֹב.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שָׂם אֶת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יָדָיו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עַל רָאשֵׁי הַנְּעָרִים.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בֵּרַךְ אֶת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שְׁנֵים עָשָׂר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בָּנָיו.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בְּפָרָשַׁת וַיְחִי מְסַיְּמִים אֶת סֵפֶר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בְּרֵאשִׁית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אֶפְרַיִם וּמְנַשֶּׁה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הַבָּנִים שֶׁל יוֹסֵף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יַעֲקֹב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בֵּרַךְ אֶת בָּנָיו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מְעָרַת הַמַּכְפֵּלָה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שָׁם נִקְבַּר יַעֲקֹב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חֲזַק חֲזַק וְנִתְחַזֵּק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אוֹמְרִים בְּסוֹף הַסֵּפֶר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גָּר בְּמִצְרַיִם.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בֵּרַךְ רַק אֶת יוֹסֵף.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אֶפְרַיִם וּמְנַשֶּׁה הֵם הַבָּנִים שֶׁל יוֹסֵף.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בִּקֵּשׁ לְהִקָּבֵר בְּמִצְרַיִם.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מֵבִיא אֶת בָּנָיו אֶל יַעֲקֹב.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מְבָרֵךְ אֶת אֶפְרַיִם וּמְנַשֶּׁה.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מְבָרֵךְ אֶת כָּל בָּנָיו.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מְאַחֲלִים לְחָבֵר "יוֹם הֻלֶּדֶת שָׂמֵחַ" · אוֹמְרִים לַהוֹרִים "לַיְלָה טוֹב" · אוֹמְרִים "בְּתֵאָבוֹן" לִפְנֵי הָאֹכֶל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מְקַלְּלִים כְּשֶׁכּוֹעֲסִים · לֹא מְשַׁתְּפִים אֶת הָאַחִים בַּמִּשְׂחָק · אוֹמְרִים לְחָבֵר מִלִּים פּוֹגְעוֹת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28"/>
                <w:szCs w:val="28"/>
                <w:rtl/>
              </w:rPr>
              <w:t>22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בְּאֵיזוֹ בְּרָכָה מְבָרְכִים הַהוֹרִים אֶת הַיְּלָדִים?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"יְשִׂימְךָ אֱלֹקִים כְּאֶפְרַיִם וְכִמְנַשֶּׁה".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יעקב בירך כל בן בברכה אחרת?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באיזו ברכה מברכים אתכם בבית בליל שבת?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אומרים בסוף ספר בראשית, ולמה?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