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30" w:space="0" w:color="D4AC0D"/>
              <w:left w:val="double" w:sz="30" w:space="0" w:color="D4AC0D"/>
              <w:bottom w:val="double" w:sz="30" w:space="0" w:color="D4AC0D"/>
              <w:right w:val="double" w:sz="30" w:space="0" w:color="D4AC0D"/>
            </w:tcBorders>
            <w:shd w:val="clear" w:color="auto" w:fill="1F3A5F"/>
            <w:tcMar>
              <w:top w:w="170" w:type="dxa"/>
              <w:left w:w="226" w:type="dxa"/>
              <w:bottom w:w="170" w:type="dxa"/>
              <w:right w:w="226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88"/>
                <w:szCs w:val="88"/>
                <w:rtl/>
              </w:rPr>
              <w:t>חֻמַּשׁ בְּרֵאשִׁית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7DC6F"/>
                <w:sz w:val="44"/>
                <w:szCs w:val="44"/>
                <w:rtl/>
              </w:rPr>
              <w:t>חוֹבֶרֶת עֲבוֹדָה וּפְעִילוּת לְכִתָּה ב'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D4AC0D"/>
              <w:left w:val="single" w:sz="12" w:space="0" w:color="D4AC0D"/>
              <w:bottom w:val="single" w:sz="12" w:space="0" w:color="D4AC0D"/>
              <w:right w:val="single" w:sz="12" w:space="0" w:color="D4AC0D"/>
            </w:tcBorders>
            <w:shd w:val="clear" w:color="auto" w:fill="FFF3B0"/>
            <w:tcMar>
              <w:top w:w="68" w:type="dxa"/>
              <w:left w:w="170" w:type="dxa"/>
              <w:bottom w:w="6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52"/>
                <w:szCs w:val="52"/>
                <w:rtl/>
              </w:rPr>
              <w:t>חֵלֶק ג'</w:t>
            </w:r>
            <w:r>
              <w:rPr>
                <w:rFonts w:ascii="Noto Sans Hebrew" w:hAnsi="Noto Sans Hebrew" w:cs="Noto Sans Hebrew" w:eastAsia="Noto Sans Hebrew"/>
                <w:sz w:val="40"/>
                <w:szCs w:val="40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42"/>
                <w:szCs w:val="42"/>
                <w:rtl/>
              </w:rPr>
              <w:t>פָּרָשׁוֹת מִקֵּץ, וַיִּגַּשׁ, וַיְחִי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2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igash_3_176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68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39"/>
            <w:tcW w:w="3402" w:type="dxa"/>
            <w:tcBorders>
              <w:top w:val="single" w:sz="12" w:space="0" w:color="C0392B"/>
              <w:left w:val="single" w:sz="12" w:space="0" w:color="C0392B"/>
              <w:bottom w:val="single" w:sz="12" w:space="0" w:color="C0392B"/>
              <w:right w:val="single" w:sz="12" w:space="0" w:color="C0392B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kketz_1_55_None_Fals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>פָּרָשַׁת מִקֵּץ</w:t>
            </w:r>
          </w:p>
        </w:tc>
        <w:tc>
          <w:tcPr>
            <w:tcW w:type="dxa" w:w="3439"/>
            <w:tcW w:w="3402" w:type="dxa"/>
            <w:tcBorders>
              <w:top w:val="single" w:sz="12" w:space="0" w:color="B7950B"/>
              <w:left w:val="single" w:sz="12" w:space="0" w:color="B7950B"/>
              <w:bottom w:val="single" w:sz="12" w:space="0" w:color="B7950B"/>
              <w:right w:val="single" w:sz="12" w:space="0" w:color="B7950B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gash_1_55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2"/>
                <w:szCs w:val="32"/>
                <w:rtl/>
              </w:rPr>
              <w:t>פָּרָשַׁת וַיִּגַּשׁ</w:t>
            </w:r>
          </w:p>
        </w:tc>
        <w:tc>
          <w:tcPr>
            <w:tcW w:type="dxa" w:w="3439"/>
            <w:tcW w:w="3402" w:type="dxa"/>
            <w:tcBorders>
              <w:top w:val="single" w:sz="12" w:space="0" w:color="1F618D"/>
              <w:left w:val="single" w:sz="12" w:space="0" w:color="1F618D"/>
              <w:bottom w:val="single" w:sz="12" w:space="0" w:color="1F618D"/>
              <w:right w:val="single" w:sz="12" w:space="0" w:color="1F618D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32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chi_1_55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3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>פָּרָשַׁת וַיְחִי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9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8"/>
                <w:szCs w:val="48"/>
                <w:rtl/>
              </w:rPr>
              <w:t>הַחוֹבֶרֶת שֶׁל:</w:t>
            </w:r>
          </w:p>
          <w:tbl>
            <w:tblPr>
              <w:bidiVisual/>
              <w:tblW w:w="941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412"/>
            </w:tblGrid>
            <w:tr>
              <w:trPr>
                <w:trHeight w:val="737" w:hRule="exact"/>
                <w:cantSplit/>
              </w:trPr>
              <w:tc>
                <w:tcPr>
                  <w:tcW w:type="dxa" w:w="10318"/>
                  <w:tcW w:w="941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20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 xml:space="preserve">כִּתָּה: </w:t>
            </w:r>
            <w:r>
              <w:rPr>
                <w:rFonts w:ascii="Noto Sans Hebrew" w:hAnsi="Noto Sans Hebrew" w:cs="Noto Sans Hebrew" w:eastAsia="Noto Sans Hebrew"/>
                <w:color w:val="888888"/>
                <w:sz w:val="40"/>
                <w:szCs w:val="40"/>
                <w:rtl/>
              </w:rPr>
              <w:t>____________________________________</w:t>
            </w:r>
          </w:p>
          <w:p>
            <w:pPr>
              <w:bidi/>
              <w:spacing w:before="20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 xml:space="preserve">בֵּית הַסֵּפֶר: </w:t>
            </w:r>
            <w:r>
              <w:rPr>
                <w:rFonts w:ascii="Noto Sans Hebrew" w:hAnsi="Noto Sans Hebrew" w:cs="Noto Sans Hebrew" w:eastAsia="Noto Sans Hebrew"/>
                <w:color w:val="888888"/>
                <w:sz w:val="40"/>
                <w:szCs w:val="40"/>
                <w:rtl/>
              </w:rPr>
              <w:t>______________________________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לַפְּתִיחָה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תּוֹרָה צִוָּה־לָנוּ מֹשֶׁה מוֹרָשָׁה קְהִלַּת יַעֲקֹב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דְּבָרִים לג, 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1F3A5F"/>
          <w:sz w:val="30"/>
          <w:szCs w:val="30"/>
          <w:rtl/>
        </w:rPr>
        <w:t xml:space="preserve">➜ </w:t>
      </w:r>
      <w:r>
        <w:rPr>
          <w:rFonts w:ascii="Noto Sans Hebrew" w:hAnsi="Noto Sans Hebrew" w:cs="Noto Sans Hebrew" w:eastAsia="Noto Sans Hebrew"/>
          <w:b/>
          <w:bCs/>
          <w:color w:val="1F3A5F"/>
          <w:sz w:val="38"/>
          <w:szCs w:val="38"/>
          <w:rtl/>
        </w:rPr>
        <w:t>מַסְלוּל הַפָּרָשׁוֹת שֶׁלָּנוּ – מִוַּיֵּרָא וְעַד וַיְחִי</w:t>
      </w:r>
    </w:p>
    <w:tbl>
      <w:tblPr>
        <w:bidiVisual/>
        <w:tblW w:w="10149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474"/>
        <w:gridCol w:w="2891"/>
        <w:gridCol w:w="2891"/>
        <w:gridCol w:w="2891"/>
      </w:tblGrid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5D8D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566573"/>
                <w:sz w:val="34"/>
                <w:szCs w:val="34"/>
                <w:rtl/>
              </w:rPr>
              <w:t>חֵלֶק א'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וַיֵּרָא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חַיֵּי שָׂרָה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תּוֹלְדוֹת</w:t>
            </w:r>
          </w:p>
        </w:tc>
      </w:tr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5D8D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566573"/>
                <w:sz w:val="34"/>
                <w:szCs w:val="34"/>
                <w:rtl/>
              </w:rPr>
              <w:t>חֵלֶק ב'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וַיֵּצֵא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וַיִּשְׁלַח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2F3F4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B7D7D"/>
                <w:sz w:val="36"/>
                <w:szCs w:val="36"/>
                <w:rtl/>
              </w:rPr>
              <w:t>פָּרָשַׁת וַיֵּשֶׁב</w:t>
            </w:r>
          </w:p>
        </w:tc>
      </w:tr>
      <w:tr>
        <w:trPr>
          <w:trHeight w:val="680" w:hRule="atLeast"/>
          <w:cantSplit/>
        </w:trPr>
        <w:tc>
          <w:tcPr>
            <w:tcW w:type="dxa" w:w="2579"/>
            <w:tcW w:w="14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>חֵלֶק ג'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מִקֵּץ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וַיִּגַּשׁ</w:t>
            </w:r>
          </w:p>
        </w:tc>
        <w:tc>
          <w:tcPr>
            <w:tcW w:type="dxa" w:w="2579"/>
            <w:tcW w:w="289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974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kketz_3_15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16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60"/>
          <w:szCs w:val="60"/>
          <w:rtl/>
        </w:rPr>
        <w:t>תֹּכֶן הָעִנְיָנִים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38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❖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מָבוֹא לַמּוֹרִים וְלַהוֹרִים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4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תִּכְנוּן וְאַחְרָיוּת</w:t>
            </w:r>
          </w:p>
        </w:tc>
        <w:tc>
          <w:tcPr>
            <w:tcW w:type="dxa" w:w="5159"/>
            <w:tcW w:w="1814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6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8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9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10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B7950B"/>
              <w:left w:val="single" w:sz="6" w:space="0" w:color="B7950B"/>
              <w:bottom w:val="single" w:sz="6" w:space="0" w:color="B7950B"/>
              <w:right w:val="single" w:sz="6" w:space="0" w:color="B7950B"/>
            </w:tcBorders>
            <w:shd w:val="clear" w:color="auto" w:fill="B7950B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סְלִיחָה וַעֲזָרָה לָאַחִים</w:t>
            </w:r>
          </w:p>
        </w:tc>
        <w:tc>
          <w:tcPr>
            <w:tcW w:type="dxa" w:w="5159"/>
            <w:tcW w:w="1814" w:type="dxa"/>
            <w:tcBorders>
              <w:top w:val="single" w:sz="6" w:space="0" w:color="B7950B"/>
              <w:left w:val="single" w:sz="6" w:space="0" w:color="B7950B"/>
              <w:bottom w:val="single" w:sz="6" w:space="0" w:color="B7950B"/>
              <w:right w:val="single" w:sz="6" w:space="0" w:color="B7950B"/>
            </w:tcBorders>
            <w:shd w:val="clear" w:color="auto" w:fill="B7950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11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12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13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14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15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16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2"/>
                <w:szCs w:val="42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 xml:space="preserve">  ·  מִדָּה טוֹבָה: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2"/>
                <w:szCs w:val="32"/>
                <w:rtl/>
              </w:rPr>
              <w:t>בְּרָכָה וְאַחְדוּת בַּמִּשְׁפָּחָה</w:t>
            </w:r>
          </w:p>
        </w:tc>
        <w:tc>
          <w:tcPr>
            <w:tcW w:type="dxa" w:w="5159"/>
            <w:tcW w:w="1814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4"/>
                <w:szCs w:val="34"/>
                <w:rtl/>
              </w:rPr>
              <w:t>17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✦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17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✍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18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✎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19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20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♥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21</w:t>
            </w:r>
          </w:p>
        </w:tc>
      </w:tr>
      <w:tr>
        <w:trPr>
          <w:trHeight w:val="374" w:hRule="exac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✿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FF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22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5"/>
        <w:gridCol w:w="1814"/>
      </w:tblGrid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↻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חֲזָרָה עַל פָּרָשׁוֹת חֵלֶק ג'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23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B2631"/>
                <w:sz w:val="23"/>
                <w:szCs w:val="23"/>
                <w:rtl/>
              </w:rPr>
              <w:t xml:space="preserve">★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4"/>
                <w:szCs w:val="34"/>
                <w:rtl/>
              </w:rPr>
              <w:t>תְּעוּדַת סִיּוּם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4F6F7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2"/>
                <w:szCs w:val="32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2"/>
                <w:szCs w:val="32"/>
                <w:rtl/>
              </w:rPr>
              <w:t>24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מִקֵּץ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25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וַיִּגַּשׁ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26</w:t>
            </w:r>
          </w:p>
        </w:tc>
      </w:tr>
      <w:tr>
        <w:trPr>
          <w:trHeight w:val="510" w:hRule="atLeast"/>
          <w:cantSplit/>
        </w:trPr>
        <w:tc>
          <w:tcPr>
            <w:tcW w:type="dxa" w:w="5159"/>
            <w:tcW w:w="8505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tcMar>
              <w:top w:w="11" w:type="dxa"/>
              <w:left w:w="113" w:type="dxa"/>
              <w:bottom w:w="11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both"/>
            </w:pPr>
            <w:r>
              <w:rPr>
                <w:rFonts w:ascii="DejaVu Sans" w:hAnsi="DejaVu Sans" w:cs="DejaVu Sans" w:eastAsia="DejaVu Sans"/>
                <w:color w:val="1B2631"/>
                <w:sz w:val="23"/>
                <w:szCs w:val="23"/>
                <w:rtl/>
              </w:rPr>
              <w:t xml:space="preserve">✂  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דַּף גְּזִירָה – פָּרָשַׁת וַיְחִי (לְעַמּוּדִים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 xml:space="preserve">, </w:t>
            </w:r>
            <w:r>
              <w:rPr>
                <w:rFonts w:ascii="Noto Sans" w:hAnsi="Noto Sans" w:cs="Noto Sans" w:eastAsia="Noto Sans"/>
                <w:color w:val="1B2631"/>
                <w:sz w:val="32"/>
                <w:szCs w:val="32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color w:val="1B2631"/>
                <w:sz w:val="32"/>
                <w:szCs w:val="32"/>
                <w:rtl/>
              </w:rPr>
              <w:t>)</w:t>
            </w:r>
          </w:p>
        </w:tc>
        <w:tc>
          <w:tcPr>
            <w:tcW w:type="dxa" w:w="5159"/>
            <w:tcW w:w="1814" w:type="dxa"/>
            <w:tcBorders>
              <w:top w:val="nil" w:sz="0" w:space="0" w:color="FFFFFF"/>
              <w:left w:val="nil" w:sz="0" w:space="0" w:color="FFFFFF"/>
              <w:bottom w:val="dotted" w:sz="4" w:space="0" w:color="BBBBBB"/>
              <w:right w:val="nil" w:sz="0" w:space="0" w:color="FFFFFF"/>
            </w:tcBorders>
            <w:shd w:val="clear" w:color="auto" w:fill="FFF3E0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0"/>
                <w:szCs w:val="30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0"/>
                <w:szCs w:val="30"/>
                <w:rtl/>
              </w:rPr>
              <w:t>27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b/>
          <w:bCs/>
          <w:color w:val="1F3A5F"/>
          <w:sz w:val="56"/>
          <w:szCs w:val="56"/>
          <w:rtl/>
        </w:rPr>
        <w:t>מָבוֹא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5D6D7E"/>
              <w:left w:val="single" w:sz="12" w:space="0" w:color="5D6D7E"/>
              <w:bottom w:val="single" w:sz="12" w:space="0" w:color="5D6D7E"/>
              <w:right w:val="single" w:sz="12" w:space="0" w:color="5D6D7E"/>
            </w:tcBorders>
            <w:shd w:val="clear" w:color="auto" w:fill="F4F6F7"/>
            <w:tcMar>
              <w:top w:w="113" w:type="dxa"/>
              <w:left w:w="198" w:type="dxa"/>
              <w:bottom w:w="113" w:type="dxa"/>
              <w:right w:w="198" w:type="dxa"/>
            </w:tcMar>
            <w:vAlign w:val="center"/>
          </w:tcPr>
          <w:p>
            <w:pPr>
              <w:bidi/>
              <w:spacing w:before="0" w:after="8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3A5F"/>
                <w:sz w:val="30"/>
                <w:szCs w:val="30"/>
                <w:rtl/>
              </w:rPr>
              <w:t xml:space="preserve">❖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2"/>
                <w:szCs w:val="42"/>
                <w:rtl/>
              </w:rPr>
              <w:t>לַמּוֹרִים וְלַהוֹרִים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חוֹבֶרֶת זוֹ מְלַוָּה אֶת לִמּוּד חֻמַּשׁ בְּרֵאשִׁית בְּכִתָּה ב', מִפָּרָשַׁת וַיֵּרָא וְעַד פָּרָשַׁת וַיְחִי. הַחוֹבֶרֶת מְחֻלֶּקֶת לִשְׁלוֹשָׁה חֲלָקִים, וְזֶהוּ חֵלֶק ג': פָּרָשׁוֹת מִקֵּץ, וַיִּגַּשׁ וְוַיְחִי.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אֶת סִפּוּר הַפָּרָשָׁה כָּתַבְנוּ בְּמִלִּים פְּשׁוּטוֹת, וְהַפְּסוּקִים מוּבָאִים מִן הַתּוֹרָה כִּלְשׁוֹנָם. כָּל הַחוֹבֶרֶת מְנֻקֶּדֶת, כְּדֵי שֶׁהַיְּלָדִים יוּכְלוּ לִקְרֹא בְּעַצְמָם.</w:t>
            </w:r>
          </w:p>
          <w:p>
            <w:pPr>
              <w:bidi/>
              <w:spacing w:before="0" w:after="2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בְּכָל פָּרָשָׁה לוֹמְדִים מִדָּה טוֹבָה אַחַת: תִּכְנוּן וְאַחְרָיוּת, סְלִיחָה וַעֲזָרָה לָאַחִים, בְּרָכָה וְאַחְדוּת בַּמִּשְׁפָּחָה. כְּדַאי לְשׂוֹחֵחַ עִם הַיְּלָדִים עַל הַמִּדָּה, וּלְחַזֵּק אוֹתָהּ בַּבַּיִת וּבַכִּתָּה.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ejaVu Sans" w:hAnsi="DejaVu Sans" w:cs="DejaVu Sans" w:eastAsia="DejaVu Sans"/>
          <w:b/>
          <w:bCs/>
          <w:color w:val="1F3A5F"/>
          <w:sz w:val="30"/>
          <w:szCs w:val="30"/>
          <w:rtl/>
        </w:rPr>
        <w:t xml:space="preserve">➜ </w:t>
      </w:r>
      <w:r>
        <w:rPr>
          <w:rFonts w:ascii="Noto Sans Hebrew" w:hAnsi="Noto Sans Hebrew" w:cs="Noto Sans Hebrew" w:eastAsia="Noto Sans Hebrew"/>
          <w:b/>
          <w:bCs/>
          <w:color w:val="1F3A5F"/>
          <w:sz w:val="42"/>
          <w:szCs w:val="42"/>
          <w:rtl/>
        </w:rPr>
        <w:t>אֵיךְ עוֹבְדִים בַּחוֹבֶרֶת?</w:t>
      </w:r>
    </w:p>
    <w:p>
      <w:pPr>
        <w:bidi/>
        <w:spacing w:before="0" w:after="60"/>
        <w:jc w:val="both"/>
      </w:pPr>
      <w:r>
        <w:rPr>
          <w:rFonts w:ascii="Noto Sans Hebrew" w:hAnsi="Noto Sans Hebrew" w:cs="Noto Sans Hebrew" w:eastAsia="Noto Sans Hebrew"/>
          <w:sz w:val="32"/>
          <w:szCs w:val="32"/>
          <w:rtl/>
        </w:rPr>
        <w:t>כָּל פָּרָשָׁה מַתְחִילָה בְּעַמּוּד חָדָשׁ, וְיֵשׁ בָּהּ שִׁשָּׁה עַמּוּדִים: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93"/>
        <w:gridCol w:w="3061"/>
        <w:gridCol w:w="6463"/>
      </w:tblGrid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✦</w:t>
            </w:r>
          </w:p>
        </w:tc>
        <w:tc>
          <w:tcPr>
            <w:tcW w:type="dxa" w:w="3439"/>
            <w:tcW w:w="3061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EAF3FC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2E86DE"/>
                <w:sz w:val="32"/>
                <w:szCs w:val="32"/>
                <w:rtl/>
              </w:rPr>
              <w:t>הַסִּפּוּר שֶׁלָּנוּ</w:t>
            </w:r>
          </w:p>
        </w:tc>
        <w:tc>
          <w:tcPr>
            <w:tcW w:type="dxa" w:w="3439"/>
            <w:tcW w:w="6463" w:type="dxa"/>
            <w:tcBorders>
              <w:top w:val="single" w:sz="6" w:space="0" w:color="2E86DE"/>
              <w:left w:val="single" w:sz="6" w:space="0" w:color="2E86DE"/>
              <w:bottom w:val="single" w:sz="6" w:space="0" w:color="2E86DE"/>
              <w:right w:val="single" w:sz="6" w:space="0" w:color="2E86DE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קוֹרְאִים אֶת סִפּוּר הַפָּרָשָׁה וְאֶת הַפָּסוּק מִן הַתּוֹרָה.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1F618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✍</w:t>
            </w:r>
          </w:p>
        </w:tc>
        <w:tc>
          <w:tcPr>
            <w:tcW w:type="dxa" w:w="3439"/>
            <w:tcW w:w="3061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E8F0F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2"/>
                <w:szCs w:val="32"/>
                <w:rtl/>
              </w:rPr>
              <w:t>מִלִּים קָשׁוֹת</w:t>
            </w:r>
          </w:p>
        </w:tc>
        <w:tc>
          <w:tcPr>
            <w:tcW w:type="dxa" w:w="3439"/>
            <w:tcW w:w="6463" w:type="dxa"/>
            <w:tcBorders>
              <w:top w:val="single" w:sz="6" w:space="0" w:color="1F618D"/>
              <w:left w:val="single" w:sz="6" w:space="0" w:color="1F618D"/>
              <w:bottom w:val="single" w:sz="6" w:space="0" w:color="1F618D"/>
              <w:right w:val="single" w:sz="6" w:space="0" w:color="1F618D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לוֹמְדִים מִלִּים קָשׁוֹת מִן הַפָּרָשָׁה, וּמְתַרְגְּלִים אוֹתָן בְּדֶרֶךְ אַחֶרֶת בְּכָל פָּרָשָׁה.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✎</w:t>
            </w:r>
          </w:p>
        </w:tc>
        <w:tc>
          <w:tcPr>
            <w:tcW w:type="dxa" w:w="3439"/>
            <w:tcW w:w="3061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E8F6F3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6A085"/>
                <w:sz w:val="32"/>
                <w:szCs w:val="32"/>
                <w:rtl/>
              </w:rPr>
              <w:t>מְבִינִים אֶת הַסִּפּוּר</w:t>
            </w:r>
          </w:p>
        </w:tc>
        <w:tc>
          <w:tcPr>
            <w:tcW w:type="dxa" w:w="3439"/>
            <w:tcW w:w="6463" w:type="dxa"/>
            <w:tcBorders>
              <w:top w:val="single" w:sz="6" w:space="0" w:color="16A085"/>
              <w:left w:val="single" w:sz="6" w:space="0" w:color="16A085"/>
              <w:bottom w:val="single" w:sz="6" w:space="0" w:color="16A085"/>
              <w:right w:val="single" w:sz="6" w:space="0" w:color="16A085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מַשְׁלִימִים מִלִּים, מוֹתְחִים קַוִּים, וּמְסַמְּנִים נָכוֹן אוֹ לֹא נָכוֹן.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✂</w:t>
            </w:r>
          </w:p>
        </w:tc>
        <w:tc>
          <w:tcPr>
            <w:tcW w:type="dxa" w:w="3439"/>
            <w:tcW w:w="3061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DF2E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67E22"/>
                <w:sz w:val="32"/>
                <w:szCs w:val="32"/>
                <w:rtl/>
              </w:rPr>
              <w:t>סַדְּרוּ אֶת הַסִּפּוּר</w:t>
            </w:r>
          </w:p>
        </w:tc>
        <w:tc>
          <w:tcPr>
            <w:tcW w:type="dxa" w:w="3439"/>
            <w:tcW w:w="6463" w:type="dxa"/>
            <w:tcBorders>
              <w:top w:val="single" w:sz="6" w:space="0" w:color="E67E22"/>
              <w:left w:val="single" w:sz="6" w:space="0" w:color="E67E22"/>
              <w:bottom w:val="single" w:sz="6" w:space="0" w:color="E67E22"/>
              <w:right w:val="single" w:sz="6" w:space="0" w:color="E67E22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גּוֹזְרִים תְּמוּנוֹת מִדַּף הַגְּזִירָה, וּמַדְבִּיקִים אוֹתָן לְפִי סֵדֶר הַסִּפּוּר.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♥</w:t>
            </w:r>
          </w:p>
        </w:tc>
        <w:tc>
          <w:tcPr>
            <w:tcW w:type="dxa" w:w="3439"/>
            <w:tcW w:w="3061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BEAEA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2"/>
                <w:szCs w:val="32"/>
                <w:rtl/>
              </w:rPr>
              <w:t>מִדָּה טוֹבָה</w:t>
            </w:r>
          </w:p>
        </w:tc>
        <w:tc>
          <w:tcPr>
            <w:tcW w:type="dxa" w:w="3439"/>
            <w:tcW w:w="6463" w:type="dxa"/>
            <w:tcBorders>
              <w:top w:val="single" w:sz="6" w:space="0" w:color="C0392B"/>
              <w:left w:val="single" w:sz="6" w:space="0" w:color="C0392B"/>
              <w:bottom w:val="single" w:sz="6" w:space="0" w:color="C0392B"/>
              <w:right w:val="single" w:sz="6" w:space="0" w:color="C0392B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קוֹרְאִים עַל הַמִּדָּה, מְמַיְּנִים מַעֲשִׂים וּמְצַיְּרִים.</w:t>
            </w:r>
          </w:p>
        </w:tc>
      </w:tr>
      <w:tr>
        <w:trPr>
          <w:trHeight w:val="453" w:hRule="atLeast"/>
          <w:cantSplit/>
        </w:trPr>
        <w:tc>
          <w:tcPr>
            <w:tcW w:type="dxa" w:w="3439"/>
            <w:tcW w:w="79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sz w:val="34"/>
                <w:szCs w:val="34"/>
                <w:rtl/>
              </w:rPr>
              <w:t>✿</w:t>
            </w:r>
          </w:p>
        </w:tc>
        <w:tc>
          <w:tcPr>
            <w:tcW w:type="dxa" w:w="3439"/>
            <w:tcW w:w="3061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F4ECF7"/>
            <w:tcMar>
              <w:top w:w="17" w:type="dxa"/>
              <w:left w:w="85" w:type="dxa"/>
              <w:bottom w:w="17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8E44AD"/>
                <w:sz w:val="32"/>
                <w:szCs w:val="32"/>
                <w:rtl/>
              </w:rPr>
              <w:t>צוֹבְעִים וְחוֹשְׁבִים</w:t>
            </w:r>
          </w:p>
        </w:tc>
        <w:tc>
          <w:tcPr>
            <w:tcW w:type="dxa" w:w="3439"/>
            <w:tcW w:w="6463" w:type="dxa"/>
            <w:tcBorders>
              <w:top w:val="single" w:sz="6" w:space="0" w:color="8E44AD"/>
              <w:left w:val="single" w:sz="6" w:space="0" w:color="8E44AD"/>
              <w:bottom w:val="single" w:sz="6" w:space="0" w:color="8E44AD"/>
              <w:right w:val="single" w:sz="6" w:space="0" w:color="8E44AD"/>
            </w:tcBorders>
            <w:shd w:val="clear" w:color="auto" w:fill="FFFFFF"/>
            <w:tcMar>
              <w:top w:w="17" w:type="dxa"/>
              <w:left w:w="113" w:type="dxa"/>
              <w:bottom w:w="17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>צוֹבְעִים תְּמוּנָה מִן הַפָּרָשָׁה, וְעוֹנִים עַל שְׁאֵלָה.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40"/>
                <w:szCs w:val="40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0"/>
                <w:szCs w:val="40"/>
                <w:rtl/>
              </w:rPr>
              <w:t>דַּפֵּי הַגְּזִירָה</w:t>
            </w:r>
          </w:p>
          <w:p>
            <w:pPr>
              <w:bidi/>
              <w:spacing w:before="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 xml:space="preserve">דַּפֵּי הַגְּזִירָה נִמְצָאִים בְּסוֹף הַחוֹבֶרֶת, בְּעַמּוּדִים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25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–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27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מַדְפִּיסִים אוֹתָם בְּצַד אֶחָד שֶׁל הַדַּף בִּלְבַד. בְּכָל עַמּוּד שֶׁמַּדְבִּיקִים בּוֹ כָּתוּב "גּוֹזְרִים מֵעַמּוּד", כְּדֵי שֶׁיִּהְיֶה קַל לִמְצֹא אֶת הַחֲלָקִים.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2" w:space="0" w:color="27AE60"/>
              <w:left w:val="single" w:sz="12" w:space="0" w:color="27AE60"/>
              <w:bottom w:val="single" w:sz="12" w:space="0" w:color="27AE60"/>
              <w:right w:val="single" w:sz="12" w:space="0" w:color="27AE60"/>
            </w:tcBorders>
            <w:shd w:val="clear" w:color="auto" w:fill="E9F7E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 w:line="252" w:lineRule="auto"/>
              <w:jc w:val="both"/>
            </w:pPr>
            <w:r>
              <w:rPr>
                <w:rFonts w:ascii="DejaVu Sans" w:hAnsi="DejaVu Sans" w:cs="DejaVu Sans" w:eastAsia="DejaVu Sans"/>
                <w:sz w:val="28"/>
                <w:szCs w:val="28"/>
                <w:rtl/>
              </w:rPr>
              <w:t xml:space="preserve">✔ 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לַמּוֹרֶה: מַחְוָן עִם כָּל הַתְּשׁוּבוֹת וְהַצָּעוֹת לְשִׂיחָה בַּכִּתָּה נִמְצָא בְּקֹבֶץ נִפְרָד – "מַחְוָן חֵלֶק ג'".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36"/>
                <w:szCs w:val="36"/>
                <w:rtl/>
              </w:rPr>
              <w:t>בְּהַצְלָחָה וְלִמּוּד מְהַנֶּה!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מִקֵּץ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kketz_1_134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פַּרְעֹה מֶלֶךְ מִצְרַיִם חָלַם שְׁנֵי חֲלוֹמוֹת מוּזָרִים.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בַּחֲלוֹם הָרִאשׁוֹן עָלוּ מִן הַיְאֹר שֶׁבַע פָּרוֹת שְׁמֵנוֹת וְשֶׁבַע פָּרוֹת רָזוֹת.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בַּחֲלוֹם הַשֵּׁנִי רָאָה פַּרְעֹה שֶׁבַע שִׁבֳּלִים מְלֵאוֹת וְשֶׁבַע שִׁבֳּלִים דַּקּוֹת.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אַף אֶחָד לֹא יָדַע לִפְתֹּר אֶת הַחֲלוֹמוֹת, וְאָז הֵבִיאוּ אֶת יוֹסֵף מִבֵּית הַסֹּהַר.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יוֹסֵף אָמַר: "יָבוֹאוּ שֶׁבַע שָׁנִים שֶׁל שֹׂבַע, וְאַחֲרֵיהֶן שֶׁבַע שָׁנִים שֶׁל רָעָב."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פַּרְעֹה מִנָּה אֶת יוֹסֵף לְמִשְׁנֶה לַמֶּלֶךְ, עַל כָּל אֶרֶץ מִצְרַיִם.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בִּשְׁנוֹת הַשֹּׂבַע אָסַף יוֹסֵף הַרְבֵּה תְּבוּאָה בְּמַחְסָנִים גְּדוֹלִים.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בִּשְׁנוֹת הָרָעָב בָּאוּ אֲחֵי יוֹסֵף לְמִצְרַיִם לִקְנוֹת אֹכֶל, וְלֹא הִכִּירוּ אוֹתוֹ.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וַיֹּאמֶר פַּרְעֹה אֶל־יוֹסֵף רְאֵה נָתַתִּי אֹתְךָ עַל כָּל־אֶרֶץ מִצְרָיִם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מא, מא)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יְאֹר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נָהָר גָּדוֹל בְּמִצְרַיִם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שִׁבֳּלִים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הַחֵלֶק שֶׁל הַחִטָּה שֶׁיֵּשׁ בּוֹ גַּרְעִינִים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שֹׂבַע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כְּשֶׁיֵּשׁ הַרְבֵּה אֹכֶל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רָעָב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כְּשֶׁאֵין מַסְפִּיק אֹכֶל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לִפְתֹּר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לְהַסְבִּיר מָה פֵּרוּשׁ הַחֲלוֹם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 מִלָּה וּפֵרוּשׁ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מִכָּל מִלָּה אֶל הַפֵּרוּשׁ שֶׁלָּהּ.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608"/>
              <w:gridCol w:w="510"/>
              <w:gridCol w:w="907"/>
              <w:gridCol w:w="510"/>
              <w:gridCol w:w="5273"/>
            </w:tblGrid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יְאֹר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כְּשֶׁיֵּשׁ הַרְבֵּה אֹכֶל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שִׁבֳּלִים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נָהָר גָּדוֹל בְּמִצְרַיִם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שֹׂבַע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כְּשֶׁאֵין מַסְפִּיק אֹכֶל</w:t>
                  </w:r>
                </w:p>
              </w:tc>
            </w:tr>
            <w:tr>
              <w:trPr>
                <w:trHeight w:val="680" w:hRule="atLeast"/>
                <w:cantSplit/>
              </w:trPr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רָעָב</w:t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90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273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הַחֵלֶק שֶׁל הַחִטָּה שֶׁיֵּשׁ בּוֹ גַּרְעִינִים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תִּפְזֹרֶת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מִצְאוּ בַּתִּפְזֹרֶת אֶת הַמִּלִּים וְהַקִּיפוּ אוֹתָן. הַמִּלִּים כְּתוּבוֹת מִיָּמִין לִשְׂמֹאל אוֹ מִלְמַעְלָה לְמַטָּה.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cantSplit/>
              </w:trPr>
              <w:tc>
                <w:tcPr>
                  <w:tcW w:type="dxa" w:w="5159"/>
                  <w:tcW w:w="4876" w:type="dxa"/>
                  <w:vAlign w:val="top"/>
                </w:tcPr>
                <w:p/>
                <w:tbl>
                  <w:tblPr>
                    <w:bidiVisual/>
                    <w:tblW w:w="3413" w:type="dxa"/>
                    <w:jc w:val="center"/>
                    <w:tblLayout w:type="fixed"/>
                    <w:tblCellMar>
                      <w:top w:w="28" w:type="dxa"/>
                      <w:left w:w="85" w:type="dxa"/>
                      <w:bottom w:w="28" w:type="dxa"/>
                      <w:right w:w="85" w:type="dxa"/>
                    </w:tblCellMar>
                  </w:tblPr>
                  <w:tblGrid>
                    <w:gridCol w:w="487"/>
                    <w:gridCol w:w="487"/>
                    <w:gridCol w:w="487"/>
                    <w:gridCol w:w="487"/>
                    <w:gridCol w:w="487"/>
                    <w:gridCol w:w="487"/>
                    <w:gridCol w:w="487"/>
                  </w:tblGrid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ז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צ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פ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ת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ג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צ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ש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ט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ק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ג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ז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ד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א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צ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ח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ל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ר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פ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כ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י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ו</w:t>
                        </w:r>
                      </w:p>
                    </w:tc>
                  </w:tr>
                  <w:tr>
                    <w:trPr>
                      <w:trHeight w:val="487" w:hRule="exact"/>
                      <w:cantSplit/>
                    </w:trPr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נ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מ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ש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ב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ע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ם</w:t>
                        </w:r>
                      </w:p>
                    </w:tc>
                    <w:tc>
                      <w:tcPr>
                        <w:tcW w:type="dxa" w:w="737"/>
                        <w:tcW w:w="487" w:type="dxa"/>
                        <w:tcBorders>
                          <w:top w:val="single" w:sz="6" w:space="0" w:color="7F8C8D"/>
                          <w:left w:val="single" w:sz="6" w:space="0" w:color="7F8C8D"/>
                          <w:bottom w:val="single" w:sz="6" w:space="0" w:color="7F8C8D"/>
                          <w:right w:val="single" w:sz="6" w:space="0" w:color="7F8C8D"/>
                        </w:tcBorders>
                        <w:shd w:val="clear" w:color="auto" w:fill="FFFFFF"/>
                        <w:vAlign w:val="center"/>
                      </w:tcPr>
                      <w:p>
                        <w:pPr>
                          <w:bidi/>
                          <w:spacing w:before="0" w:after="0"/>
                          <w:jc w:val="center"/>
                        </w:pPr>
                        <w:r>
                          <w:rPr>
                            <w:rFonts w:ascii="Noto Sans Hebrew" w:hAnsi="Noto Sans Hebrew" w:cs="Noto Sans Hebrew" w:eastAsia="Noto Sans Hebrew"/>
                            <w:b/>
                            <w:bCs/>
                            <w:color w:val="1B2631"/>
                            <w:sz w:val="26"/>
                            <w:szCs w:val="26"/>
                            <w:rtl/>
                          </w:rPr>
                          <w:t>ג</w:t>
                        </w:r>
                      </w:p>
                    </w:tc>
                  </w:tr>
                </w:tbl>
                <w:p>
                  <w:pPr>
                    <w:bidi/>
                    <w:spacing w:before="0" w:after="0" w:line="20" w:lineRule="exact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"/>
                      <w:szCs w:val="2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vAlign w:val="center"/>
                </w:tcPr>
                <w:p>
                  <w:pPr>
                    <w:bidi/>
                    <w:spacing w:before="0" w:after="8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C0392B"/>
                      <w:sz w:val="34"/>
                      <w:szCs w:val="34"/>
                      <w:rtl/>
                    </w:rPr>
                    <w:t>הַמִּלִּים שֶׁמְּחַפְּשִׂים: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יְאֹר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שִׁבֳּלִים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שֹׂבַע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רָעָב</w:t>
                  </w:r>
                </w:p>
                <w:p>
                  <w:pPr>
                    <w:bidi/>
                    <w:spacing w:before="0" w:after="60"/>
                    <w:jc w:val="both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sz w:val="42"/>
                      <w:szCs w:val="42"/>
                      <w:rtl/>
                    </w:rPr>
                    <w:t xml:space="preserve">☐ 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2"/>
                      <w:szCs w:val="42"/>
                      <w:rtl/>
                    </w:rPr>
                    <w:t>לִפְתֹּר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פָּרוֹת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יוֹסֵף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תְּבוּאָה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רָעָב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פַּרְעֹה חָלַם עַל שֶׁבַע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שְׁמֵנוֹת וְשֶׁבַע רָזוֹת.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פָּתַר אֶת הַחֲלוֹמוֹת שֶׁל פַּרְעֹה.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יוֹסֵף אָסַף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בַּמַּחְסָנִים.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אַחֲרֵי שְׁנוֹת הַשֹּׂבַע בָּאוּ שְׁנוֹת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פָּרוֹת שְׁמֵנוֹת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מֶלֶךְ מִצְרַיִם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פָּרוֹת רָזוֹת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שָׁנִים שֶׁל שֹׂבַע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פַּרְעֹה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מִשְׁנֶה לַמֶּלֶךְ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יוֹסֵף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שָׁנִים שֶׁל רָעָב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פַּרְעֹה חָלַם עַל פָּרוֹת וְעַל שִׁבֳּלִים.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יוֹסֵף לֹא יָדַע לִפְתֹּר אֶת הַחֲלוֹמוֹת.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יוֹסֵף אָסַף תְּבוּאָה לִשְׁנוֹת הָרָעָב.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הָאַחִים הִכִּירוּ אֶת יוֹסֵף מִיָּד.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C0392B"/>
              <w:left w:val="single" w:sz="10" w:space="0" w:color="C0392B"/>
              <w:bottom w:val="single" w:sz="10" w:space="0" w:color="C0392B"/>
              <w:right w:val="single" w:sz="10" w:space="0" w:color="C0392B"/>
            </w:tcBorders>
            <w:shd w:val="clear" w:color="auto" w:fill="FBEAEA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פַּרְעֹה חוֹלֵם עַל פָּרוֹת.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C0392B"/>
              <w:left w:val="single" w:sz="10" w:space="0" w:color="C0392B"/>
              <w:bottom w:val="single" w:sz="10" w:space="0" w:color="C0392B"/>
              <w:right w:val="single" w:sz="10" w:space="0" w:color="C0392B"/>
            </w:tcBorders>
            <w:shd w:val="clear" w:color="auto" w:fill="FBEAEA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יוֹסֵף נַעֲשֶׂה מִשְׁנֶה לַמֶּלֶךְ.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C0392B"/>
              <w:left w:val="single" w:sz="10" w:space="0" w:color="C0392B"/>
              <w:bottom w:val="single" w:sz="10" w:space="0" w:color="C0392B"/>
              <w:right w:val="single" w:sz="10" w:space="0" w:color="C0392B"/>
            </w:tcBorders>
            <w:shd w:val="clear" w:color="auto" w:fill="FBEAEA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C0392B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יוֹסֵף אוֹסֵף תְּבוּאָה בַּמַּחְסָנִים.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C0392B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C0392B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תִּכְנוּן וְאַחְרָיוּת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יוֹסֵף חָשַׁב קָדִימָה. בַּשָּׁנִים הַטּוֹבוֹת הוּא שָׁמַר אֹכֶל לַשָּׁנִים הַקָּשׁוֹת, וְכָךְ הִצִּיל אֲנָשִׁים רַבִּים. גַּם אֲנַחְנוּ יְכוֹלִים לְתַכְנֵן: לְהָכִין אֶת הַתִּיק מֵעֶרֶב, לַחְסֹךְ וְלִשְׁמֹר עַל מָה שֶׁיֵּשׁ לָנוּ.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25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מַחְסָן מָלֵא תְּבוּאָה שֶׁל יוֹסֵף.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מִקֵּץ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C0392B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C0392B"/>
          <w:sz w:val="40"/>
          <w:szCs w:val="40"/>
          <w:rtl/>
        </w:rPr>
        <w:t>צַבְּעוּ אֶת הַפָּרוֹת מֵחֲלוֹם פַּרְעֹה.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C0392B"/>
              <w:left w:val="single" w:sz="12" w:space="0" w:color="C0392B"/>
              <w:bottom w:val="single" w:sz="12" w:space="0" w:color="C0392B"/>
              <w:right w:val="single" w:sz="12" w:space="0" w:color="C0392B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kketz_c_126_None_Fals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עָשָׂה יוֹסֵף בִּשְׁנוֹת הַשֹּׂבַע?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וַיִּגַּשׁ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igash_1_134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B7950B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יְהוּדָה נִגַּשׁ אֶל יוֹסֵף, וּבִקֵּשׁ שֶׁיְּשַׁחְרֵר אֶת בִּנְיָמִין, אָחִיו הַקָּטָן.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יְהוּדָה אָמַר: "אֲנִי אֶשָּׁאֵר כָּאן בִּמְקוֹם בִּנְיָמִין."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יוֹסֵף רָאָה שֶׁהָאַחִים דּוֹאֲגִים זֶה לָזֶה, וְלֹא יָכֹל עוֹד לְהִתְאַפֵּק.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הוּא בָּכָה וְאָמַר לָהֶם: "אֲנִי יוֹסֵף! הַעוֹד אָבִי חַי?"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נִבְהֲלוּ, אֲבָל יוֹסֵף סָלַח לָהֶם וְחִבֵּק אוֹתָם.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יוֹסֵף שָׁלַח עֲגָלוֹת מְלֵאוֹת אֹכֶל וּמַתָּנוֹת אֶל אָבִיו בְּאֶרֶץ כְּנַעַן.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שָׁמַע שֶׁיּוֹסֵף חַי, וְשָׂמַח מְאוֹד.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וְכָל הַמִּשְׁפָּחָה יָרְדוּ לְמִצְרַיִם, וְיַעֲקֹב וְיוֹסֵף נִפְגְּשׁוּ וּבָכוּ מִשִּׂמְחָה.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וַיֹּאמֶר יוֹסֵף אֶל־אֶחָיו אֲנִי יוֹסֵף הַעוֹד אָבִי חָי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מה, 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נִגַּשׁ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הִתְקָרֵב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לְהִתְאַפֵּק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לְהַחְזִיק אֶת הָרֶגֶשׁ בִּפְנִים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עֲגָלָה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כְּלִי עִם גַּלְגַּלִּים, שֶׁמַּסִּיעִים בּוֹ דְּבָרִים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גָּבִיעַ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כּוֹס יָפָה וִיקָרָה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גֹּשֶׁן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אֵזוֹר בְּמִצְרַיִם שֶׁבּוֹ גָּרוּ בְּנֵי יַעֲקֹב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מִלָּה וּתְמוּנָה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מִכָּל מִלָּה אֶל הַתְּמוּנָה הַמַּתְאִימָה.</w:t>
            </w:r>
          </w:p>
          <w:tbl>
            <w:tblPr>
              <w:bidiVisual/>
              <w:tblW w:w="9412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353"/>
              <w:gridCol w:w="2353"/>
              <w:gridCol w:w="2353"/>
              <w:gridCol w:w="2353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2353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עֲגָלָה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גָּבִיעַ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שַׂק</w:t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10" w:space="0" w:color="B7950B"/>
                    <w:left w:val="single" w:sz="10" w:space="0" w:color="B7950B"/>
                    <w:bottom w:val="single" w:sz="10" w:space="0" w:color="B7950B"/>
                    <w:right w:val="single" w:sz="10" w:space="0" w:color="B7950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צֹאן</w:t>
                  </w:r>
                </w:p>
              </w:tc>
            </w:tr>
            <w:tr>
              <w:trPr>
                <w:trHeight w:val="283" w:hRule="atLeast"/>
                <w:cantSplit/>
              </w:trPr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2"/>
                      <w:szCs w:val="32"/>
                      <w:rtl/>
                    </w:rPr>
                    <w:t>●</w:t>
                  </w:r>
                </w:p>
              </w:tc>
            </w:tr>
            <w:tr>
              <w:trPr>
                <w:trHeight w:val="567" w:hRule="atLeast"/>
                <w:cantSplit/>
              </w:trPr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353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1672" w:hRule="atLeast"/>
                <w:cantSplit/>
              </w:trPr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igash_27_0.03-0.53-0.47-0.97_False.jp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igash_27_0.03-0.03-0.47-0.47_False.jp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igash_27_0.53-0.53-0.97-0.97_False.jp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579"/>
                  <w:tcW w:w="235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2000" cy="972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oc_vayigash_27_0.53-0.03-0.97-0.47_False.jp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2000" cy="97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פֵּרוּשׁ הַמִּלָּה?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הַקִּיפוּ אֶת הַפֵּרוּשׁ הַנָּכוֹן לְכָל מִלָּה.</w:t>
            </w:r>
          </w:p>
          <w:tbl>
            <w:tblPr>
              <w:bidiVisual/>
              <w:tblW w:w="9695" w:type="dxa"/>
              <w:jc w:val="center"/>
              <w:tblCellSpacing w:w="34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551"/>
              <w:gridCol w:w="2551"/>
              <w:gridCol w:w="2551"/>
            </w:tblGrid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נִגַּשׁ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כּוֹס יָפָה וִיקָרָה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הִתְקָרֵב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אֵזוֹר בְּמִצְרַיִם שֶׁבּוֹ גָּרוּ בְּנֵי יַעֲקֹב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לְהִתְאַפֵּק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לְהַחְזִיק אֶת הָרֶגֶשׁ בִּפְנִים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אֵזוֹר בְּמִצְרַיִם שֶׁבּוֹ גָּרוּ בְּנֵי יַעֲקֹב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כּוֹס יָפָה וִיקָרָה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עֲגָלָה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אֵזוֹר בְּמִצְרַיִם שֶׁבּוֹ גָּרוּ בְּנֵי יַעֲקֹב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כּוֹס יָפָה וִיקָרָה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כְּלִי עִם גַּלְגַּלִּים, שֶׁמַּסִּיעִים בּוֹ דְּבָרִים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6" w:space="0" w:color="B7950B"/>
                    <w:left w:val="single" w:sz="6" w:space="0" w:color="B7950B"/>
                    <w:bottom w:val="single" w:sz="6" w:space="0" w:color="B7950B"/>
                    <w:right w:val="single" w:sz="6" w:space="0" w:color="B7950B"/>
                  </w:tcBorders>
                  <w:shd w:val="clear" w:color="auto" w:fill="B7950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גָּבִיעַ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אֵזוֹר בְּמִצְרַיִם שֶׁבּוֹ גָּרוּ בְּנֵי יַעֲקֹב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כּוֹס יָפָה וִיקָרָה</w:t>
                  </w:r>
                </w:p>
              </w:tc>
              <w:tc>
                <w:tcPr>
                  <w:tcW w:type="dxa" w:w="2579"/>
                  <w:tcW w:w="2551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7" w:type="dxa"/>
                    <w:left w:w="56" w:type="dxa"/>
                    <w:bottom w:w="17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לְהַחְזִיק אֶת הָרֶגֶשׁ בִּפְנִים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יְהוּדָה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סָלַח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עֲגָלוֹת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שָׂמַח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נִגַּשׁ אֶל יוֹסֵף.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יוֹסֵף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לְאֶחָיו.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יוֹסֵף שָׁלַח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אֶל אָבִיו.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לִשְׁמֹעַ שֶׁיּוֹסֵף חַי.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יְהוּדָה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הֵבִיאוּ אֹכֶל וּמַתָּנוֹת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יוֹסֵף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רָצָה לְהִשָּׁאֵר בִּמְקוֹם בִּנְיָמִין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הָעֲגָלוֹת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יָרַד לְמִצְרַיִם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אָמַר: "אֲנִי יוֹסֵף"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יְהוּדָה דָּאַג לְבִנְיָמִין.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יוֹסֵף כָּעַס וְלֹא סָלַח לְאֶחָיו.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יוֹסֵף שָׁלַח עֲגָלוֹת לְאֶרֶץ כְּנַעַן.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נִשְׁאַר בְּאֶרֶץ כְּנַעַן.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26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BF6E3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יוֹסֵף אוֹמֵר לָאַחִים: "אֲנִי יוֹסֵף".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BF6E3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הָעֲגָלוֹת נוֹסְעוֹת אֶל אֶרֶץ כְּנַעַן.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BF6E3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B7950B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וְיוֹסֵף מִתְחַבְּקִים.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B7950B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B7950B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סְלִיחָה וַעֲזָרָה לָאַחִים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הָאַחִים פָּגְעוּ בְּיוֹסֵף, אֲבָל הוּא סָלַח לָהֶם בְּלֵב שָׁלֵם. יְהוּדָה דָּאַג לְאָחִיו הַקָּטָן כְּמוֹ לְעַצְמוֹ. מִשְׁפָּחָה טוֹבָה יוֹדַעַת לִסְלֹחַ וְלַעֲזֹר זֶה לָזֶה.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26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אֶת הַפְּגִישָׁה שֶׁל יַעֲקֹב וְיוֹסֵף.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וַיִּגַּשׁ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B7950B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B7950B"/>
          <w:sz w:val="40"/>
          <w:szCs w:val="40"/>
          <w:rtl/>
        </w:rPr>
        <w:t>צַבְּעוּ אֶת הָעֲגָלוֹת שֶׁשָּׁלַח יוֹסֵף.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B7950B"/>
              <w:left w:val="single" w:sz="12" w:space="0" w:color="B7950B"/>
              <w:bottom w:val="single" w:sz="12" w:space="0" w:color="B7950B"/>
              <w:right w:val="single" w:sz="12" w:space="0" w:color="B7950B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gash_c_126_None_Fals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אָמַר יוֹסֵף לְאֶחָיו?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96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  ·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6"/>
                <w:szCs w:val="56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24000" cy="3216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yechi_1_134_None_Fals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32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F0B429"/>
              <w:left w:val="single" w:sz="18" w:space="0" w:color="F0B429"/>
              <w:bottom w:val="single" w:sz="18" w:space="0" w:color="F0B429"/>
              <w:right w:val="single" w:sz="18" w:space="0" w:color="F0B429"/>
            </w:tcBorders>
            <w:shd w:val="clear" w:color="auto" w:fill="FFFBE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30"/>
                <w:szCs w:val="30"/>
                <w:rtl/>
              </w:rPr>
              <w:t xml:space="preserve">✦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8"/>
                <w:szCs w:val="38"/>
                <w:rtl/>
              </w:rPr>
              <w:t>הַסִּפּוּר שֶׁלָּנוּ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גָּר בְּמִצְרַיִם שְׁבַע עֶשְׂרֵה שָׁנָה.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כַּאֲשֶׁר יַעֲקֹב הִזְקִין, הֵבִיא יוֹסֵף אֵלָיו אֶת שְׁנֵי בָּנָיו: מְנַשֶּׁה וְאֶפְרַיִם.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שָׂם אֶת יָדָיו עַל רָאשֵׁי הַנְּעָרִים, וּבֵרַךְ אוֹתָם.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עַד הַיּוֹם הוֹרִים מְבָרְכִים אֶת יַלְדֵיהֶם: "יְשִׂימְךָ אֱלֹקִים כְּאֶפְרַיִם וְכִמְנַשֶּׁה".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אַחַר כָּךְ קָרָא יַעֲקֹב לִשְׁנֵים עָשָׂר בָּנָיו, וּבֵרַךְ כָּל אֶחָד בִּבְרָכָה מְיֻחֶדֶת.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בִּקֵּשׁ מִבָּנָיו לִקְבֹּר אוֹתוֹ בִּמְעָרַת הַמַּכְפֵּלָה, בְּאֶרֶץ כְּנַעַן.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הַבָּנִים עָשׂוּ כְּמוֹ שֶׁבִּקֵּשׁ אֲבִיהֶם.</w:t>
            </w:r>
          </w:p>
          <w:p>
            <w:pPr>
              <w:bidi/>
              <w:spacing w:before="0" w:after="0" w:line="240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 xml:space="preserve">• </w:t>
            </w: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בְּסוֹף הַפָּרָשָׁה מְסַיְּמִים אֶת סֵפֶר בְּרֵאשִׁית וְאוֹמְרִים: "חֲזַק חֲזַק וְנִתְחַזֵּק!"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D4AC0D"/>
              <w:left w:val="double" w:sz="24" w:space="0" w:color="D4AC0D"/>
              <w:bottom w:val="double" w:sz="24" w:space="0" w:color="D4AC0D"/>
              <w:right w:val="double" w:sz="24" w:space="0" w:color="D4AC0D"/>
            </w:tcBorders>
            <w:shd w:val="clear" w:color="auto" w:fill="EEF6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פָּסוּק מִן הַפָּרָשָׁה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44"/>
                <w:szCs w:val="44"/>
                <w:rtl/>
              </w:rPr>
              <w:t>הַמַּלְאָךְ הַגֹּאֵל אֹתִי מִכָּל־רָע יְבָרֵךְ אֶת־הַנְּעָרִים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color w:val="555555"/>
                <w:sz w:val="30"/>
                <w:szCs w:val="30"/>
                <w:rtl/>
              </w:rPr>
              <w:t>(בְּרֵאשִׁית מח, טז)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מִלִּים קָשׁוֹת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8" w:space="0" w:color="1F618D"/>
              <w:left w:val="single" w:sz="18" w:space="0" w:color="1F618D"/>
              <w:bottom w:val="single" w:sz="18" w:space="0" w:color="1F618D"/>
              <w:right w:val="single" w:sz="18" w:space="0" w:color="1F618D"/>
            </w:tcBorders>
            <w:shd w:val="clear" w:color="auto" w:fill="EEF6FF"/>
            <w:tcMar>
              <w:top w:w="56" w:type="dxa"/>
              <w:left w:w="113" w:type="dxa"/>
              <w:bottom w:w="56" w:type="dxa"/>
              <w:right w:w="113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F618D"/>
                <w:sz w:val="27"/>
                <w:szCs w:val="27"/>
                <w:rtl/>
              </w:rPr>
              <w:t xml:space="preserve">✍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4"/>
                <w:szCs w:val="34"/>
                <w:rtl/>
              </w:rPr>
              <w:t>מִלִּים קָשׁוֹת – מָה הֵן אוֹמְרוֹת?</w:t>
            </w:r>
          </w:p>
          <w:tbl>
            <w:tblPr>
              <w:bidiVisual/>
              <w:tblW w:w="9695" w:type="dxa"/>
              <w:jc w:val="center"/>
              <w:tblCellSpacing w:w="17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71"/>
              <w:gridCol w:w="2976"/>
              <w:gridCol w:w="1871"/>
              <w:gridCol w:w="2976"/>
            </w:tblGrid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הִזְקִין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נַעֲשָׂה זָקֵן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הַגֹּאֵל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שֶׁמַּצִּיל וְשׁוֹמֵר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יְבָרֵךְ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יְאַחֵל דְּבָרִים טוֹבִים</w:t>
                  </w:r>
                </w:p>
              </w:tc>
              <w:tc>
                <w:tcPr>
                  <w:tcW w:type="dxa" w:w="2579"/>
                  <w:tcW w:w="1871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הַנְּעָרִים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הַיְּלָדִים הַצְּעִירִים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2579"/>
                  <w:tcW w:w="1871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שְׁבָטִים</w:t>
                  </w:r>
                </w:p>
              </w:tc>
              <w:tc>
                <w:tcPr>
                  <w:tcW w:type="dxa" w:w="2579"/>
                  <w:tcW w:w="2976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11" w:type="dxa"/>
                    <w:left w:w="68" w:type="dxa"/>
                    <w:bottom w:w="11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 w:line="240" w:lineRule="auto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30"/>
                      <w:szCs w:val="30"/>
                      <w:rtl/>
                    </w:rPr>
                    <w:t>הַמִּשְׁפָּחוֹת שֶׁל בְּנֵי יַעֲקֹב</w:t>
                  </w:r>
                </w:p>
              </w:tc>
              <w:tc>
                <w:tcPr>
                  <w:tcW w:type="dxa" w:w="2579"/>
                  <w:tcW w:w="1871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976" w:type="dxa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מַשְׁלִימִים מִמַּחְסַן הַמִּלִּים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בְּכָל מִשְׁפָּט אֶת הַמִּלָּה הַחֲסֵרָה.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הַגֹּאֵל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הִזְקִין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הַנְּעָרִים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יְבָרֵךְ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כַּאֲשֶׁר יַעֲקֹב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, בָּא אֵלָיו יוֹסֵף עִם בָּנָיו.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שָׂם אֶת יָדָיו עַל רָאשֵׁי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הַמַּלְאָךְ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שׁוֹמֵר עָלֵינוּ מִכָּל רָע.</w:t>
            </w:r>
          </w:p>
          <w:p>
            <w:pPr>
              <w:bidi/>
              <w:spacing w:before="6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"הַמַּלְאָךְ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אֶת הַנְּעָרִים."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כִּתְבוּ כָּל מִלָּה מִן הַמַּחְסָן בַּטּוּר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9525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587"/>
              <w:gridCol w:w="1587"/>
              <w:gridCol w:w="1587"/>
              <w:gridCol w:w="1587"/>
              <w:gridCol w:w="1587"/>
              <w:gridCol w:w="1587"/>
            </w:tblGrid>
            <w:tr>
              <w:trPr>
                <w:trHeight w:val="595" w:hRule="atLeast"/>
                <w:cantSplit/>
              </w:trPr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רְאוּבֵן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מְנַשֶּׁה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יְהוּדָה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אֶפְרַיִם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בִּנְיָמִין</w:t>
                  </w:r>
                </w:p>
              </w:tc>
              <w:tc>
                <w:tcPr>
                  <w:tcW w:type="dxa" w:w="1720"/>
                  <w:tcW w:w="1587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לֵוִי</w:t>
                  </w:r>
                </w:p>
              </w:tc>
            </w:tr>
          </w:tbl>
          <w:p/>
          <w:p>
            <w:pPr>
              <w:bidi/>
              <w:spacing w:before="0" w:after="0" w:line="1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4"/>
                <w:szCs w:val="4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453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בָּנִים שֶׁל יַעֲקֹב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1F618D"/>
                    <w:left w:val="single" w:sz="6" w:space="0" w:color="1F618D"/>
                    <w:bottom w:val="single" w:sz="6" w:space="0" w:color="1F618D"/>
                    <w:right w:val="single" w:sz="6" w:space="0" w:color="1F618D"/>
                  </w:tcBorders>
                  <w:shd w:val="clear" w:color="auto" w:fill="1F618D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4"/>
                      <w:szCs w:val="34"/>
                      <w:rtl/>
                    </w:rPr>
                    <w:t>בָּנִים שֶׁל יוֹסֵף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481" w:hRule="atLeast"/>
                <w:cantSplit/>
              </w:trPr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nil" w:sz="0" w:space="0" w:color="FFFFFF"/>
                    <w:left w:val="single" w:sz="4" w:space="0" w:color="BBBBBB"/>
                    <w:bottom w:val="dotted" w:sz="6" w:space="0" w:color="888888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✎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מְבִינִים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בַּחֲרוּ מִלָּה מִמַּחְסַן הַמִּלִּים, וְכִתְבוּ אוֹתָהּ בַּמָּקוֹם הַמַּתְאִים.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מְנַשֶּׁה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יָדָיו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שְׁנֵים עָשָׂר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בְּרֵאשִׁית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יוֹסֵף הֵבִיא אֶת אֶפְרַיִם וְאֶת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אֶל יַעֲקֹב.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שָׂם אֶת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עַל רָאשֵׁי הַנְּעָרִים.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יַעֲקֹב בֵּרַךְ אֶת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 בָּנָיו.</w:t>
            </w:r>
          </w:p>
          <w:p>
            <w:pPr>
              <w:bidi/>
              <w:spacing w:before="40" w:after="0" w:line="252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 xml:space="preserve">בְּפָרָשַׁת וַיְחִי מְסַיְּמִים אֶת סֵפֶר </w:t>
            </w:r>
            <w:r>
              <w:rPr>
                <w:rFonts w:ascii="Noto Sans Hebrew" w:hAnsi="Noto Sans Hebrew" w:cs="Noto Sans Hebrew" w:eastAsia="Noto Sans Hebrew"/>
                <w:color w:val="888888"/>
                <w:sz w:val="38"/>
                <w:szCs w:val="38"/>
                <w:rtl/>
              </w:rPr>
              <w:t xml:space="preserve"> ______________ 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8"/>
                <w:szCs w:val="38"/>
                <w:rtl/>
              </w:rPr>
              <w:t>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מַתְאִימִים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בֵּין הַמִּשְׁבָּצוֹת הַמַּתְאִימוֹת.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567"/>
              <w:gridCol w:w="1247"/>
              <w:gridCol w:w="567"/>
              <w:gridCol w:w="4762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אֶפְרַיִם וּמְנַשֶּׁה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שָׁם נִקְבַּר יַעֲקֹב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יַעֲקֹב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הַבָּנִים שֶׁל יוֹסֵף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מְעָרַת הַמַּכְפֵּלָה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אוֹמְרִים בְּסוֹף הַסֵּפֶר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175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חֲזַק חֲזַק וְנִתְחַזֵּק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76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בֵּרַךְ אֶת בָּנָיו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גָּר בְּמִצְרַיִם.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בֵּרַךְ רַק אֶת יוֹסֵף.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אֶפְרַיִם וּמְנַשֶּׁה הֵם הַבָּנִים שֶׁל יוֹסֵף.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ans Hebrew" w:hAnsi="Noto Sans Hebrew" w:cs="Noto Sans Hebrew" w:eastAsia="Noto Sans Hebrew"/>
                      <w:sz w:val="36"/>
                      <w:szCs w:val="36"/>
                      <w:rtl/>
                    </w:rPr>
                    <w:t>. יַעֲקֹב בִּקֵּשׁ לְהִקָּבֵר בְּמִצְרַיִם.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9_None_False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42000" cy="342000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9_None_False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000" cy="342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סַדְּרוּ אֶת הַסִּפּוּר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קִרְאוּ כָּל מִשְׁפָּט, וְהַדְבִּיקוּ לְיָדוֹ אֶת הַתְּמוּנָה הַמַּתְאִימָה.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CellSpacing w:w="34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5443"/>
      </w:tblGrid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1F618D"/>
              <w:left w:val="single" w:sz="10" w:space="0" w:color="1F618D"/>
              <w:bottom w:val="single" w:sz="10" w:space="0" w:color="1F618D"/>
              <w:right w:val="single" w:sz="10" w:space="0" w:color="1F618D"/>
            </w:tcBorders>
            <w:shd w:val="clear" w:color="auto" w:fill="E8F0F7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יוֹסֵף מֵבִיא אֶת בָּנָיו אֶל יַעֲקֹב.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1F618D"/>
              <w:left w:val="single" w:sz="10" w:space="0" w:color="1F618D"/>
              <w:bottom w:val="single" w:sz="10" w:space="0" w:color="1F618D"/>
              <w:right w:val="single" w:sz="10" w:space="0" w:color="1F618D"/>
            </w:tcBorders>
            <w:shd w:val="clear" w:color="auto" w:fill="E8F0F7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מְבָרֵךְ אֶת אֶפְרַיִם וּמְנַשֶּׁה.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  <w:tr>
        <w:trPr>
          <w:trHeight w:val="3543" w:hRule="exact"/>
          <w:cantSplit/>
        </w:trPr>
        <w:tc>
          <w:tcPr>
            <w:tcW w:type="dxa" w:w="5159"/>
            <w:tcW w:w="4876" w:type="dxa"/>
            <w:tcBorders>
              <w:top w:val="single" w:sz="10" w:space="0" w:color="1F618D"/>
              <w:left w:val="single" w:sz="10" w:space="0" w:color="1F618D"/>
              <w:bottom w:val="single" w:sz="10" w:space="0" w:color="1F618D"/>
              <w:right w:val="single" w:sz="10" w:space="0" w:color="1F618D"/>
            </w:tcBorders>
            <w:shd w:val="clear" w:color="auto" w:fill="E8F0F7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12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 xml:space="preserve">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52"/>
                <w:szCs w:val="52"/>
                <w:shd w:val="clear" w:color="auto" w:fill="1F618D"/>
                <w:rtl/>
              </w:rPr>
              <w:t xml:space="preserve"> </w:t>
            </w:r>
          </w:p>
          <w:p>
            <w:pPr>
              <w:bidi/>
              <w:spacing w:before="0" w:after="0" w:line="276" w:lineRule="auto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40"/>
                <w:szCs w:val="40"/>
                <w:rtl/>
              </w:rPr>
              <w:t>יַעֲקֹב מְבָרֵךְ אֶת כָּל בָּנָיו.</w:t>
            </w:r>
          </w:p>
        </w:tc>
        <w:tc>
          <w:tcPr>
            <w:tcW w:type="dxa" w:w="5159"/>
            <w:tcW w:w="5443" w:type="dxa"/>
            <w:tcBorders>
              <w:top w:val="dashed" w:sz="14" w:space="0" w:color="7F8C8D"/>
              <w:left w:val="dashed" w:sz="14" w:space="0" w:color="7F8C8D"/>
              <w:bottom w:val="dashed" w:sz="14" w:space="0" w:color="7F8C8D"/>
              <w:right w:val="dashed" w:sz="14" w:space="0" w:color="7F8C8D"/>
            </w:tcBorders>
            <w:shd w:val="clear" w:color="auto" w:fill="FBFCFC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95A5A6"/>
                <w:sz w:val="27"/>
                <w:szCs w:val="27"/>
                <w:rtl/>
              </w:rPr>
              <w:t xml:space="preserve">✚ </w:t>
            </w:r>
            <w:r>
              <w:rPr>
                <w:rFonts w:ascii="Noto Sans Hebrew" w:hAnsi="Noto Sans Hebrew" w:cs="Noto Sans Hebrew" w:eastAsia="Noto Sans Hebrew"/>
                <w:color w:val="95A5A6"/>
                <w:sz w:val="32"/>
                <w:szCs w:val="32"/>
                <w:rtl/>
              </w:rPr>
              <w:t>הַדְבִּיקוּ כָּאן אֶת הַתְּמוּנָה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ejaVu Sans" w:hAnsi="DejaVu Sans" w:cs="DejaVu Sans" w:eastAsia="DejaVu Sans"/>
          <w:b/>
          <w:bCs/>
          <w:color w:val="1F618D"/>
          <w:sz w:val="28"/>
          <w:szCs w:val="28"/>
          <w:rtl/>
        </w:rPr>
        <w:t xml:space="preserve">☺ </w:t>
      </w:r>
      <w:r>
        <w:rPr>
          <w:rFonts w:ascii="Noto Sans Hebrew" w:hAnsi="Noto Sans Hebrew" w:cs="Noto Sans Hebrew" w:eastAsia="Noto Sans Hebrew"/>
          <w:b/>
          <w:bCs/>
          <w:color w:val="1F618D"/>
          <w:sz w:val="36"/>
          <w:szCs w:val="36"/>
          <w:rtl/>
        </w:rPr>
        <w:t>סַפְּרוּ לְחָבֵר אוֹ לַהוֹרִים אֶת הַסִּפּוּר לְפִי הַתְּמוּנוֹת.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♥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מִדָּה טוֹבָה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701"/>
        <w:gridCol w:w="8618"/>
      </w:tblGrid>
      <w:tr>
        <w:trPr>
          <w:cantSplit/>
        </w:trPr>
        <w:tc>
          <w:tcPr>
            <w:tcW w:type="dxa" w:w="5159"/>
            <w:tcW w:w="1701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23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618" w:type="dxa"/>
            <w:tcBorders>
              <w:top w:val="single" w:sz="18" w:space="0" w:color="F39C12"/>
              <w:left w:val="single" w:sz="18" w:space="0" w:color="F39C12"/>
              <w:bottom w:val="single" w:sz="18" w:space="0" w:color="F39C12"/>
              <w:right w:val="single" w:sz="18" w:space="0" w:color="F39C12"/>
            </w:tcBorders>
            <w:shd w:val="clear" w:color="auto" w:fill="FFF8E1"/>
            <w:tcMar>
              <w:top w:w="85" w:type="dxa"/>
              <w:left w:w="141" w:type="dxa"/>
              <w:bottom w:w="85" w:type="dxa"/>
              <w:right w:w="141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9A5B00"/>
                <w:sz w:val="42"/>
                <w:szCs w:val="42"/>
                <w:rtl/>
              </w:rPr>
              <w:t xml:space="preserve">פִּנַּת הַמִּדָּה: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42"/>
                <w:szCs w:val="42"/>
                <w:rtl/>
              </w:rPr>
              <w:t>בְּרָכָה וְאַחְדוּת בַּמִּשְׁפָּחָה</w:t>
            </w:r>
          </w:p>
          <w:p>
            <w:pPr>
              <w:bidi/>
              <w:spacing w:before="0" w:after="0" w:line="264" w:lineRule="auto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יַעֲקֹב בֵּרַךְ אֶת כָּל בָּנָיו וְאֶת נְכָדָיו, וְרָצָה שֶׁהַמִּשְׁפָּחָה תִּהְיֶה מְאֻחֶדֶת. גַּם אֲנַחְנוּ יְכוֹלִים לְבָרֵךְ זֶה אֶת זֶה בְּמִלִּים טוֹבוֹת, וְלִשְׁמֹר עַל אַחְדוּת בַּמִּשְׁפָּחָה וּבַכִּתָּה.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מְמַיְּנִים מַעֲשִׂים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הַדְבִּיקוּ כָּל כַּרְטִיס בַּטּוּר הַמַּתְאִים לוֹ.</w:t>
            </w:r>
          </w:p>
          <w:tbl>
            <w:tblPr>
              <w:bidiVisual/>
              <w:tblW w:w="396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969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3969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27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752" w:type="dxa"/>
              <w:jc w:val="center"/>
              <w:tblCellSpacing w:w="4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876"/>
              <w:gridCol w:w="4876"/>
            </w:tblGrid>
            <w:tr>
              <w:trPr>
                <w:trHeight w:val="538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single" w:sz="6" w:space="0" w:color="27AE60"/>
                    <w:left w:val="single" w:sz="6" w:space="0" w:color="27AE60"/>
                    <w:bottom w:val="single" w:sz="6" w:space="0" w:color="27AE60"/>
                    <w:right w:val="single" w:sz="6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😊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מַעֲשֶׂה טוֹב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single" w:sz="6" w:space="0" w:color="C0392B"/>
                    <w:left w:val="single" w:sz="6" w:space="0" w:color="C0392B"/>
                    <w:bottom w:val="single" w:sz="6" w:space="0" w:color="C0392B"/>
                    <w:right w:val="single" w:sz="6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FFFFFF"/>
                      <w:sz w:val="27"/>
                      <w:szCs w:val="27"/>
                      <w:rtl/>
                    </w:rPr>
                    <w:t xml:space="preserve">😟 </w:t>
                  </w: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color w:val="FFFFFF"/>
                      <w:sz w:val="36"/>
                      <w:szCs w:val="36"/>
                      <w:rtl/>
                    </w:rPr>
                    <w:t>לֹא כְּדַאי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1304" w:hRule="exact"/>
                <w:cantSplit/>
              </w:trPr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E9F7E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4876" w:type="dxa"/>
                  <w:tcBorders>
                    <w:top w:val="dashed" w:sz="10" w:space="0" w:color="7F8C8D"/>
                    <w:left w:val="dashed" w:sz="10" w:space="0" w:color="7F8C8D"/>
                    <w:bottom w:val="dashed" w:sz="10" w:space="0" w:color="7F8C8D"/>
                    <w:right w:val="dashed" w:sz="10" w:space="0" w:color="7F8C8D"/>
                  </w:tcBorders>
                  <w:shd w:val="clear" w:color="auto" w:fill="FBEAE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AAB7B8"/>
                      <w:sz w:val="28"/>
                      <w:szCs w:val="28"/>
                      <w:rtl/>
                    </w:rPr>
                    <w:t>הַדְבִּיקוּ כָּאן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צַיְּרוּ אֶת הַמִּשְׁפָּחָה שֶׁלָּכֶם, וְכִתְבוּ לָהּ בְּרָכָה.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865"/>
            </w:tblGrid>
            <w:tr>
              <w:trPr>
                <w:trHeight w:val="2608" w:hRule="exact"/>
                <w:cantSplit/>
              </w:trPr>
              <w:tc>
                <w:tcPr>
                  <w:tcW w:type="dxa" w:w="10318"/>
                  <w:tcW w:w="9865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65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28" w:type="dxa"/>
              <w:left w:w="170" w:type="dxa"/>
              <w:bottom w:w="28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✿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4"/>
                <w:szCs w:val="44"/>
                <w:rtl/>
              </w:rPr>
              <w:t>פָּרָשַׁת וַיְחִי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6"/>
                <w:szCs w:val="36"/>
                <w:rtl/>
              </w:rPr>
              <w:t xml:space="preserve">   · 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>צוֹבְעִים וְחוֹשְׁבִים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ejaVu Sans" w:hAnsi="DejaVu Sans" w:cs="DejaVu Sans" w:eastAsia="DejaVu Sans"/>
          <w:b/>
          <w:bCs/>
          <w:color w:val="1F618D"/>
          <w:sz w:val="30"/>
          <w:szCs w:val="30"/>
          <w:rtl/>
        </w:rPr>
        <w:t xml:space="preserve">✿ </w:t>
      </w:r>
      <w:r>
        <w:rPr>
          <w:rFonts w:ascii="Noto Sans Hebrew" w:hAnsi="Noto Sans Hebrew" w:cs="Noto Sans Hebrew" w:eastAsia="Noto Sans Hebrew"/>
          <w:b/>
          <w:bCs/>
          <w:color w:val="1F618D"/>
          <w:sz w:val="40"/>
          <w:szCs w:val="40"/>
          <w:rtl/>
        </w:rPr>
        <w:t>צַבְּעוּ אֶת יַעֲקֹב הַמְבָרֵךְ אֶת הַנְּעָרִים.</w:t>
      </w:r>
    </w:p>
    <w:tbl>
      <w:tblPr>
        <w:bidiVisual/>
        <w:tblW w:w="759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597"/>
      </w:tblGrid>
      <w:tr>
        <w:trPr>
          <w:cantSplit/>
        </w:trPr>
        <w:tc>
          <w:tcPr>
            <w:tcW w:type="dxa" w:w="10318"/>
            <w:tcW w:w="7597" w:type="dxa"/>
            <w:tcBorders>
              <w:top w:val="single" w:sz="12" w:space="0" w:color="1F618D"/>
              <w:left w:val="single" w:sz="12" w:space="0" w:color="1F618D"/>
              <w:bottom w:val="single" w:sz="12" w:space="0" w:color="1F618D"/>
              <w:right w:val="single" w:sz="12" w:space="0" w:color="1F618D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36000" cy="5544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chi_c_126_None_Fals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0" cy="55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בְּאֵיזוֹ בְּרָכָה מְבָרְכִים הַהוֹרִים אֶת הַיְּלָדִים?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3515"/>
        <w:gridCol w:w="2268"/>
        <w:gridCol w:w="2268"/>
        <w:gridCol w:w="2268"/>
      </w:tblGrid>
      <w:tr>
        <w:trPr>
          <w:trHeight w:val="793" w:hRule="atLeast"/>
          <w:cantSplit/>
        </w:trPr>
        <w:tc>
          <w:tcPr>
            <w:tcW w:type="dxa" w:w="2579"/>
            <w:tcW w:w="351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4F6F7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sz w:val="32"/>
                <w:szCs w:val="32"/>
                <w:rtl/>
              </w:rPr>
              <w:t>אֵיךְ הִצְלַחְתִּי? סַמְּנוּ: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9_None_Fals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מְצֻיָּן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mile_9_None_Fals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טוֹב</w:t>
            </w:r>
          </w:p>
        </w:tc>
        <w:tc>
          <w:tcPr>
            <w:tcW w:type="dxa" w:w="2579"/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" cy="32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9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 w:eastAsia="Noto Sans Hebrew"/>
                <w:sz w:val="30"/>
                <w:szCs w:val="30"/>
                <w:rtl/>
              </w:rPr>
              <w:t xml:space="preserve">  קָשֶׁה לִי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85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4"/>
                <w:szCs w:val="34"/>
                <w:rtl/>
              </w:rPr>
              <w:t xml:space="preserve">↻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48"/>
                <w:szCs w:val="48"/>
                <w:rtl/>
              </w:rPr>
              <w:t>חֲזָרָה עַל פָּרָשׁוֹת חֵלֶק ג'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אֵיזוֹ פָּרָשָׁה בַּתְּמוּנָה?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מִשֵּׁם הַפָּרָשָׁה אֶל הַתְּמוּנָה הַמַּתְאִימָה לָהּ.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  <w:gridCol w:w="567"/>
              <w:gridCol w:w="1474"/>
              <w:gridCol w:w="567"/>
              <w:gridCol w:w="2608"/>
            </w:tblGrid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מִקֵּץ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58" name="Picture 5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ayigash_3_42_None_False.jp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וַיִּגַּשׁ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59" name="Picture 5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vayechi_2_42_None_False.jp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761" w:hRule="atLeast"/>
                <w:cantSplit/>
              </w:trPr>
              <w:tc>
                <w:tcPr>
                  <w:tcW w:type="dxa" w:w="2064"/>
                  <w:tcW w:w="5103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8"/>
                      <w:szCs w:val="38"/>
                      <w:rtl/>
                    </w:rPr>
                    <w:t>פָּרָשַׁת וַיְחִי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474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44"/>
                      <w:szCs w:val="44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2608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2000" cy="1008000"/>
                        <wp:docPr id="60" name="Picture 6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ikketz_2_42_None_False.jp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2000" cy="100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אֵיזוֹ מִדָּה לָמַדְנוּ?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color w:val="444444"/>
                <w:sz w:val="34"/>
                <w:szCs w:val="34"/>
                <w:rtl/>
              </w:rPr>
              <w:t>מִתְחוּ קַו מִשֵּׁם הַפָּרָשָׁה אֶל הַמִּדָּה הַטּוֹבָה שֶׁלָּמַדְנוּ בָּהּ.</w:t>
            </w:r>
          </w:p>
          <w:tbl>
            <w:tblPr>
              <w:bidiVisual/>
              <w:tblW w:w="1031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402"/>
              <w:gridCol w:w="567"/>
              <w:gridCol w:w="1247"/>
              <w:gridCol w:w="567"/>
              <w:gridCol w:w="4536"/>
            </w:tblGrid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מִקֵּץ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סְלִיחָה וַעֲזָרָה לָאַחִים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וַיִּגַּשׁ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בְּרָכָה וְאַחְדוּת בַּמִּשְׁפָּחָה</w:t>
                  </w:r>
                </w:p>
              </w:tc>
            </w:tr>
            <w:tr>
              <w:trPr>
                <w:trHeight w:val="635" w:hRule="atLeast"/>
                <w:cantSplit/>
              </w:trPr>
              <w:tc>
                <w:tcPr>
                  <w:tcW w:type="dxa" w:w="2064"/>
                  <w:tcW w:w="340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6"/>
                      <w:szCs w:val="36"/>
                      <w:rtl/>
                    </w:rPr>
                    <w:t>פָּרָשַׁת וַיְחִי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333333"/>
                      <w:sz w:val="36"/>
                      <w:szCs w:val="36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453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b/>
                      <w:bCs/>
                      <w:sz w:val="34"/>
                      <w:szCs w:val="34"/>
                      <w:rtl/>
                    </w:rPr>
                    <w:t>תִּכְנוּן וְאַחְרָיוּת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מָה אָהַבְתִּי בְּיוֹתֵר בַּפָּרָשׁוֹת? לָמָּה?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 Hebrew" w:hAnsi="Noto Sans Hebrew" w:cs="Noto Sans Hebrew" w:eastAsia="Noto Sans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13948" w:hRule="exact"/>
          <w:cantSplit/>
        </w:trPr>
        <w:tc>
          <w:tcPr>
            <w:tcW w:type="dxa" w:w="10318"/>
            <w:tcW w:w="10319" w:type="dxa"/>
            <w:tcBorders>
              <w:top w:val="double" w:sz="36" w:space="0" w:color="D4AC0D"/>
              <w:left w:val="double" w:sz="36" w:space="0" w:color="D4AC0D"/>
              <w:bottom w:val="double" w:sz="36" w:space="0" w:color="D4AC0D"/>
              <w:right w:val="double" w:sz="36" w:space="0" w:color="D4AC0D"/>
            </w:tcBorders>
            <w:shd w:val="clear" w:color="auto" w:fill="FFFDF5"/>
            <w:tcMar>
              <w:top w:w="283" w:type="dxa"/>
              <w:left w:w="283" w:type="dxa"/>
              <w:bottom w:w="283" w:type="dxa"/>
              <w:right w:w="283" w:type="dxa"/>
            </w:tcMar>
            <w:vAlign w:val="top"/>
          </w:tcPr>
          <w:p>
            <w:pPr>
              <w:bidi/>
              <w:spacing w:before="120" w:after="0"/>
              <w:jc w:val="center"/>
            </w:pPr>
            <w:r>
              <w:rPr>
                <w:rFonts w:ascii="DejaVu Sans" w:hAnsi="DejaVu Sans" w:cs="DejaVu Sans" w:eastAsia="DejaVu Sans"/>
                <w:sz w:val="68"/>
                <w:szCs w:val="68"/>
                <w:rtl/>
              </w:rPr>
              <w:t>★</w:t>
            </w:r>
          </w:p>
          <w:p>
            <w:pPr>
              <w:bidi/>
              <w:spacing w:before="0" w:after="16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80"/>
                <w:szCs w:val="80"/>
                <w:rtl/>
              </w:rPr>
              <w:t>תְּעוּדַת סִיּוּם</w:t>
            </w:r>
          </w:p>
          <w:p>
            <w:pPr>
              <w:bidi/>
              <w:spacing w:before="0" w:after="20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44"/>
                <w:szCs w:val="44"/>
                <w:rtl/>
              </w:rPr>
              <w:t xml:space="preserve">לַתַּלְמִיד / לַתַּלְמִידָה: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888888"/>
                <w:sz w:val="44"/>
                <w:szCs w:val="44"/>
                <w:rtl/>
              </w:rPr>
              <w:t>________________________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sz w:val="42"/>
                <w:szCs w:val="42"/>
                <w:rtl/>
              </w:rPr>
              <w:t>סִיַּמְתָּ בְּהַצְלָחָה אֶת חֵלֶק ג' שֶׁל חוֹבֶרֶת חֻמַּשׁ בְּרֵאשִׁית –</w:t>
            </w:r>
          </w:p>
          <w:p>
            <w:pPr>
              <w:bidi/>
              <w:spacing w:before="0" w:after="20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3A5F"/>
                <w:sz w:val="42"/>
                <w:szCs w:val="42"/>
                <w:rtl/>
              </w:rPr>
              <w:t>פָּרָשׁוֹת מִקֵּץ, וַיִּגַּשׁ וְוַיְחִי!</w:t>
            </w:r>
          </w:p>
          <w:p>
            <w:pPr>
              <w:bidi/>
              <w:spacing w:before="0" w:after="20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2998730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kketz_1_125_None_Fals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29987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28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A04000"/>
                <w:sz w:val="44"/>
                <w:szCs w:val="44"/>
                <w:rtl/>
              </w:rPr>
              <w:t>חֲזַק חֲזַק וְנִתְחַזֵּק!</w:t>
            </w:r>
          </w:p>
          <w:tbl>
            <w:tblPr>
              <w:bidiVisual/>
              <w:tblW w:w="907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type="dxa" w:w="5159"/>
                  <w:tcW w:w="453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888888"/>
                      <w:sz w:val="36"/>
                      <w:szCs w:val="36"/>
                      <w:rtl/>
                    </w:rPr>
                    <w:t>____________________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חֲתִימַת הַמּוֹרֶה</w:t>
                  </w:r>
                </w:p>
              </w:tc>
              <w:tc>
                <w:tcPr>
                  <w:tcW w:type="dxa" w:w="5159"/>
                  <w:tcW w:w="4536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color w:val="888888"/>
                      <w:sz w:val="36"/>
                      <w:szCs w:val="36"/>
                      <w:rtl/>
                    </w:rPr>
                    <w:t>____________________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ans Hebrew" w:hAnsi="Noto Sans Hebrew" w:cs="Noto Sans Hebrew" w:eastAsia="Noto Sans Hebrew"/>
                      <w:sz w:val="32"/>
                      <w:szCs w:val="32"/>
                      <w:rtl/>
                    </w:rPr>
                    <w:t>תַּאֲרִיךְ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ans Hebrew" w:hAnsi="Noto Sans Hebrew" w:cs="Noto Sans Hebrew" w:eastAsia="Noto Sans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מִקֵּץ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kketz_3_86_None_Fals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kketz_1_86_None_Fals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ikketz_2_86_None_False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C0392B"/>
                <w:sz w:val="36"/>
                <w:szCs w:val="36"/>
                <w:rtl/>
              </w:rPr>
              <w:t>פָּרָשַׁת מִקֵּץ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מִקֵּץ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מְסַדְּרִים אֶת הַתִּיק מֵעֶרֶב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זוֹרְקִים לֶחֶם שָׁלֵם לַפַּח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חוֹסְכִים כֶּסֶף בְּקֻפְסָה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שׁוֹכְחִים לְהָכִין שִׁעוּרִים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מְכִינִים מַיִם לַטִּיּוּל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מְבַזְבְּזִים אֶת כָּל דְּמֵי הַכִּיס בְּיוֹם אֶחָד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וַיִּגַּשׁ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gash_3_86_None_False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gash_1_86_None_False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58916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igash_2_86_None_False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589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B7950B"/>
                <w:sz w:val="36"/>
                <w:szCs w:val="36"/>
                <w:rtl/>
              </w:rPr>
              <w:t>פָּרָשַׁת וַיִּגַּשׁ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וַיִּגַּשׁ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סוֹלְחִים לְחָבֵר שֶׁבִּקֵּשׁ סְלִיחָה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זוֹכְרִים רִיב יָשָׁן וְכוֹעֲסִים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שׁוֹמְרִים עַל אָח קָטָן בַּגַּן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לֹא מְדַבְּרִים עִם חָבֵר שֶׁטָּעָה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מְגִנִּים עַל חָבֵר שֶׁצּוֹחֲקִים עָלָיו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צוֹחֲקִים עַל אָח קָטָן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ans Hebrew" w:hAnsi="Noto Sans Hebrew" w:cs="Noto Sans Hebrew" w:eastAsia="Noto Sans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סַדְּרוּ אֶת הַסִּפּוּר – פָּרָשַׁת וַיְחִי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Noto Sans Hebrew" w:hAnsi="Noto Sans Hebrew" w:cs="Noto Sans Hebrew" w:eastAsia="Noto Sans Hebrew"/>
          <w:color w:val="909497"/>
          <w:sz w:val="26"/>
          <w:szCs w:val="26"/>
          <w:rtl/>
        </w:rPr>
        <w:t>מַדְפִּיסִים עַמּוּד זֶה בְּצַד אֶחָד בִּלְבַד · גּוֹזְרִים לְאֹרֶךְ הַקַּו הַמְּקֻוְקָו</w:t>
      </w:r>
    </w:p>
    <w:tbl>
      <w:tblPr>
        <w:bidiVisual/>
        <w:tblW w:w="10206" w:type="dxa"/>
        <w:jc w:val="center"/>
        <w:tblCellSpacing w:w="85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chi_3_86_None_False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chi_2_86_None_False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532" w:hRule="exact"/>
          <w:cantSplit/>
        </w:trPr>
        <w:tc>
          <w:tcPr>
            <w:tcW w:type="dxa" w:w="5159"/>
            <w:tcW w:w="5103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96000" cy="2062729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yechi_1_86_None_False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0627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5103" w:type="dxa"/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color w:val="BBBBBB"/>
                <w:sz w:val="80"/>
                <w:szCs w:val="80"/>
                <w:rtl/>
              </w:rPr>
              <w:t>✂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1F618D"/>
                <w:sz w:val="36"/>
                <w:szCs w:val="36"/>
                <w:rtl/>
              </w:rPr>
              <w:t>פָּרָשַׁת וַיְחִי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p>
      <w:pPr>
        <w:bidi/>
        <w:spacing w:before="0" w:after="0" w:line="8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6" w:space="0" w:color="000000"/>
              <w:left w:val="nil" w:sz="0" w:space="0" w:color="FFFFFF"/>
              <w:bottom w:val="nil" w:sz="0" w:space="0" w:color="FFFFFF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8"/>
                <w:szCs w:val="8"/>
                <w:rtl/>
              </w:rPr>
              <w:t xml:space="preserve"> </w:t>
            </w:r>
          </w:p>
        </w:tc>
      </w:tr>
    </w:tbl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rtl/>
              </w:rPr>
              <w:t xml:space="preserve">דַּף גְּזִירָה – לְעַמּוּד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4"/>
                <w:szCs w:val="34"/>
                <w:rtl/>
              </w:rPr>
              <w:t xml:space="preserve">  ·  מְמַיְּנִים מַעֲשִׂים – פָּרָשַׁת וַיְחִי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9298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649"/>
        <w:gridCol w:w="4649"/>
      </w:tblGrid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מְאַחֲלִים לְחָבֵר "יוֹם הֻלֶּדֶת שָׂמֵחַ"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מְקַלְּלִים כְּשֶׁכּוֹעֲסִים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אוֹמְרִים לַהוֹרִים "לַיְלָה טוֹב"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לֹא מְשַׁתְּפִים אֶת הָאַחִים בַּמִּשְׂחָק</w:t>
            </w:r>
          </w:p>
        </w:tc>
      </w:tr>
      <w:tr>
        <w:trPr>
          <w:trHeight w:val="1219" w:hRule="exact"/>
          <w:cantSplit/>
        </w:trPr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אוֹמְרִים "בְּתֵאָבוֹן" לִפְנֵי הָאֹכֶל</w:t>
            </w:r>
          </w:p>
        </w:tc>
        <w:tc>
          <w:tcPr>
            <w:tcW w:type="dxa" w:w="5159"/>
            <w:tcW w:w="4649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shd w:val="clear" w:color="auto" w:fill="FFFFFF"/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sz w:val="36"/>
                <w:szCs w:val="36"/>
                <w:rtl/>
              </w:rPr>
              <w:t>אוֹמְרִים לְחָבֵר מִלִּים פּוֹגְעוֹת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jpg"/><Relationship Id="rId23" Type="http://schemas.openxmlformats.org/officeDocument/2006/relationships/image" Target="media/image13.pn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