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D4AC0D"/>
              <w:left w:val="double" w:sz="20" w:space="0" w:color="D4AC0D"/>
              <w:bottom w:val="double" w:sz="20" w:space="0" w:color="D4AC0D"/>
              <w:right w:val="double" w:sz="20" w:space="0" w:color="D4AC0D"/>
            </w:tcBorders>
            <w:shd w:val="clear" w:color="auto" w:fill="1F3A5F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60"/>
                <w:szCs w:val="60"/>
                <w:rtl/>
              </w:rPr>
              <w:t>מַחְוָן – שׁוֹפְטִים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F7DC6F"/>
                <w:sz w:val="32"/>
                <w:szCs w:val="32"/>
                <w:rtl/>
              </w:rPr>
              <w:t>תְּשׁוּבוֹת לְכָל הַמְּשִׂימוֹת בַּחוֹבֶרֶת, לְפִי עַמּוּדִים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Noto Sans Hebrew" w:hAnsi="Noto Sans Hebrew" w:cs="Noto Sans Hebrew" w:eastAsia="Noto Sans Hebrew"/>
          <w:b/>
          <w:bCs/>
          <w:color w:val="1F3A5F"/>
          <w:sz w:val="28"/>
          <w:szCs w:val="28"/>
          <w:rtl/>
        </w:rPr>
        <w:t xml:space="preserve">שְׁלַבֵּי הַגַּלְגַּל: </w:t>
      </w:r>
      <w:r>
        <w:rPr>
          <w:rFonts w:ascii="Noto Sans" w:hAnsi="Noto Sans" w:cs="Noto Sans" w:eastAsia="Noto Sans"/>
          <w:b/>
          <w:bCs/>
          <w:color w:val="1F3A5F"/>
          <w:sz w:val="28"/>
          <w:szCs w:val="28"/>
          <w:rtl/>
        </w:rPr>
        <w:t>1</w:t>
      </w:r>
      <w:r>
        <w:rPr>
          <w:rFonts w:ascii="Noto Sans Hebrew" w:hAnsi="Noto Sans Hebrew" w:cs="Noto Sans Hebrew" w:eastAsia="Noto Sans Hebrew"/>
          <w:b/>
          <w:bCs/>
          <w:color w:val="1F3A5F"/>
          <w:sz w:val="28"/>
          <w:szCs w:val="28"/>
          <w:rtl/>
        </w:rPr>
        <w:t xml:space="preserve"> חוֹטְאִים · </w:t>
      </w:r>
      <w:r>
        <w:rPr>
          <w:rFonts w:ascii="Noto Sans" w:hAnsi="Noto Sans" w:cs="Noto Sans" w:eastAsia="Noto Sans"/>
          <w:b/>
          <w:bCs/>
          <w:color w:val="1F3A5F"/>
          <w:sz w:val="28"/>
          <w:szCs w:val="28"/>
          <w:rtl/>
        </w:rPr>
        <w:t>2</w:t>
      </w:r>
      <w:r>
        <w:rPr>
          <w:rFonts w:ascii="Noto Sans Hebrew" w:hAnsi="Noto Sans Hebrew" w:cs="Noto Sans Hebrew" w:eastAsia="Noto Sans Hebrew"/>
          <w:b/>
          <w:bCs/>
          <w:color w:val="1F3A5F"/>
          <w:sz w:val="28"/>
          <w:szCs w:val="28"/>
          <w:rtl/>
        </w:rPr>
        <w:t xml:space="preserve"> אוֹיֵב וְשִׁעְבּוּד · </w:t>
      </w:r>
      <w:r>
        <w:rPr>
          <w:rFonts w:ascii="Noto Sans" w:hAnsi="Noto Sans" w:cs="Noto Sans" w:eastAsia="Noto Sans"/>
          <w:b/>
          <w:bCs/>
          <w:color w:val="1F3A5F"/>
          <w:sz w:val="28"/>
          <w:szCs w:val="28"/>
          <w:rtl/>
        </w:rPr>
        <w:t>3</w:t>
      </w:r>
      <w:r>
        <w:rPr>
          <w:rFonts w:ascii="Noto Sans Hebrew" w:hAnsi="Noto Sans Hebrew" w:cs="Noto Sans Hebrew" w:eastAsia="Noto Sans Hebrew"/>
          <w:b/>
          <w:bCs/>
          <w:color w:val="1F3A5F"/>
          <w:sz w:val="28"/>
          <w:szCs w:val="28"/>
          <w:rtl/>
        </w:rPr>
        <w:t xml:space="preserve"> צוֹעֲקִים וְחוֹזְרִים בִּתְשׁוּבָה · </w:t>
      </w:r>
      <w:r>
        <w:rPr>
          <w:rFonts w:ascii="Noto Sans" w:hAnsi="Noto Sans" w:cs="Noto Sans" w:eastAsia="Noto Sans"/>
          <w:b/>
          <w:bCs/>
          <w:color w:val="1F3A5F"/>
          <w:sz w:val="28"/>
          <w:szCs w:val="28"/>
          <w:rtl/>
        </w:rPr>
        <w:t>4</w:t>
      </w:r>
      <w:r>
        <w:rPr>
          <w:rFonts w:ascii="Noto Sans Hebrew" w:hAnsi="Noto Sans Hebrew" w:cs="Noto Sans Hebrew" w:eastAsia="Noto Sans Hebrew"/>
          <w:b/>
          <w:bCs/>
          <w:color w:val="1F3A5F"/>
          <w:sz w:val="28"/>
          <w:szCs w:val="28"/>
          <w:rtl/>
        </w:rPr>
        <w:t xml:space="preserve"> שׁוֹפֵט מוֹשִׁיעַ · </w:t>
      </w:r>
      <w:r>
        <w:rPr>
          <w:rFonts w:ascii="Noto Sans" w:hAnsi="Noto Sans" w:cs="Noto Sans" w:eastAsia="Noto Sans"/>
          <w:b/>
          <w:bCs/>
          <w:color w:val="1F3A5F"/>
          <w:sz w:val="28"/>
          <w:szCs w:val="28"/>
          <w:rtl/>
        </w:rPr>
        <w:t>5</w:t>
      </w:r>
      <w:r>
        <w:rPr>
          <w:rFonts w:ascii="Noto Sans Hebrew" w:hAnsi="Noto Sans Hebrew" w:cs="Noto Sans Hebrew" w:eastAsia="Noto Sans Hebrew"/>
          <w:b/>
          <w:bCs/>
          <w:color w:val="1F3A5F"/>
          <w:sz w:val="28"/>
          <w:szCs w:val="28"/>
          <w:rtl/>
        </w:rPr>
        <w:t xml:space="preserve"> שֶׁקֶט בָּאָרֶץ.</w:t>
      </w:r>
    </w:p>
    <w:p>
      <w:pPr>
        <w:bidi/>
        <w:spacing w:before="0" w:after="80"/>
        <w:jc w:val="both"/>
      </w:pPr>
      <w:r>
        <w:rPr>
          <w:rFonts w:ascii="Noto Sans Hebrew" w:hAnsi="Noto Sans Hebrew" w:cs="Noto Sans Hebrew" w:eastAsia="Noto Sans Hebrew"/>
          <w:color w:val="555555"/>
          <w:sz w:val="26"/>
          <w:szCs w:val="26"/>
          <w:rtl/>
        </w:rPr>
        <w:t>מְשִׂימוֹת פְּתוּחוֹת (צִיּוּר, צְבִיעָה, שְׁאֵלוֹת חֲשִׁיבָה): כָּל תְּשׁוּבָה סְבִירָה מִתְקַבֶּלֶת; לְהַלָּן כִּוּוּן לַתְּשׁוּבָה.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10" w:hRule="atLeast"/>
          <w:cantSplit/>
        </w:trPr>
        <w:tc>
          <w:tcPr>
            <w:tcW w:type="dxa" w:w="10318"/>
            <w:tcW w:w="10319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הַגַּלְגַּל הַחוֹזֵר  (עַמּוּדִים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07"/>
        <w:gridCol w:w="1134"/>
        <w:gridCol w:w="8278"/>
      </w:tblGrid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עַמּוּד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מְשִׂימָה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תְּשׁוּבָה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מַקִּיפִים: הָרַע; קַו מִתַּחַת: הַבְּעָלִים.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 · 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 · 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 · 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 · 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 (מִלְמַעְלָה לְמַטָּה)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חֵטְא – עוֹשִׂים מָה שֶׁה' לֹא רוֹצֶה · שִׁעְבּוּד – אוֹיֵב שׁוֹלֵט בָּעָם · תְּשׁוּבָה – מִתְחָרְטִים וְחוֹזְרִים לַה' · שׁוֹפֵט – מַנְהִיג שֶׁמּוֹשִׁיעַ אֶת הָעָם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7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מִלְמַעְלָה, עִם כִּווּן הַחִצִּים: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חוֹטְאִים,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אוֹיֵב וְשִׁעְבּוּד,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צוֹעֲקִים וְחוֹזְרִים בִּתְשׁוּבָה,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שׁוֹפֵט מוֹשִׁיעַ,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שֶׁקֶט בָּאָרֶץ.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7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6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מוֹשִׁיעַ אֶת הָעָם מִן הָאוֹיֵב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לִצְעֹק אֶל ה' וְלַחֲזֹר בִּתְשׁוּבָה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7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7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וַיָּקֶם ה' שֹׁפְטִים וַיּוֹשִׁיעוּם מִיַּד שֹׁסֵיהֶם (שׁוֹפְטִים ב, טז)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צְבִיעָה לְפִי הַמִּקְרָא (חוֹטְאִים – אָפֹר, אוֹיֵב – אָדֹם, תְּשׁוּבָה – כָּחֹל, שׁוֹפֵט – יָרֹק, שֶׁקֶט – צָהֹב).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9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צִיּוּר חָפְשִׁי: צַיְּרוּ אֶת אֶרֶץ יִשְׂרָאֵל בִּזְמַן שֶׁל שֶׁקֶט וְשָׁלוֹם.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10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שׁוֹפֵט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אוֹיֵב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שׁוֹפֵט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שֶׁקֶט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כְּדֵי שֶׁהָעָם יַרְגִּישׁ שֶׁחָטָא, יִצְעַק אֶל ה' וְיַחֲזֹר בִּתְשׁוּבָה (תְּשׁוּבָה אִישִׁית מִתְקַבֶּלֶת).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10" w:hRule="atLeast"/>
          <w:cantSplit/>
        </w:trPr>
        <w:tc>
          <w:tcPr>
            <w:tcW w:type="dxa" w:w="10318"/>
            <w:tcW w:w="10319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עָתְנִיאֵל בֶּן קְנַז  (עַמּוּדִים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07"/>
        <w:gridCol w:w="1134"/>
        <w:gridCol w:w="8278"/>
      </w:tblGrid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עַמּוּד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מְשִׂימָה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תְּשׁוּבָה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9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מַקִּיפִים: שֵׁם הַשּׁוֹפֵט (עָתְנִיאֵל); קַו מִתַּחַת: וַיִּזְעֲקוּ.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10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אֲרָם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זָעֲקוּ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כָּלֵב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שָׁקְטָה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10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עָתְנִיאֵל – הַשּׁוֹפֵט הָרִאשׁוֹן · כּוּשַׁן רִשְׁעָתַיִם – הָאוֹיֵב · כָּלֵב – הָאָח שֶׁל עָתְנִיאֵל · רוּחַ ה' – הָיְתָה עַל עָתְנִיאֵל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10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11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בְּנֵי יִשְׂרָאֵל שָׁכְחוּ אֶת ה' וְעָבְדוּ עֲבוֹדָה זָרָה.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כּוּשַׁן רִשְׁעָתַיִם שִׁעְבֵּד אוֹתָם שְׁמוֹנֶה שָׁנִים.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בְּנֵי יִשְׂרָאֵל זָעֲקוּ אֶל ה'.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ה' שָׁלַח אֶת עָתְנִיאֵל, וְהוּא נִצַּח.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: הָאָרֶץ שָׁקְטָה אַרְבָּעִים שָׁנָה.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11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6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וַתִּשְׁקֹט הָאָרֶץ אַרְבָּעִים שָׁנָה וַיָּמָת עָתְנִיאֵל בֶּן־קְנַז (שׁוֹפְטִים ג, יא)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11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7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כּוּשַׁן רִשְׁעָתַיִם מֶלֶךְ אֲרָם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רוּחַ ה'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צְבִיעָה חָפְשִׁית.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9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צִיּוּר חָפְשִׁי: צַיְּרוּ אֶת עָתְנִיאֵל יוֹצֵא לַמִּלְחָמָה.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10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כָּלֵב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40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ה' עָזַר לוֹ – רוּחַ ה' הָיְתָה עָלָיו, וְה' נָתַן אֶת כּוּשַׁן בְּיָדוֹ (ג, י).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10" w:hRule="atLeast"/>
          <w:cantSplit/>
        </w:trPr>
        <w:tc>
          <w:tcPr>
            <w:tcW w:type="dxa" w:w="10318"/>
            <w:tcW w:w="10319" w:type="dxa"/>
            <w:tcBorders>
              <w:top w:val="single" w:sz="6" w:space="0" w:color="D35400"/>
              <w:left w:val="single" w:sz="6" w:space="0" w:color="D35400"/>
              <w:bottom w:val="single" w:sz="6" w:space="0" w:color="D35400"/>
              <w:right w:val="single" w:sz="6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אֵהוּד בֶּן גֵּרָא  (עַמּוּדִים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07"/>
        <w:gridCol w:w="1134"/>
        <w:gridCol w:w="8278"/>
      </w:tblGrid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עַמּוּד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מְשִׂימָה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תְּשׁוּבָה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13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מַקִּיפִים: שֵׁם הַשּׁוֹפֵט (אֵהוּד); קַו מִתַּחַת: אִטֵּר.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14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מוֹאָב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בִּנְיָמִין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מַתָּנָה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שּׁוֹפָר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14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אֵהוּד – הַשּׁוֹפֵט הָאִטֵּר · עֶגְלוֹן – מֶלֶךְ מוֹאָב · שׁוֹפָר – קָרָא לָעָם לָבוֹא · מִנְחָה – מַתָּנָה לַמֶּלֶךְ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14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15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בְּנֵי יִשְׂרָאֵל שׁוּב עָשׂוּ אֶת הָרַע בְּעֵינֵי ה'.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עֶגְלוֹן מֶלֶךְ מוֹאָב שָׁלַט בָּהֶם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18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שָׁנָה.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בְּנֵי יִשְׂרָאֵל זָעֲקוּ אֶל ה'.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ה' שָׁלַח אֶת אֵהוּד, וְהוּא הִצִּיל אֶת הָעָם.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: הָאָרֶץ שָׁקְטָה שְׁמוֹנִים שָׁנָה.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15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6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וַיְהִי בְּבוֹאוֹ וַיִּתְקַע בַּשּׁוֹפָר בְּהַר אֶפְרָיִם וַיֵּרְדוּ עִמּוֹ בְנֵי־יִשְׂרָאֵל מִן־הָהָר וְהוּא לִפְנֵיהֶם (שׁוֹפְטִים ג, כז)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15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7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מִנְחָה – מַתָּנָה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בַּיָּד הַשְּׂמָאלִית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צְבִיעָה חָפְשִׁית.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9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צִיּוּר חָפְשִׁי: צַיְּרוּ אֶת הַמַּתָּנָה (הַמִּנְחָה) שֶׁאֵהוּד הֵבִיא לְעֶגְלוֹן.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10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שׁוֹפָר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18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80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הַשּׁוֹמְרִים לֹא חִפְּשׂוּ חֶרֶב עַל הָרֶגֶל הַיְמָנִית, וְכָךְ הִצְלִיחַ לְהַכְנִיס אוֹתָהּ. גַּם מָה שֶׁשּׁוֹנֶה בָּנוּ יָכוֹל לְהוֹעִיל.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10" w:hRule="atLeast"/>
          <w:cantSplit/>
        </w:trPr>
        <w:tc>
          <w:tcPr>
            <w:tcW w:type="dxa" w:w="10318"/>
            <w:tcW w:w="10319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דְּבוֹרָה וּבָרָק  (עַמּוּדִים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07"/>
        <w:gridCol w:w="1134"/>
        <w:gridCol w:w="8278"/>
      </w:tblGrid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עַמּוּד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מְשִׂימָה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תְּשׁוּבָה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17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מַקִּיפִים: שֹׁפְטָה; קַו מִתַּחַת: נְבִיאָה.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סִיסְרָא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תָּמָר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תָּבוֹר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קִישׁוֹן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דְּבוֹרָה – נְבִיאָה שֶׁשָּׁפְטָה אֶת יִשְׂרָאֵל · בָּרָק – מְפַקֵּד צְבָא יִשְׂרָאֵל · סִיסְרָא – שַׂר צְבָא יָבִין · הַר תָּבוֹר – שָׁם הִתְאַסְּפוּ הַחַיָּלִים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19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אַחֲרֵי שֶׁאֵהוּד מֵת, בְּנֵי יִשְׂרָאֵל שׁוּב חָטְאוּ.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יָבִין וְסִיסְרָא לָחֲצוּ אוֹתָם עֶשְׂרִים שָׁנָה.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בְּנֵי יִשְׂרָאֵל צָעֲקוּ אֶל ה'.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דְּבוֹרָה וּבָרָק הוֹשִׁיעוּ אֶת יִשְׂרָאֵל.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: הָאָרֶץ שָׁקְטָה אַרְבָּעִים שָׁנָה.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19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6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וַתֹּאמֶר דְּבֹרָה אֶל־בָּרָק קוּם כִּי זֶה הַיּוֹם אֲשֶׁר נָתַן ה' אֶת־סִיסְרָא בְּיָדֶךָ… (שׁוֹפְטִים ד, יד)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19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7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900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בְּהַר תָּבוֹר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20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צְבִיעָה חָפְשִׁית.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20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9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צִיּוּר חָפְשִׁי: צַיְּרוּ אֶת הַר תָּבוֹר וְאֶת נַחַל קִישׁוֹן.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20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10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תָּבוֹר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20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,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000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20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שֶׁיִּהְיֶה אַמִּיץ וְיִבְטַח בַּה' – ה' יוֹצֵא לְפָנָיו וְהוּא יְנַצֵּחַ.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10" w:hRule="atLeast"/>
          <w:cantSplit/>
        </w:trPr>
        <w:tc>
          <w:tcPr>
            <w:tcW w:type="dxa" w:w="10318"/>
            <w:tcW w:w="10319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גִּדְעוֹן  (עַמּוּדִים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07"/>
        <w:gridCol w:w="1134"/>
        <w:gridCol w:w="8278"/>
      </w:tblGrid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עַמּוּד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מְשִׂימָה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תְּשׁוּבָה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21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מַקִּיפִים: גִּבּוֹר; קַו מִתַּחַת: עִמְּךָ.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22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שֶׁבַע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גַת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הַבַּעַל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כַּדִּים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22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גִּדְעוֹן – גִּבּוֹר הֶחָיִל · מִדְיָן – הָאוֹיֵב · שׁוֹפָר – תּוֹקְעִים בּוֹ · לַפִּיד – מֵאִיר בַּלַּיְלָה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22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23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בְּנֵי יִשְׂרָאֵל עָשׂוּ אֶת הָרַע בְּעֵינֵי ה'.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מִדְיָן הִשְׁחִית אֶת הַיְּבוּל שֶׁבַע שָׁנִים.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הָעָם זָעַק אֶל ה', וְגִדְעוֹן נָתַץ אֶת מִזְבַּח הַבַּעַל.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: גִּדְעוֹן וְ-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300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אִישׁ נִצְּחוּ אֶת מִדְיָן.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: הָאָרֶץ שָׁקְטָה אַרְבָּעִים שָׁנָה.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23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6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וַיֹּאמֶר אֲלֵהֶם גִּדְעוֹן לֹא־אֶמְשֹׁל אֲנִי בָּכֶם וְלֹא־יִמְשֹׁל בְּנִי בָּכֶם ה' יִמְשֹׁל בָּכֶם (שׁוֹפְטִים ח, כג)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23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7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300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שׁוֹפָרוֹת וְכַדִּים עִם לַפִּידִים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24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צְבִיעָה חָפְשִׁית.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24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9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צִיּוּר חָפְשִׁי: צַיְּרוּ אֶת מָה שֶׁהֶחְזִיק כָּל חַיָּל שֶׁל גִּדְעוֹן: שׁוֹפָר, כַּד וְלַפִּיד.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24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10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לַפִּיד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24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300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24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"לֹא אֶמְשֹׁל אֲנִי בָּכֶם… ה' יִמְשֹׁל בָּכֶם" (ח, כג) – ה' הוּא שֶׁהוֹשִׁיעַ, וְהוּא הַמֶּלֶךְ.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10" w:hRule="atLeast"/>
          <w:cantSplit/>
        </w:trPr>
        <w:tc>
          <w:tcPr>
            <w:tcW w:type="dxa" w:w="10318"/>
            <w:tcW w:w="10319" w:type="dxa"/>
            <w:tcBorders>
              <w:top w:val="single" w:sz="6" w:space="0" w:color="B7950B"/>
              <w:left w:val="single" w:sz="6" w:space="0" w:color="B7950B"/>
              <w:bottom w:val="single" w:sz="6" w:space="0" w:color="B7950B"/>
              <w:right w:val="single" w:sz="6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שִׁמְשׁוֹן  (עַמּוּדִים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07"/>
        <w:gridCol w:w="1134"/>
        <w:gridCol w:w="8278"/>
      </w:tblGrid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עַמּוּד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מְשִׂימָה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ECE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4"/>
                <w:szCs w:val="24"/>
                <w:rtl/>
              </w:rPr>
              <w:t>תְּשׁוּבָה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25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מַקִּיפִים: פְּלִשְׁתִּים; קַו מִתַּחַת: לְהוֹשִׁיעַ.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דָּן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נָזִיר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פְּלִשְׁתִּים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עַזָּה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מָנוֹחַ – אַבָּא שֶׁל שִׁמְשׁוֹן · נָזִיר – לֹא שׁוֹתֶה יַיִן · עַזָּה – עִיר שֶׁל הַפְּלִשְׁתִּים · אַרְיֵה – שִׁמְשׁוֹן קָרַע אוֹתוֹ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26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נָכוֹן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לֹא נָכוֹן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27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בְּנֵי יִשְׂרָאֵל הוֹסִיפוּ לַעֲשׂוֹת אֶת הָרַע.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הַפְּלִשְׁתִּים שָׁלְטוּ בָּהֶם אַרְבָּעִים שָׁנָה.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לֹא כָּתוּב שֶׁהָעָם צָעַק – אֲבָל ה' רִחֵם עַל עַמּוֹ.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: שִׁמְשׁוֹן הַגִּבּוֹר הִתְחִיל לְהוֹשִׁיעַ. ·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: שִׁמְשׁוֹן שָׁפַט אֶת יִשְׂרָאֵל עֶשְׂרִים שָׁנָה.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27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6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וַיִּשְׁפֹּט אֶת־יִשְׂרָאֵל בִּימֵי פְלִשְׁתִּים עֶשְׂרִים שָׁנָה (שׁוֹפְטִים טו, כ)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27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7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ה'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) לִשְׁתּוֹת יַיִן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8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צְבִיעָה חָפְשִׁית.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9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צִיּוּר חָפְשִׁי: צַיְּרוּ אֶת שִׁמְשׁוֹן נוֹשֵׂא אֶת דַּלְתוֹת הָעִיר עַזָּה.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10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נָזִיר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11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>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40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· (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)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20</w:t>
            </w:r>
          </w:p>
        </w:tc>
      </w:tr>
      <w:tr>
        <w:trPr>
          <w:trHeight w:val="340" w:hRule="atLeast"/>
          <w:cantSplit/>
        </w:trPr>
        <w:tc>
          <w:tcPr>
            <w:tcW w:type="dxa" w:w="3439"/>
            <w:tcW w:w="90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28</w:t>
            </w:r>
          </w:p>
        </w:tc>
        <w:tc>
          <w:tcPr>
            <w:tcW w:type="dxa" w:w="3439"/>
            <w:tcW w:w="113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12</w:t>
            </w:r>
          </w:p>
        </w:tc>
        <w:tc>
          <w:tcPr>
            <w:tcW w:type="dxa" w:w="3439"/>
            <w:tcW w:w="827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1" w:type="dxa"/>
              <w:left w:w="85" w:type="dxa"/>
              <w:bottom w:w="11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שָׁלָב </w:t>
            </w:r>
            <w:r>
              <w:rPr>
                <w:rFonts w:ascii="Noto Sans" w:hAnsi="Noto Sans" w:cs="Noto Sans" w:eastAsia="Noto Sans"/>
                <w:sz w:val="24"/>
                <w:szCs w:val="2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24"/>
                <w:szCs w:val="24"/>
                <w:rtl/>
              </w:rPr>
              <w:t xml:space="preserve"> – לֹא כָּתוּב שֶׁהָעָם צָעַק אֶל ה' וְחָזַר בִּתְשׁוּבָה (וּלְכֵן שִׁמְשׁוֹן רַק "הִתְחִיל" לְהוֹשִׁיעַ).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10" w:hRule="atLeast"/>
          <w:cantSplit/>
        </w:trPr>
        <w:tc>
          <w:tcPr>
            <w:tcW w:type="dxa" w:w="10318"/>
            <w:tcW w:w="10319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חֲזָרָה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)</w:t>
            </w:r>
          </w:p>
        </w:tc>
      </w:tr>
    </w:tbl>
    <w:p>
      <w:pPr>
        <w:bidi/>
        <w:spacing w:before="0" w:after="40"/>
        <w:jc w:val="both"/>
      </w:pPr>
      <w:r>
        <w:rPr>
          <w:rFonts w:ascii="Noto Sans Hebrew" w:hAnsi="Noto Sans Hebrew" w:cs="Noto Sans Hebrew" w:eastAsia="Noto Sans Hebrew"/>
          <w:sz w:val="25"/>
          <w:szCs w:val="25"/>
          <w:rtl/>
        </w:rPr>
        <w:t xml:space="preserve">מְשִׂימָה </w:t>
      </w:r>
      <w:r>
        <w:rPr>
          <w:rFonts w:ascii="Noto Sans" w:hAnsi="Noto Sans" w:cs="Noto Sans" w:eastAsia="Noto Sans"/>
          <w:sz w:val="25"/>
          <w:szCs w:val="25"/>
          <w:rtl/>
        </w:rPr>
        <w:t>1</w:t>
      </w:r>
      <w:r>
        <w:rPr>
          <w:rFonts w:ascii="Noto Sans Hebrew" w:hAnsi="Noto Sans Hebrew" w:cs="Noto Sans Hebrew" w:eastAsia="Noto Sans Hebrew"/>
          <w:sz w:val="25"/>
          <w:szCs w:val="25"/>
          <w:rtl/>
        </w:rPr>
        <w:t>: עָתְנִיאֵל – כּוּשַׁן רִשְׁעָתַיִם · אֵהוּד – עֶגְלוֹן מֶלֶךְ מוֹאָב · דְּבוֹרָה וּבָרָק – סִיסְרָא וְיָבִין · גִּדְעוֹן – מִדְיָן · שִׁמְשׁוֹן – הַפְּלִשְׁתִּים.</w:t>
      </w:r>
    </w:p>
    <w:p>
      <w:pPr>
        <w:bidi/>
        <w:spacing w:before="0" w:after="40"/>
        <w:jc w:val="both"/>
      </w:pPr>
      <w:r>
        <w:rPr>
          <w:rFonts w:ascii="Noto Sans Hebrew" w:hAnsi="Noto Sans Hebrew" w:cs="Noto Sans Hebrew" w:eastAsia="Noto Sans Hebrew"/>
          <w:sz w:val="25"/>
          <w:szCs w:val="25"/>
          <w:rtl/>
        </w:rPr>
        <w:t xml:space="preserve">מְשִׂימָה </w:t>
      </w:r>
      <w:r>
        <w:rPr>
          <w:rFonts w:ascii="Noto Sans" w:hAnsi="Noto Sans" w:cs="Noto Sans" w:eastAsia="Noto Sans"/>
          <w:sz w:val="25"/>
          <w:szCs w:val="25"/>
          <w:rtl/>
        </w:rPr>
        <w:t>2</w:t>
      </w:r>
      <w:r>
        <w:rPr>
          <w:rFonts w:ascii="Noto Sans Hebrew" w:hAnsi="Noto Sans Hebrew" w:cs="Noto Sans Hebrew" w:eastAsia="Noto Sans Hebrew"/>
          <w:sz w:val="25"/>
          <w:szCs w:val="25"/>
          <w:rtl/>
        </w:rPr>
        <w:t>: (</w:t>
      </w:r>
      <w:r>
        <w:rPr>
          <w:rFonts w:ascii="Noto Sans" w:hAnsi="Noto Sans" w:cs="Noto Sans" w:eastAsia="Noto Sans"/>
          <w:sz w:val="25"/>
          <w:szCs w:val="25"/>
          <w:rtl/>
        </w:rPr>
        <w:t>1</w:t>
      </w:r>
      <w:r>
        <w:rPr>
          <w:rFonts w:ascii="Noto Sans Hebrew" w:hAnsi="Noto Sans Hebrew" w:cs="Noto Sans Hebrew" w:eastAsia="Noto Sans Hebrew"/>
          <w:sz w:val="25"/>
          <w:szCs w:val="25"/>
          <w:rtl/>
        </w:rPr>
        <w:t>) אֵהוּד (</w:t>
      </w:r>
      <w:r>
        <w:rPr>
          <w:rFonts w:ascii="Noto Sans" w:hAnsi="Noto Sans" w:cs="Noto Sans" w:eastAsia="Noto Sans"/>
          <w:sz w:val="25"/>
          <w:szCs w:val="25"/>
          <w:rtl/>
        </w:rPr>
        <w:t>2</w:t>
      </w:r>
      <w:r>
        <w:rPr>
          <w:rFonts w:ascii="Noto Sans Hebrew" w:hAnsi="Noto Sans Hebrew" w:cs="Noto Sans Hebrew" w:eastAsia="Noto Sans Hebrew"/>
          <w:sz w:val="25"/>
          <w:szCs w:val="25"/>
          <w:rtl/>
        </w:rPr>
        <w:t>) גִּדְעוֹן (</w:t>
      </w:r>
      <w:r>
        <w:rPr>
          <w:rFonts w:ascii="Noto Sans" w:hAnsi="Noto Sans" w:cs="Noto Sans" w:eastAsia="Noto Sans"/>
          <w:sz w:val="25"/>
          <w:szCs w:val="25"/>
          <w:rtl/>
        </w:rPr>
        <w:t>3</w:t>
      </w:r>
      <w:r>
        <w:rPr>
          <w:rFonts w:ascii="Noto Sans Hebrew" w:hAnsi="Noto Sans Hebrew" w:cs="Noto Sans Hebrew" w:eastAsia="Noto Sans Hebrew"/>
          <w:sz w:val="25"/>
          <w:szCs w:val="25"/>
          <w:rtl/>
        </w:rPr>
        <w:t>) שִׁמְשׁוֹן (</w:t>
      </w:r>
      <w:r>
        <w:rPr>
          <w:rFonts w:ascii="Noto Sans" w:hAnsi="Noto Sans" w:cs="Noto Sans" w:eastAsia="Noto Sans"/>
          <w:sz w:val="25"/>
          <w:szCs w:val="25"/>
          <w:rtl/>
        </w:rPr>
        <w:t>4</w:t>
      </w:r>
      <w:r>
        <w:rPr>
          <w:rFonts w:ascii="Noto Sans Hebrew" w:hAnsi="Noto Sans Hebrew" w:cs="Noto Sans Hebrew" w:eastAsia="Noto Sans Hebrew"/>
          <w:sz w:val="25"/>
          <w:szCs w:val="25"/>
          <w:rtl/>
        </w:rPr>
        <w:t>) עָתְנִיאֵל (</w:t>
      </w:r>
      <w:r>
        <w:rPr>
          <w:rFonts w:ascii="Noto Sans" w:hAnsi="Noto Sans" w:cs="Noto Sans" w:eastAsia="Noto Sans"/>
          <w:sz w:val="25"/>
          <w:szCs w:val="25"/>
          <w:rtl/>
        </w:rPr>
        <w:t>5</w:t>
      </w:r>
      <w:r>
        <w:rPr>
          <w:rFonts w:ascii="Noto Sans Hebrew" w:hAnsi="Noto Sans Hebrew" w:cs="Noto Sans Hebrew" w:eastAsia="Noto Sans Hebrew"/>
          <w:sz w:val="25"/>
          <w:szCs w:val="25"/>
          <w:rtl/>
        </w:rPr>
        <w:t>) בָּרָק.</w:t>
      </w:r>
    </w:p>
    <w:p>
      <w:pPr>
        <w:bidi/>
        <w:spacing w:before="0" w:after="40"/>
        <w:jc w:val="both"/>
      </w:pPr>
      <w:r>
        <w:rPr>
          <w:rFonts w:ascii="Noto Sans Hebrew" w:hAnsi="Noto Sans Hebrew" w:cs="Noto Sans Hebrew" w:eastAsia="Noto Sans Hebrew"/>
          <w:sz w:val="25"/>
          <w:szCs w:val="25"/>
          <w:rtl/>
        </w:rPr>
        <w:t xml:space="preserve">מְשִׂימָה </w:t>
      </w:r>
      <w:r>
        <w:rPr>
          <w:rFonts w:ascii="Noto Sans" w:hAnsi="Noto Sans" w:cs="Noto Sans" w:eastAsia="Noto Sans"/>
          <w:sz w:val="25"/>
          <w:szCs w:val="25"/>
          <w:rtl/>
        </w:rPr>
        <w:t>3</w:t>
      </w:r>
      <w:r>
        <w:rPr>
          <w:rFonts w:ascii="Noto Sans Hebrew" w:hAnsi="Noto Sans Hebrew" w:cs="Noto Sans Hebrew" w:eastAsia="Noto Sans Hebrew"/>
          <w:sz w:val="25"/>
          <w:szCs w:val="25"/>
          <w:rtl/>
        </w:rPr>
        <w:t>: חוֹטְאִים · אוֹיֵב וְשִׁעְבּוּד · צוֹעֲקִים וְחוֹזְרִים בִּתְשׁוּבָה · שׁוֹפֵט מוֹשִׁיעַ · שֶׁקֶט בָּאָרֶץ.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