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30" w:space="0" w:color="D4AC0D"/>
              <w:left w:val="double" w:sz="30" w:space="0" w:color="D4AC0D"/>
              <w:bottom w:val="double" w:sz="30" w:space="0" w:color="D4AC0D"/>
              <w:right w:val="double" w:sz="30" w:space="0" w:color="D4AC0D"/>
            </w:tcBorders>
            <w:shd w:val="clear" w:color="auto" w:fill="1F3A5F"/>
            <w:tcMar>
              <w:top w:w="170" w:type="dxa"/>
              <w:left w:w="226" w:type="dxa"/>
              <w:bottom w:w="170" w:type="dxa"/>
              <w:right w:w="226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88"/>
                <w:szCs w:val="88"/>
                <w:rtl/>
              </w:rPr>
              <w:t>סֵפֶר שׁוֹפְטִים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7DC6F"/>
                <w:sz w:val="44"/>
                <w:szCs w:val="44"/>
                <w:rtl/>
              </w:rPr>
              <w:t>חוֹבֶרֶת עֲבוֹדָה וּפְעִילוּת לְכִתָּה ב'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D4AC0D"/>
              <w:left w:val="single" w:sz="12" w:space="0" w:color="D4AC0D"/>
              <w:bottom w:val="single" w:sz="12" w:space="0" w:color="D4AC0D"/>
              <w:right w:val="single" w:sz="12" w:space="0" w:color="D4AC0D"/>
            </w:tcBorders>
            <w:shd w:val="clear" w:color="auto" w:fill="FFF3B0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8"/>
                <w:szCs w:val="38"/>
                <w:rtl/>
              </w:rPr>
              <w:t>הַגַּלְגַּל הַחוֹזֵר  ·  עָתְנִיאֵל  ·  אֵהוּד  ·  דְּבוֹרָה וּבָרָק  ·  גִּדְעוֹן  ·  שִׁמְשׁוֹן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03999" cy="4427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64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4427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68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39"/>
            <w:tcW w:w="3402" w:type="dxa"/>
            <w:tcBorders>
              <w:top w:val="single" w:sz="12" w:space="0" w:color="16A085"/>
              <w:left w:val="single" w:sz="12" w:space="0" w:color="16A085"/>
              <w:bottom w:val="single" w:sz="12" w:space="0" w:color="16A085"/>
              <w:right w:val="single" w:sz="12" w:space="0" w:color="16A085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48404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thniel_55_None_Fals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4840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>עָתְנִיאֵל</w:t>
            </w:r>
          </w:p>
        </w:tc>
        <w:tc>
          <w:tcPr>
            <w:tcW w:type="dxa" w:w="3439"/>
            <w:tcW w:w="3402" w:type="dxa"/>
            <w:tcBorders>
              <w:top w:val="single" w:sz="12" w:space="0" w:color="C0392B"/>
              <w:left w:val="single" w:sz="12" w:space="0" w:color="C0392B"/>
              <w:bottom w:val="single" w:sz="12" w:space="0" w:color="C0392B"/>
              <w:right w:val="single" w:sz="12" w:space="0" w:color="C0392B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48404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deon_55_None_Fals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4840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>גִּדְעוֹן</w:t>
            </w:r>
          </w:p>
        </w:tc>
        <w:tc>
          <w:tcPr>
            <w:tcW w:type="dxa" w:w="3439"/>
            <w:tcW w:w="3402" w:type="dxa"/>
            <w:tcBorders>
              <w:top w:val="single" w:sz="12" w:space="0" w:color="B7950B"/>
              <w:left w:val="single" w:sz="12" w:space="0" w:color="B7950B"/>
              <w:bottom w:val="single" w:sz="12" w:space="0" w:color="B7950B"/>
              <w:right w:val="single" w:sz="12" w:space="0" w:color="B7950B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48404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mson_55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4840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2"/>
                <w:szCs w:val="32"/>
                <w:rtl/>
              </w:rPr>
              <w:t>שִׁמְשׁוֹן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60"/>
          <w:szCs w:val="60"/>
          <w:rtl/>
        </w:rPr>
        <w:t>סֵפֶר שׁוֹפְטִים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לַפְּתִיחָה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וְכִי־הֵקִים ה' לָהֶם שֹׁפְטִים וְהָיָה ה' עִם־הַשֹּׁפֵט וְהוֹשִׁיעָם מִיַּד אֹיְבֵיהֶם…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(שׁוֹפְטִים ב, יח)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Noto Sans Hebrew" w:hAnsi="Noto Sans Hebrew" w:cs="Noto Sans Hebrew" w:eastAsia="Noto Sans Hebrew"/>
          <w:b/>
          <w:bCs/>
          <w:color w:val="1F3A5F"/>
          <w:sz w:val="38"/>
          <w:szCs w:val="38"/>
          <w:rtl/>
        </w:rPr>
        <w:t>הַשּׁוֹפְטִים שֶׁנִּלְמַד בַּחוֹבֶרֶת – לְפִי הַסֵּדֶר:</w:t>
      </w:r>
    </w:p>
    <w:tbl>
      <w:tblPr>
        <w:bidiVisual/>
        <w:tblW w:w="10319" w:type="dxa"/>
        <w:jc w:val="center"/>
        <w:tblCellSpacing w:w="4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63"/>
        <w:gridCol w:w="2063"/>
        <w:gridCol w:w="2063"/>
        <w:gridCol w:w="2063"/>
        <w:gridCol w:w="2063"/>
      </w:tblGrid>
      <w:tr>
        <w:trPr>
          <w:trHeight w:val="623" w:hRule="atLeast"/>
          <w:cantSplit/>
        </w:trPr>
        <w:tc>
          <w:tcPr>
            <w:tcW w:type="dxa" w:w="2064"/>
            <w:tcW w:w="2063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עָתְנִיאֵל</w:t>
            </w:r>
          </w:p>
        </w:tc>
        <w:tc>
          <w:tcPr>
            <w:tcW w:type="dxa" w:w="2064"/>
            <w:tcW w:w="2063" w:type="dxa"/>
            <w:tcBorders>
              <w:top w:val="single" w:sz="6" w:space="0" w:color="D35400"/>
              <w:left w:val="single" w:sz="6" w:space="0" w:color="D35400"/>
              <w:bottom w:val="single" w:sz="6" w:space="0" w:color="D35400"/>
              <w:right w:val="single" w:sz="6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אֵהוּד</w:t>
            </w:r>
          </w:p>
        </w:tc>
        <w:tc>
          <w:tcPr>
            <w:tcW w:type="dxa" w:w="2064"/>
            <w:tcW w:w="2063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דְּבוֹרָה וּבָרָק</w:t>
            </w:r>
          </w:p>
        </w:tc>
        <w:tc>
          <w:tcPr>
            <w:tcW w:type="dxa" w:w="2064"/>
            <w:tcW w:w="2063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גִּדְעוֹן</w:t>
            </w:r>
          </w:p>
        </w:tc>
        <w:tc>
          <w:tcPr>
            <w:tcW w:type="dxa" w:w="2064"/>
            <w:tcW w:w="2063" w:type="dxa"/>
            <w:tcBorders>
              <w:top w:val="single" w:sz="6" w:space="0" w:color="B7950B"/>
              <w:left w:val="single" w:sz="6" w:space="0" w:color="B7950B"/>
              <w:bottom w:val="single" w:sz="6" w:space="0" w:color="B7950B"/>
              <w:right w:val="single" w:sz="6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שִׁמְשׁוֹן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32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lgal_160_None_Fals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ans Hebrew" w:hAnsi="Noto Sans Hebrew" w:cs="Noto Sans Hebrew" w:eastAsia="Noto Sans Hebrew"/>
          <w:b/>
          <w:bCs/>
          <w:color w:val="555555"/>
          <w:sz w:val="36"/>
          <w:szCs w:val="36"/>
          <w:rtl/>
        </w:rPr>
        <w:t>הָעָם צוֹעֵק אֶל ה' וְחוֹזֵר בִּתְשׁוּבָה – וְה' שׁוֹמֵעַ.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120"/>
        <w:jc w:val="center"/>
      </w:pPr>
      <w:r>
        <w:rPr>
          <w:rFonts w:ascii="Noto Sans Hebrew" w:hAnsi="Noto Sans Hebrew" w:cs="Noto Sans Hebrew" w:eastAsia="Noto Sans Hebrew"/>
          <w:b/>
          <w:bCs/>
          <w:color w:val="1F3A5F"/>
          <w:sz w:val="60"/>
          <w:szCs w:val="60"/>
          <w:rtl/>
        </w:rPr>
        <w:t>תֹּכֶן הָעִנְיָנִים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481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מָבוֹא וּמִלִּים קָשׁוֹת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4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408" w:hRule="exact"/>
          <w:cantSplit/>
        </w:trPr>
        <w:tc>
          <w:tcPr>
            <w:tcW w:type="dxa" w:w="5159"/>
            <w:tcW w:w="8505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1F618D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הַגַּלְגַּל הַחוֹזֵר</w:t>
            </w:r>
          </w:p>
        </w:tc>
        <w:tc>
          <w:tcPr>
            <w:tcW w:type="dxa" w:w="5159"/>
            <w:tcW w:w="1814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5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40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tcMar>
              <w:top w:w="0" w:type="dxa"/>
              <w:left w:w="226" w:type="dxa"/>
              <w:bottom w:w="0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555555"/>
                <w:sz w:val="26"/>
                <w:szCs w:val="26"/>
                <w:rtl/>
              </w:rPr>
              <w:t>הַסִּפּוּר וְהַפָּסוּק  ·  מְבִינִים אֶת הַסִּפּוּר  ·  הַגַּלְגַּל וְהַפָּסוּק  ·  צוֹבְעִים, מְצַיְּרִים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–</w:t>
            </w: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8</w:t>
            </w:r>
          </w:p>
        </w:tc>
      </w:tr>
    </w:tbl>
    <w:p>
      <w:pPr>
        <w:bidi/>
        <w:spacing w:before="0" w:after="0" w:line="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408" w:hRule="exact"/>
          <w:cantSplit/>
        </w:trPr>
        <w:tc>
          <w:tcPr>
            <w:tcW w:type="dxa" w:w="5159"/>
            <w:tcW w:w="8505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16A085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עָתְנִיאֵל בֶּן קְנַז</w:t>
            </w:r>
          </w:p>
        </w:tc>
        <w:tc>
          <w:tcPr>
            <w:tcW w:type="dxa" w:w="5159"/>
            <w:tcW w:w="1814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9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40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tcMar>
              <w:top w:w="0" w:type="dxa"/>
              <w:left w:w="226" w:type="dxa"/>
              <w:bottom w:w="0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555555"/>
                <w:sz w:val="26"/>
                <w:szCs w:val="26"/>
                <w:rtl/>
              </w:rPr>
              <w:t>הַסִּפּוּר וְהַפָּסוּק  ·  מְבִינִים אֶת הַסִּפּוּר  ·  הַגַּלְגַּל וְהַפָּסוּק  ·  צוֹבְעִים, מְצַיְּרִים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–</w:t>
            </w: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12</w:t>
            </w:r>
          </w:p>
        </w:tc>
      </w:tr>
    </w:tbl>
    <w:p>
      <w:pPr>
        <w:bidi/>
        <w:spacing w:before="0" w:after="0" w:line="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408" w:hRule="exact"/>
          <w:cantSplit/>
        </w:trPr>
        <w:tc>
          <w:tcPr>
            <w:tcW w:type="dxa" w:w="5159"/>
            <w:tcW w:w="8505" w:type="dxa"/>
            <w:tcBorders>
              <w:top w:val="single" w:sz="6" w:space="0" w:color="D35400"/>
              <w:left w:val="single" w:sz="6" w:space="0" w:color="D35400"/>
              <w:bottom w:val="single" w:sz="6" w:space="0" w:color="D35400"/>
              <w:right w:val="single" w:sz="6" w:space="0" w:color="D35400"/>
            </w:tcBorders>
            <w:shd w:val="clear" w:color="auto" w:fill="D3540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אֵהוּד בֶּן גֵּרָא</w:t>
            </w:r>
          </w:p>
        </w:tc>
        <w:tc>
          <w:tcPr>
            <w:tcW w:type="dxa" w:w="5159"/>
            <w:tcW w:w="1814" w:type="dxa"/>
            <w:tcBorders>
              <w:top w:val="single" w:sz="6" w:space="0" w:color="D35400"/>
              <w:left w:val="single" w:sz="6" w:space="0" w:color="D35400"/>
              <w:bottom w:val="single" w:sz="6" w:space="0" w:color="D35400"/>
              <w:right w:val="single" w:sz="6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13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40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tcMar>
              <w:top w:w="0" w:type="dxa"/>
              <w:left w:w="226" w:type="dxa"/>
              <w:bottom w:w="0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555555"/>
                <w:sz w:val="26"/>
                <w:szCs w:val="26"/>
                <w:rtl/>
              </w:rPr>
              <w:t>הַסִּפּוּר וְהַפָּסוּק  ·  מְבִינִים אֶת הַסִּפּוּר  ·  הַגַּלְגַּל וְהַפָּסוּק  ·  צוֹבְעִים, מְצַיְּרִים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13</w:t>
            </w: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–</w:t>
            </w: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16</w:t>
            </w:r>
          </w:p>
        </w:tc>
      </w:tr>
    </w:tbl>
    <w:p>
      <w:pPr>
        <w:bidi/>
        <w:spacing w:before="0" w:after="0" w:line="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408" w:hRule="exact"/>
          <w:cantSplit/>
        </w:trPr>
        <w:tc>
          <w:tcPr>
            <w:tcW w:type="dxa" w:w="5159"/>
            <w:tcW w:w="8505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8E44AD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דְּבוֹרָה וּבָרָק</w:t>
            </w:r>
          </w:p>
        </w:tc>
        <w:tc>
          <w:tcPr>
            <w:tcW w:type="dxa" w:w="5159"/>
            <w:tcW w:w="1814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17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40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tcMar>
              <w:top w:w="0" w:type="dxa"/>
              <w:left w:w="226" w:type="dxa"/>
              <w:bottom w:w="0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555555"/>
                <w:sz w:val="26"/>
                <w:szCs w:val="26"/>
                <w:rtl/>
              </w:rPr>
              <w:t>הַסִּפּוּר וְהַפָּסוּק  ·  מְבִינִים אֶת הַסִּפּוּר  ·  הַגַּלְגַּל וְהַפָּסוּק  ·  צוֹבְעִים, מְצַיְּרִים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17</w:t>
            </w: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–</w:t>
            </w: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20</w:t>
            </w:r>
          </w:p>
        </w:tc>
      </w:tr>
    </w:tbl>
    <w:p>
      <w:pPr>
        <w:bidi/>
        <w:spacing w:before="0" w:after="0" w:line="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408" w:hRule="exact"/>
          <w:cantSplit/>
        </w:trPr>
        <w:tc>
          <w:tcPr>
            <w:tcW w:type="dxa" w:w="5159"/>
            <w:tcW w:w="8505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C0392B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גִּדְעוֹן</w:t>
            </w:r>
          </w:p>
        </w:tc>
        <w:tc>
          <w:tcPr>
            <w:tcW w:type="dxa" w:w="5159"/>
            <w:tcW w:w="1814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21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40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tcMar>
              <w:top w:w="0" w:type="dxa"/>
              <w:left w:w="226" w:type="dxa"/>
              <w:bottom w:w="0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555555"/>
                <w:sz w:val="26"/>
                <w:szCs w:val="26"/>
                <w:rtl/>
              </w:rPr>
              <w:t>הַסִּפּוּר וְהַפָּסוּק  ·  מְבִינִים אֶת הַסִּפּוּר  ·  הַגַּלְגַּל וְהַפָּסוּק  ·  צוֹבְעִים, מְצַיְּרִים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–</w:t>
            </w: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24</w:t>
            </w:r>
          </w:p>
        </w:tc>
      </w:tr>
    </w:tbl>
    <w:p>
      <w:pPr>
        <w:bidi/>
        <w:spacing w:before="0" w:after="0" w:line="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408" w:hRule="exact"/>
          <w:cantSplit/>
        </w:trPr>
        <w:tc>
          <w:tcPr>
            <w:tcW w:type="dxa" w:w="5159"/>
            <w:tcW w:w="8505" w:type="dxa"/>
            <w:tcBorders>
              <w:top w:val="single" w:sz="6" w:space="0" w:color="B7950B"/>
              <w:left w:val="single" w:sz="6" w:space="0" w:color="B7950B"/>
              <w:bottom w:val="single" w:sz="6" w:space="0" w:color="B7950B"/>
              <w:right w:val="single" w:sz="6" w:space="0" w:color="B7950B"/>
            </w:tcBorders>
            <w:shd w:val="clear" w:color="auto" w:fill="B7950B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: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שִׁמְשׁוֹן</w:t>
            </w:r>
          </w:p>
        </w:tc>
        <w:tc>
          <w:tcPr>
            <w:tcW w:type="dxa" w:w="5159"/>
            <w:tcW w:w="1814" w:type="dxa"/>
            <w:tcBorders>
              <w:top w:val="single" w:sz="6" w:space="0" w:color="B7950B"/>
              <w:left w:val="single" w:sz="6" w:space="0" w:color="B7950B"/>
              <w:bottom w:val="single" w:sz="6" w:space="0" w:color="B7950B"/>
              <w:right w:val="single" w:sz="6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25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40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tcMar>
              <w:top w:w="0" w:type="dxa"/>
              <w:left w:w="226" w:type="dxa"/>
              <w:bottom w:w="0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555555"/>
                <w:sz w:val="26"/>
                <w:szCs w:val="26"/>
                <w:rtl/>
              </w:rPr>
              <w:t>הַסִּפּוּר וְהַפָּסוּק  ·  מְבִינִים אֶת הַסִּפּוּר  ·  הַגַּלְגַּל וְהַפָּסוּק  ·  צוֹבְעִים, מְצַיְּרִים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–</w:t>
            </w:r>
            <w:r>
              <w:rPr>
                <w:rFonts w:ascii="Noto Sans" w:hAnsi="Noto Sans" w:cs="Noto Sans" w:eastAsia="Noto Sans"/>
                <w:color w:val="555555"/>
                <w:sz w:val="28"/>
                <w:szCs w:val="28"/>
                <w:rtl/>
              </w:rPr>
              <w:t>28</w:t>
            </w:r>
          </w:p>
        </w:tc>
      </w:tr>
    </w:tbl>
    <w:p>
      <w:pPr>
        <w:bidi/>
        <w:spacing w:before="0" w:after="0" w:line="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453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חֲזָרָה: חֲמֵשֶׁת הַשּׁוֹפְטִים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29</w:t>
            </w:r>
          </w:p>
        </w:tc>
      </w:tr>
      <w:tr>
        <w:trPr>
          <w:trHeight w:val="453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תְּעוּדַת סִיּוּם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30</w:t>
            </w:r>
          </w:p>
        </w:tc>
      </w:tr>
      <w:tr>
        <w:trPr>
          <w:trHeight w:val="453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✂ דַּף גְּזִירָה – לְעַמּוּדִים 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 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11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31</w:t>
            </w:r>
          </w:p>
        </w:tc>
      </w:tr>
      <w:tr>
        <w:trPr>
          <w:trHeight w:val="453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✂ דַּף גְּזִירָה – לְעַמּוּדִים 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 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19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32</w:t>
            </w:r>
          </w:p>
        </w:tc>
      </w:tr>
      <w:tr>
        <w:trPr>
          <w:trHeight w:val="453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✂ דַּף גְּזִירָה – לְעַמּוּדִים 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23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 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27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33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b/>
          <w:bCs/>
          <w:color w:val="1F3A5F"/>
          <w:sz w:val="56"/>
          <w:szCs w:val="56"/>
          <w:rtl/>
        </w:rPr>
        <w:t>מָבוֹא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5D6D7E"/>
              <w:left w:val="single" w:sz="12" w:space="0" w:color="5D6D7E"/>
              <w:bottom w:val="single" w:sz="12" w:space="0" w:color="5D6D7E"/>
              <w:right w:val="single" w:sz="12" w:space="0" w:color="5D6D7E"/>
            </w:tcBorders>
            <w:shd w:val="clear" w:color="auto" w:fill="F4F6F7"/>
            <w:tcMar>
              <w:top w:w="113" w:type="dxa"/>
              <w:left w:w="198" w:type="dxa"/>
              <w:bottom w:w="113" w:type="dxa"/>
              <w:right w:w="198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40"/>
                <w:szCs w:val="40"/>
                <w:rtl/>
              </w:rPr>
              <w:t>לַמּוֹרִים וְלַהוֹרִים</w:t>
            </w:r>
          </w:p>
          <w:p>
            <w:pPr>
              <w:bidi/>
              <w:spacing w:before="0" w:after="4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חוֹבֶרֶת זוֹ מְלַוָּה אֶת לִמּוּד סֵפֶר שׁוֹפְטִים בְּכִתָּה ב'. בְּמֶרְכַּז הַחוֹבֶרֶת עוֹמֵד "הַגַּלְגַּל הַחוֹזֵר": הָעָם חוֹטֵא, ה' שׁוֹלֵחַ אוֹיֵב, הָעָם צוֹעֵק וְחוֹזֵר בִּתְשׁוּבָה, ה' שׁוֹלֵחַ שׁוֹפֵט מוֹשִׁיעַ, וְיֵשׁ שֶׁקֶט – עַד שֶׁהַגַּלְגַּל מַתְחִיל שׁוּב.</w:t>
            </w:r>
          </w:p>
          <w:p>
            <w:pPr>
              <w:bidi/>
              <w:spacing w:before="0" w:after="4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אַחֲרֵי יְחִידַת הַגַּלְגַּל לוֹמְדִים עַל חֲמִשָּׁה שׁוֹפְטִים: עָתְנִיאֵל, אֵהוּד, דְּבוֹרָה וּבָרָק, גִּדְעוֹן וְשִׁמְשׁוֹן. בְּכָל סִפּוּר מְזַהִים אֶת שְׁלַבֵּי הַגַּלְגַּל.</w:t>
            </w:r>
          </w:p>
          <w:p>
            <w:pPr>
              <w:bidi/>
              <w:spacing w:before="0" w:after="4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אֶת הַסִּפּוּרִים כָּתַבְנוּ בְּמִלִּים פְּשׁוּטוֹת, וְהַפְּסוּקִים מוּבָאִים מִן הַתַּנַ"ךְ כִּלְשׁוֹנָם. כָּל הַחוֹבֶרֶת מְנֻקֶּדֶת.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2"/>
                <w:szCs w:val="42"/>
                <w:rtl/>
              </w:rPr>
              <w:t>מִלִּים קָשׁוֹת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94"/>
              <w:gridCol w:w="7257"/>
            </w:tblGrid>
            <w:tr>
              <w:trPr>
                <w:trHeight w:val="442" w:hRule="atLeast"/>
                <w:cantSplit/>
              </w:trPr>
              <w:tc>
                <w:tcPr>
                  <w:tcW w:type="dxa" w:w="5159"/>
                  <w:tcW w:w="2494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DEBD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34"/>
                      <w:szCs w:val="34"/>
                      <w:rtl/>
                    </w:rPr>
                    <w:t>שׁוֹפֵט</w:t>
                  </w:r>
                </w:p>
              </w:tc>
              <w:tc>
                <w:tcPr>
                  <w:tcW w:type="dxa" w:w="5159"/>
                  <w:tcW w:w="7257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מַנְהִיג שֶׁה' שׁוֹלֵחַ לְהוֹשִׁיעַ אֶת הָעָם</w:t>
                  </w:r>
                </w:p>
              </w:tc>
            </w:tr>
            <w:tr>
              <w:trPr>
                <w:trHeight w:val="442" w:hRule="atLeast"/>
                <w:cantSplit/>
              </w:trPr>
              <w:tc>
                <w:tcPr>
                  <w:tcW w:type="dxa" w:w="5159"/>
                  <w:tcW w:w="2494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DEBD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34"/>
                      <w:szCs w:val="34"/>
                      <w:rtl/>
                    </w:rPr>
                    <w:t>מוֹשִׁיעַ</w:t>
                  </w:r>
                </w:p>
              </w:tc>
              <w:tc>
                <w:tcPr>
                  <w:tcW w:type="dxa" w:w="5159"/>
                  <w:tcW w:w="7257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מִי שֶׁמַּצִּיל מִצָּרָה</w:t>
                  </w:r>
                </w:p>
              </w:tc>
            </w:tr>
            <w:tr>
              <w:trPr>
                <w:trHeight w:val="442" w:hRule="atLeast"/>
                <w:cantSplit/>
              </w:trPr>
              <w:tc>
                <w:tcPr>
                  <w:tcW w:type="dxa" w:w="5159"/>
                  <w:tcW w:w="2494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DEBD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34"/>
                      <w:szCs w:val="34"/>
                      <w:rtl/>
                    </w:rPr>
                    <w:t>חֵטְא</w:t>
                  </w:r>
                </w:p>
              </w:tc>
              <w:tc>
                <w:tcPr>
                  <w:tcW w:type="dxa" w:w="5159"/>
                  <w:tcW w:w="7257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מַעֲשֶׂה שֶׁה' לֹא רוֹצֶה</w:t>
                  </w:r>
                </w:p>
              </w:tc>
            </w:tr>
            <w:tr>
              <w:trPr>
                <w:trHeight w:val="442" w:hRule="atLeast"/>
                <w:cantSplit/>
              </w:trPr>
              <w:tc>
                <w:tcPr>
                  <w:tcW w:type="dxa" w:w="5159"/>
                  <w:tcW w:w="2494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DEBD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34"/>
                      <w:szCs w:val="34"/>
                      <w:rtl/>
                    </w:rPr>
                    <w:t>עֲבוֹדָה זָרָה</w:t>
                  </w:r>
                </w:p>
              </w:tc>
              <w:tc>
                <w:tcPr>
                  <w:tcW w:type="dxa" w:w="5159"/>
                  <w:tcW w:w="7257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עֲבוֹדַת פְּסִילִים וְאֵלִים שֶׁל עַמִּים אֲחֵרִים</w:t>
                  </w:r>
                </w:p>
              </w:tc>
            </w:tr>
            <w:tr>
              <w:trPr>
                <w:trHeight w:val="442" w:hRule="atLeast"/>
                <w:cantSplit/>
              </w:trPr>
              <w:tc>
                <w:tcPr>
                  <w:tcW w:type="dxa" w:w="5159"/>
                  <w:tcW w:w="2494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DEBD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34"/>
                      <w:szCs w:val="34"/>
                      <w:rtl/>
                    </w:rPr>
                    <w:t>שִׁעְבּוּד</w:t>
                  </w:r>
                </w:p>
              </w:tc>
              <w:tc>
                <w:tcPr>
                  <w:tcW w:type="dxa" w:w="5159"/>
                  <w:tcW w:w="7257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כְּשֶׁאוֹיֵב שׁוֹלֵט בָּעָם וּמֵצִיק לוֹ</w:t>
                  </w:r>
                </w:p>
              </w:tc>
            </w:tr>
            <w:tr>
              <w:trPr>
                <w:trHeight w:val="442" w:hRule="atLeast"/>
                <w:cantSplit/>
              </w:trPr>
              <w:tc>
                <w:tcPr>
                  <w:tcW w:type="dxa" w:w="5159"/>
                  <w:tcW w:w="2494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DEBD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34"/>
                      <w:szCs w:val="34"/>
                      <w:rtl/>
                    </w:rPr>
                    <w:t>זָעֲקוּ / צָעֲקוּ</w:t>
                  </w:r>
                </w:p>
              </w:tc>
              <w:tc>
                <w:tcPr>
                  <w:tcW w:type="dxa" w:w="5159"/>
                  <w:tcW w:w="7257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קָרְאוּ בְּקוֹל רָם לְעֶזְרָה</w:t>
                  </w:r>
                </w:p>
              </w:tc>
            </w:tr>
            <w:tr>
              <w:trPr>
                <w:trHeight w:val="442" w:hRule="atLeast"/>
                <w:cantSplit/>
              </w:trPr>
              <w:tc>
                <w:tcPr>
                  <w:tcW w:type="dxa" w:w="5159"/>
                  <w:tcW w:w="2494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DEBD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34"/>
                      <w:szCs w:val="34"/>
                      <w:rtl/>
                    </w:rPr>
                    <w:t>תְּשׁוּבָה</w:t>
                  </w:r>
                </w:p>
              </w:tc>
              <w:tc>
                <w:tcPr>
                  <w:tcW w:type="dxa" w:w="5159"/>
                  <w:tcW w:w="7257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מִתְחָרְטִים וְחוֹזְרִים לַעֲשׂוֹת טוֹב</w:t>
                  </w:r>
                </w:p>
              </w:tc>
            </w:tr>
            <w:tr>
              <w:trPr>
                <w:trHeight w:val="442" w:hRule="atLeast"/>
                <w:cantSplit/>
              </w:trPr>
              <w:tc>
                <w:tcPr>
                  <w:tcW w:type="dxa" w:w="5159"/>
                  <w:tcW w:w="2494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DEBD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34"/>
                      <w:szCs w:val="34"/>
                      <w:rtl/>
                    </w:rPr>
                    <w:t>וַתִּשְׁקֹט הָאָרֶץ</w:t>
                  </w:r>
                </w:p>
              </w:tc>
              <w:tc>
                <w:tcPr>
                  <w:tcW w:type="dxa" w:w="5159"/>
                  <w:tcW w:w="7257" w:type="dxa"/>
                  <w:tcBorders>
                    <w:top w:val="single" w:sz="6" w:space="0" w:color="E59866"/>
                    <w:left w:val="single" w:sz="6" w:space="0" w:color="E59866"/>
                    <w:bottom w:val="single" w:sz="6" w:space="0" w:color="E59866"/>
                    <w:right w:val="single" w:sz="6" w:space="0" w:color="E59866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הָיָה שֶׁקֶט וְשָׁלוֹם בָּאָרֶץ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Noto Sans Hebrew" w:hAnsi="Noto Sans Hebrew" w:cs="Noto Sans Hebrew" w:eastAsia="Noto Sans Hebrew"/>
          <w:b/>
          <w:bCs/>
          <w:color w:val="1F3A5F"/>
          <w:sz w:val="40"/>
          <w:szCs w:val="40"/>
          <w:rtl/>
        </w:rPr>
        <w:t>אֵיךְ עוֹבְדִים בַּחוֹבֶרֶת?</w:t>
      </w:r>
    </w:p>
    <w:p>
      <w:pPr>
        <w:bidi/>
        <w:spacing w:before="0" w:after="80" w:line="252" w:lineRule="auto"/>
        <w:jc w:val="both"/>
      </w:pPr>
      <w:r>
        <w:rPr>
          <w:rFonts w:ascii="Noto Sans Hebrew" w:hAnsi="Noto Sans Hebrew" w:cs="Noto Sans Hebrew" w:eastAsia="Noto Sans Hebrew"/>
          <w:sz w:val="30"/>
          <w:szCs w:val="30"/>
          <w:rtl/>
        </w:rPr>
        <w:t>כָּל יְחִידָה מַתְחִילָה בְּעַמּוּד חָדָשׁ, וְיֵשׁ בָּהּ אַרְבָּעָה עַמּוּדִים וּשְׁתֵּים עֶשְׂרֵה מְשִׂימוֹת: סִפּוּר וּפָסוּק, הֲבָנָה, הַגַּלְגַּל שֶׁל הַשּׁוֹפֵט (גּוֹזְרִים וּמַדְבִּיקִים), וְעַמּוּד צְבִיעָה, צִיּוּר וּמַחְשָׁבָה.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36"/>
                <w:szCs w:val="36"/>
                <w:rtl/>
              </w:rPr>
              <w:t>דַּפֵּי הַגְּזִירָה</w:t>
            </w:r>
          </w:p>
          <w:p>
            <w:pPr>
              <w:bidi/>
              <w:spacing w:before="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דַּפֵּי הַגְּזִירָה נִמְצָאִים בְּסוֹף הַחוֹבֶרֶת, בְּעַמּוּדִים </w:t>
            </w: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31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–</w:t>
            </w:r>
            <w:r>
              <w:rPr>
                <w:rFonts w:ascii="Noto Sans" w:hAnsi="Noto Sans" w:cs="Noto Sans" w:eastAsia="Noto Sans"/>
                <w:sz w:val="30"/>
                <w:szCs w:val="30"/>
                <w:rtl/>
              </w:rPr>
              <w:t>33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. מַדְפִּיסִים אוֹתָם בְּצַד אֶחָד שֶׁל הַדַּף. בְּכָל עַמּוּד שֶׁמַּדְבִּיקִים בּוֹ כָּתוּב "גּוֹזְרִים מֵעַמּוּד".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27AE60"/>
              <w:left w:val="single" w:sz="12" w:space="0" w:color="27AE60"/>
              <w:bottom w:val="single" w:sz="12" w:space="0" w:color="27AE60"/>
              <w:right w:val="single" w:sz="12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לַמּוֹרֶה: הַמַּחְוָן נִמְצָא בְּקֹבֶץ נִפְרָד – "מַחְוָן – שׁוֹפְטִים כִּתָּה ב'".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0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הַגַּלְגַּל הַחוֹזֵר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85" w:type="dxa"/>
              <w:left w:w="170" w:type="dxa"/>
              <w:bottom w:w="85" w:type="dxa"/>
              <w:right w:w="170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אַחֲרֵי שֶׁיְּהוֹשׁוּעַ מֵת, לֹא הָיָה לְעַם יִשְׂרָאֵל מֶלֶךְ.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בְּכָל פַּעַם שֶׁהָיְתָה צָרָה, ה' שָׁלַח לָהֶם שׁוֹפֵט – מַנְהִיג שֶׁהוֹשִׁיעַ אוֹתָם.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בְּסֵפֶר שׁוֹפְטִים אוֹתוֹ סִפּוּר חוֹזֵר שׁוּב וָשׁוּב, כְּמוֹ גַּלְגַּל שֶׁמִּסְתּוֹבֵב: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הָעָם חוֹטֵא ← בָּא אוֹיֵב ← הָעָם צוֹעֵק וְחוֹזֵר בִּתְשׁוּבָה ← ה' שׁוֹלֵחַ שׁוֹפֵט ← יֵשׁ שֶׁקֶט. וְאָז... הַגַּלְגַּל מַתְחִיל מֵחָדָשׁ!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56000" cy="460672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eel_color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46067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קוֹרְאִים 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בְּעִגּוּל אֶת הַמִּלָּה הָרַע, וּמִתְחוּ קַו מִתַּחַת לַמִּלָּה הַבְּעָלִים.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9"/>
                <w:szCs w:val="39"/>
                <w:rtl/>
              </w:rPr>
              <w:t>וַיַּעֲשׂוּ בְנֵי־יִשְׂרָאֵל אֶת־הָרַע בְּעֵינֵי ה' וַיַּעַבְדוּ אֶת־הַבְּעָלִים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ב, יא)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הַגַּלְגַּל הַחוֹזֵר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קוֹדֵם לְמָה?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בַּמִּשְׁבֶּצֶת מִסְפָּר מִ-</w:t>
            </w:r>
            <w:r>
              <w:rPr>
                <w:rFonts w:ascii="Noto Sans" w:hAnsi="Noto Sans" w:cs="Noto Sans" w:eastAsia="Noto Sans"/>
                <w:color w:val="444444"/>
                <w:sz w:val="34"/>
                <w:szCs w:val="3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עַד </w:t>
            </w:r>
            <w:r>
              <w:rPr>
                <w:rFonts w:ascii="Noto Sans" w:hAnsi="Noto Sans" w:cs="Noto Sans" w:eastAsia="Noto Sans"/>
                <w:color w:val="444444"/>
                <w:sz w:val="34"/>
                <w:szCs w:val="34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לְפִי סֵדֶר הַגַּלְגַּל.</w:t>
            </w:r>
          </w:p>
          <w:tbl>
            <w:tblPr>
              <w:bidiVisual/>
              <w:tblW w:w="9639" w:type="dxa"/>
              <w:jc w:val="center"/>
              <w:tblCellSpacing w:w="34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07"/>
              <w:gridCol w:w="8731"/>
            </w:tblGrid>
            <w:tr>
              <w:trPr>
                <w:trHeight w:val="538" w:hRule="atLeast"/>
                <w:cantSplit/>
              </w:trPr>
              <w:tc>
                <w:tcPr>
                  <w:tcW w:type="dxa" w:w="5159"/>
                  <w:tcW w:w="907" w:type="dxa"/>
                  <w:tcBorders>
                    <w:top w:val="single" w:sz="12" w:space="0" w:color="1F618D"/>
                    <w:left w:val="single" w:sz="12" w:space="0" w:color="1F618D"/>
                    <w:bottom w:val="single" w:sz="12" w:space="0" w:color="1F618D"/>
                    <w:right w:val="single" w:sz="12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73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ה' שׁוֹלֵחַ שׁוֹפֵט, וְהַשּׁוֹפֵט מוֹשִׁיעַ אֶת הָעָם.</w:t>
                  </w:r>
                </w:p>
              </w:tc>
            </w:tr>
            <w:tr>
              <w:trPr>
                <w:trHeight w:val="538" w:hRule="atLeast"/>
                <w:cantSplit/>
              </w:trPr>
              <w:tc>
                <w:tcPr>
                  <w:tcW w:type="dxa" w:w="5159"/>
                  <w:tcW w:w="907" w:type="dxa"/>
                  <w:tcBorders>
                    <w:top w:val="single" w:sz="12" w:space="0" w:color="1F618D"/>
                    <w:left w:val="single" w:sz="12" w:space="0" w:color="1F618D"/>
                    <w:bottom w:val="single" w:sz="12" w:space="0" w:color="1F618D"/>
                    <w:right w:val="single" w:sz="12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73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בְּנֵי יִשְׂרָאֵל חוֹטְאִים וְעוֹבְדִים עֲבוֹדָה זָרָה.</w:t>
                  </w:r>
                </w:p>
              </w:tc>
            </w:tr>
            <w:tr>
              <w:trPr>
                <w:trHeight w:val="538" w:hRule="atLeast"/>
                <w:cantSplit/>
              </w:trPr>
              <w:tc>
                <w:tcPr>
                  <w:tcW w:type="dxa" w:w="5159"/>
                  <w:tcW w:w="907" w:type="dxa"/>
                  <w:tcBorders>
                    <w:top w:val="single" w:sz="12" w:space="0" w:color="1F618D"/>
                    <w:left w:val="single" w:sz="12" w:space="0" w:color="1F618D"/>
                    <w:bottom w:val="single" w:sz="12" w:space="0" w:color="1F618D"/>
                    <w:right w:val="single" w:sz="12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73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יֵשׁ שֶׁקֶט בָּאָרֶץ שָׁנִים רַבּוֹת.</w:t>
                  </w:r>
                </w:p>
              </w:tc>
            </w:tr>
            <w:tr>
              <w:trPr>
                <w:trHeight w:val="538" w:hRule="atLeast"/>
                <w:cantSplit/>
              </w:trPr>
              <w:tc>
                <w:tcPr>
                  <w:tcW w:type="dxa" w:w="5159"/>
                  <w:tcW w:w="907" w:type="dxa"/>
                  <w:tcBorders>
                    <w:top w:val="single" w:sz="12" w:space="0" w:color="1F618D"/>
                    <w:left w:val="single" w:sz="12" w:space="0" w:color="1F618D"/>
                    <w:bottom w:val="single" w:sz="12" w:space="0" w:color="1F618D"/>
                    <w:right w:val="single" w:sz="12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73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הָעָם צוֹעֵק אֶל ה' וְחוֹזֵר בִּתְשׁוּבָה.</w:t>
                  </w:r>
                </w:p>
              </w:tc>
            </w:tr>
            <w:tr>
              <w:trPr>
                <w:trHeight w:val="538" w:hRule="atLeast"/>
                <w:cantSplit/>
              </w:trPr>
              <w:tc>
                <w:tcPr>
                  <w:tcW w:type="dxa" w:w="5159"/>
                  <w:tcW w:w="907" w:type="dxa"/>
                  <w:tcBorders>
                    <w:top w:val="single" w:sz="12" w:space="0" w:color="1F618D"/>
                    <w:left w:val="single" w:sz="12" w:space="0" w:color="1F618D"/>
                    <w:bottom w:val="single" w:sz="12" w:space="0" w:color="1F618D"/>
                    <w:right w:val="single" w:sz="12" w:space="0" w:color="1F618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73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ה' שׁוֹלֵחַ אוֹיֵב שֶׁמֵּצִיק לָעָם.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608"/>
              <w:gridCol w:w="567"/>
              <w:gridCol w:w="1247"/>
              <w:gridCol w:w="567"/>
              <w:gridCol w:w="5103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חֵטְא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מִתְחָרְטִים וְחוֹזְרִים לַה'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שִׁעְבּוּד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עוֹשִׂים מָה שֶׁה' לֹא רוֹצֶה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תְּשׁוּבָה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מַנְהִיג שֶׁמּוֹשִׁיעַ אֶת הָעָם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שׁוֹפֵט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אוֹיֵב שׁוֹלֵט בָּעָם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בִּימֵי הַשּׁוֹפְטִים הָיָה לְעַם יִשְׂרָאֵל מֶלֶךְ.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כַּאֲשֶׁר הָעָם חוֹטֵא, בָּא אוֹיֵב.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אַחֲרֵי שֶׁהָעָם צוֹעֵק אֶל ה', ה' שׁוֹלֵחַ שׁוֹפֵט.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הַגַּלְגַּל קָרָה רַק פַּעַם אַחַת.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הַגַּלְגַּל הַחוֹזֵר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הַגַּלְגַּל וְהַפָּסוּק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מַדְבִּיקִים אֶת הַגַּלְגַּל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גִּזְרוּ אֶת חֲמֵשׁ הַכַּרְטִיסִיּוֹת, וְהַדְבִּיקוּ כָּל אַחַת בַּמָּקוֹם שֶׁלָּהּ בַּגַּלְגַּל.   </w:t>
            </w:r>
            <w:r>
              <w:rPr>
                <w:rFonts w:ascii="DejaVu Sans" w:hAnsi="DejaVu Sans" w:cs="DejaVu Sans" w:eastAsia="DejaVu Sans"/>
                <w:b/>
                <w:bCs/>
                <w:color w:val="A04000"/>
                <w:sz w:val="32"/>
                <w:szCs w:val="32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32"/>
                <w:szCs w:val="32"/>
                <w:shd w:val="clear" w:color="auto" w:fill="FFF3E0"/>
                <w:rtl/>
              </w:rPr>
              <w:t xml:space="preserve">גּוֹזְרִים מֵעַמּוּד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2"/>
                <w:szCs w:val="32"/>
                <w:shd w:val="clear" w:color="auto" w:fill="FFF3E0"/>
                <w:rtl/>
              </w:rPr>
              <w:t>31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16000" cy="3344612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heel_blan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000" cy="33446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מָה עוֹשֶׂה הַשּׁוֹפֵט?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מוֹשִׁיעַ אֶת הָעָם מִן הָאוֹיֵב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בּוֹנֶה אֶת בֵּית הַמִּקְדָּשׁ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שׁוֹלֵט כְּמוֹ מֶלֶךְ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מָה צָרִיךְ הָעָם לַעֲשׂוֹת כְּדֵי שֶׁה' יִשְׁלַח שׁוֹפֵט?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לִבְרֹחַ מִן הָאָרֶץ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לִצְעֹק אֶל ה' וְלַחֲזֹר בִּתְשׁוּבָה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לִשְׁכֹּחַ אֶת ה'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הַמִּלִּים. מִלָּה אַחַת מְיֻתֶּרֶת.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וַיּוֹשִׁיעוּם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מְלָכִים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שֹׁפְטִים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88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וַיָּקֶם ה' _________ _________ מִיַּד שֹׁסֵיהֶם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ב, טז)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הַגַּלְגַּל הַחוֹזֵר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צוֹבְעִים, מְצַיְּרִים וְחוֹשְׁבִים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216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16" w:space="0" w:color="1F618D"/>
              <w:left w:val="single" w:sz="16" w:space="0" w:color="1F618D"/>
              <w:bottom w:val="single" w:sz="16" w:space="0" w:color="1F618D"/>
              <w:right w:val="single" w:sz="16" w:space="0" w:color="1F618D"/>
            </w:tcBorders>
            <w:shd w:val="clear" w:color="auto" w:fill="E8F0F7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1F618D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צוֹבְעִים אֶת הַגַּלְגַּל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27"/>
                <w:szCs w:val="27"/>
                <w:rtl/>
              </w:rPr>
              <w:t>צִבְעוּ: חוֹטְאִים – אָפֹר, אוֹיֵב – אָדֹם, תְּשׁוּבָה – כָּחֹל, שׁוֹפֵט – יָרֹק, שֶׁקֶט – צָהֹב.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64000" cy="2334918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heel_outlin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23349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216" w:type="dxa"/>
            <w:tcBorders>
              <w:top w:val="single" w:sz="16" w:space="0" w:color="1F618D"/>
              <w:left w:val="single" w:sz="16" w:space="0" w:color="1F618D"/>
              <w:bottom w:val="single" w:sz="16" w:space="0" w:color="1F618D"/>
              <w:right w:val="single" w:sz="16" w:space="0" w:color="1F618D"/>
            </w:tcBorders>
            <w:shd w:val="clear" w:color="auto" w:fill="E8F0F7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1F618D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מְצַיְּרִים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>צַיְּרוּ אֶת אֶרֶץ יִשְׂרָאֵל בִּזְמַן שֶׁל שֶׁקֶט וְשָׁלוֹם.</w:t>
            </w:r>
          </w:p>
          <w:tbl>
            <w:tblPr>
              <w:bidiVisual/>
              <w:tblW w:w="487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</w:tblGrid>
            <w:tr>
              <w:trPr>
                <w:trHeight w:val="3288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סַדְּרוּ אֶת הָאוֹתִיּוֹת לְמִלָּה, וְכִתְבוּ אוֹתָהּ עַל הַקַּו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רֶמֶז: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מַנְהִיג שֶׁה' שׁוֹלֵחַ לְהוֹשִׁיעַ אֶת הָעָם</w:t>
            </w:r>
          </w:p>
          <w:tbl>
            <w:tblPr>
              <w:bidiVisual/>
              <w:tblW w:w="6917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7"/>
              <w:gridCol w:w="737"/>
              <w:gridCol w:w="737"/>
              <w:gridCol w:w="737"/>
              <w:gridCol w:w="567"/>
              <w:gridCol w:w="3402"/>
            </w:tblGrid>
            <w:tr>
              <w:trPr>
                <w:trHeight w:val="652" w:hRule="atLeast"/>
                <w:cantSplit/>
              </w:trPr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ט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ו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פ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ש</w:t>
                  </w:r>
                </w:p>
              </w:tc>
              <w:tc>
                <w:tcPr>
                  <w:tcW w:type="dxa" w:w="1720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sz w:val="36"/>
                      <w:szCs w:val="36"/>
                      <w:rtl/>
                    </w:rPr>
                    <w:t>←</w:t>
                  </w:r>
                </w:p>
              </w:tc>
              <w:tc>
                <w:tcPr>
                  <w:tcW w:type="dxa" w:w="1720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single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בָּא אַחֲרֵי?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הַשְׁלִימוּ אֶת הַשָּׁלָב הַבָּא בַּגַּלְגַּל.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שֶׁקֶט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אוֹיֵב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שׁוֹפֵט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הָעָם חוֹטֵא ← בָּא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____________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הָעָם חוֹזֵר בִּתְשׁוּבָה ← ה' שׁוֹלֵחַ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____________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הַשּׁוֹפֵט מוֹשִׁיעַ ← יֵשׁ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____________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חוֹשְׁבִים וְעוֹנִים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לָמָּה לְדַעְתְּכֶם ה' שָׁלַח אוֹיֵב לְעַם יִשְׂרָאֵל?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0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עָתְנִיאֵל בֶּן קְנַז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16000" cy="2859141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thniel_106_None_Fals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2859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85" w:type="dxa"/>
              <w:left w:w="170" w:type="dxa"/>
              <w:bottom w:w="85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6"/>
                <w:szCs w:val="36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בְּנֵי יִשְׂרָאֵל שָׁכְחוּ אֶת ה' וְעָבְדוּ עֲבוֹדָה זָרָה.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ה' כָּעַס, וְכוּשַׁן רִשְׁעָתַיִם, מֶלֶךְ אֲרָם, שִׁעְבֵּד אוֹתָם שְׁמוֹנֶה שָׁנִים.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בְּנֵי יִשְׂרָאֵל זָעֲקוּ אֶל ה', וְה' שָׁלַח לָהֶם מוֹשִׁיעַ: עָתְנִיאֵל בֶּן קְנַז.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עָתְנִיאֵל הָיָה הָאָח הַצָּעִיר שֶׁל כָּלֵב. רוּחַ ה' הָיְתָה עָלָיו.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עָתְנִיאֵל יָצָא לַמִּלְחָמָה וְנִצַּח אֶת כּוּשַׁן רִשְׁעָתַיִם.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הָאָרֶץ שָׁקְטָה אַרְבָּעִים שָׁנָה.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29"/>
                <w:szCs w:val="29"/>
                <w:rtl/>
              </w:rPr>
              <w:t xml:space="preserve">מִלִּים קָשׁוֹת: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29"/>
                <w:szCs w:val="29"/>
                <w:rtl/>
              </w:rPr>
              <w:t>זָעֲקוּ</w:t>
            </w: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 xml:space="preserve"> – צָעֲקוּ חָזָק וּבִקְּשׁוּ עֶזְרָה; 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29"/>
                <w:szCs w:val="29"/>
                <w:rtl/>
              </w:rPr>
              <w:t>מוֹשִׁיעַ</w:t>
            </w: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 xml:space="preserve"> – מִי שֶׁמַּצִּיל מִצָּרָה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קוֹרְאִים 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בְּעִגּוּל אֶת שֵׁם הַשּׁוֹפֵט, וּמִתְחוּ קַו מִתַּחַת לַמִּלָּה וַיִּזְעֲקוּ.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9"/>
                <w:szCs w:val="39"/>
                <w:rtl/>
              </w:rPr>
              <w:t>וַיִּזְעֲקוּ בְנֵי־יִשְׂרָאֵל אֶל־ה' וַיָּקֶם ה' מוֹשִׁיעַ לִבְנֵי יִשְׂרָאֵל וַיֹּשִׁיעֵם אֵת עָתְנִיאֵל בֶּן־קְנַז אֲחִי כָלֵב הַקָּטֹן מִמֶּנּוּ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ג, ט)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עָתְנִיאֵל בֶּן קְנַז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7711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כָּלֵב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שָׁקְטָה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אֲרָם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זָעֲקוּ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כּוּשַׁן רִשְׁעָתַיִם הָיָה מֶלֶךְ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בְּנֵי יִשְׂרָאֵל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 אֶל ה'.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עָתְנִיאֵל הָיָה הָאָח הַצָּעִיר שֶׁל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אַחֲרֵי הַנִּצָּחוֹן הָאָרֶץ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608"/>
              <w:gridCol w:w="567"/>
              <w:gridCol w:w="1247"/>
              <w:gridCol w:w="567"/>
              <w:gridCol w:w="5103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עָתְנִיאֵל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הָאָח שֶׁל עָתְנִיאֵל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כּוּשַׁן רִשְׁעָתַיִם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הַשּׁוֹפֵט הָרִאשׁוֹן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כָּלֵב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הָיְתָה עַל עָתְנִיאֵל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רוּחַ ה'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הָאוֹיֵב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בְּנֵי יִשְׂרָאֵל שָׁכְחוּ אֶת ה'.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כּוּשַׁן רִשְׁעָתַיִם עָזַר לְעַם יִשְׂרָאֵל.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עָתְנִיאֵל נִצַּח בַּמִּלְחָמָה.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אַחֲרֵי עָתְנִיאֵל הָיְתָה מִלְחָמָה אַרְבָּעִים שָׁנָה.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עָתְנִיאֵל בֶּן קְנַז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הַגַּלְגַּל וְהַפָּסוּק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הַגַּלְגַּל שֶׁל עָתְנִיאֵל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גִּזְרוּ אֶת חֲמֵשֶׁת הַמִּשְׁפָּטִים, וְהַדְבִּיקוּ כָּל מִשְׁפָּט לְיַד הַשָּׁלָב הַמַּתְאִים בַּגַּלְגַּל.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0" w:after="0" w:line="8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w="9639" w:type="dxa"/>
              <w:jc w:val="center"/>
              <w:tblCellSpacing w:w="2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6463"/>
            </w:tblGrid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7F8C8D"/>
                    <w:left w:val="single" w:sz="10" w:space="0" w:color="7F8C8D"/>
                    <w:bottom w:val="single" w:sz="10" w:space="0" w:color="7F8C8D"/>
                    <w:right w:val="single" w:sz="10" w:space="0" w:color="7F8C8D"/>
                  </w:tcBorders>
                  <w:shd w:val="clear" w:color="auto" w:fill="EAECEE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7F8C8D"/>
                      <w:sz w:val="29"/>
                      <w:szCs w:val="29"/>
                      <w:rtl/>
                    </w:rPr>
                    <w:t xml:space="preserve">  חוֹטְאִים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C0392B"/>
                    <w:left w:val="single" w:sz="10" w:space="0" w:color="C0392B"/>
                    <w:bottom w:val="single" w:sz="10" w:space="0" w:color="C0392B"/>
                    <w:right w:val="single" w:sz="10" w:space="0" w:color="C0392B"/>
                  </w:tcBorders>
                  <w:shd w:val="clear" w:color="auto" w:fill="FADBD8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C0392B"/>
                      <w:sz w:val="29"/>
                      <w:szCs w:val="29"/>
                      <w:rtl/>
                    </w:rPr>
                    <w:t xml:space="preserve">  אוֹיֵב וְשִׁעְבּוּד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2471A3"/>
                    <w:left w:val="single" w:sz="10" w:space="0" w:color="2471A3"/>
                    <w:bottom w:val="single" w:sz="10" w:space="0" w:color="2471A3"/>
                    <w:right w:val="single" w:sz="10" w:space="0" w:color="2471A3"/>
                  </w:tcBorders>
                  <w:shd w:val="clear" w:color="auto" w:fill="D6EAF8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2471A3"/>
                      <w:sz w:val="29"/>
                      <w:szCs w:val="29"/>
                      <w:rtl/>
                    </w:rPr>
                    <w:t xml:space="preserve">  צוֹעֲקִים וְחוֹזְרִים בִּתְשׁוּבָה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1E8449"/>
                    <w:left w:val="single" w:sz="10" w:space="0" w:color="1E8449"/>
                    <w:bottom w:val="single" w:sz="10" w:space="0" w:color="1E8449"/>
                    <w:right w:val="single" w:sz="10" w:space="0" w:color="1E8449"/>
                  </w:tcBorders>
                  <w:shd w:val="clear" w:color="auto" w:fill="D5F5E3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E8449"/>
                      <w:sz w:val="29"/>
                      <w:szCs w:val="29"/>
                      <w:rtl/>
                    </w:rPr>
                    <w:t xml:space="preserve">  שׁוֹפֵט מוֹשִׁיעַ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>5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7950B"/>
                      <w:sz w:val="29"/>
                      <w:szCs w:val="29"/>
                      <w:rtl/>
                    </w:rPr>
                    <w:t xml:space="preserve">  שֶׁקֶט בָּאָרֶץ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הַמִּלִּים. מִלָּה אַחַת מְיֻתֶּרֶת.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אַרְבָּעִים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שְׁמוֹנִים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הָאָרֶץ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88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וַתִּשְׁקֹט _________ _________ שָׁנָה וַיָּמָת עָתְנִיאֵל בֶּן־קְנַז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ג, יא)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מִי שִׁעְבֵּד אֶת בְּנֵי יִשְׂרָאֵל?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עֶגְלוֹן מֶלֶךְ מוֹאָב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כּוּשַׁן רִשְׁעָתַיִם מֶלֶךְ אֲרָם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הַפְּלִשְׁתִּים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מָה הָיָה עַל עָתְנִיאֵל?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כֶּתֶר שֶׁל מֶלֶךְ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רוּחַ ה'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שֵׂעָר אָרֹךְ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עָתְנִיאֵל בֶּן קְנַז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צוֹבְעִים, מְצַיְּרִים וְחוֹשְׁבִים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216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16" w:space="0" w:color="16A085"/>
              <w:left w:val="single" w:sz="16" w:space="0" w:color="16A085"/>
              <w:bottom w:val="single" w:sz="16" w:space="0" w:color="16A085"/>
              <w:right w:val="single" w:sz="16" w:space="0" w:color="16A085"/>
            </w:tcBorders>
            <w:shd w:val="clear" w:color="auto" w:fill="E8F6F3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16A085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צִבְעוּ אֶת הַתְּמוּנָה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15999" cy="2686728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thniel_c_56_None_False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999" cy="26867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216" w:type="dxa"/>
            <w:tcBorders>
              <w:top w:val="single" w:sz="16" w:space="0" w:color="16A085"/>
              <w:left w:val="single" w:sz="16" w:space="0" w:color="16A085"/>
              <w:bottom w:val="single" w:sz="16" w:space="0" w:color="16A085"/>
              <w:right w:val="single" w:sz="16" w:space="0" w:color="16A085"/>
            </w:tcBorders>
            <w:shd w:val="clear" w:color="auto" w:fill="E8F6F3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16A085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מְצַיְּרִים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>צַיְּרוּ אֶת עָתְנִיאֵל יוֹצֵא לַמִּלְחָמָה.</w:t>
            </w:r>
          </w:p>
          <w:tbl>
            <w:tblPr>
              <w:bidiVisual/>
              <w:tblW w:w="487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</w:tblGrid>
            <w:tr>
              <w:trPr>
                <w:trHeight w:val="3912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סַדְּרוּ אֶת הָאוֹתִיּוֹת לְמִלָּה, וְכִתְבוּ אוֹתָהּ עַל הַקַּו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רֶמֶז: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הָאָח הַגָּדוֹל שֶׁל עָתְנִיאֵל</w:t>
            </w:r>
          </w:p>
          <w:tbl>
            <w:tblPr>
              <w:bidiVisual/>
              <w:tblW w:w="6180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7"/>
              <w:gridCol w:w="737"/>
              <w:gridCol w:w="737"/>
              <w:gridCol w:w="567"/>
              <w:gridCol w:w="3402"/>
            </w:tblGrid>
            <w:tr>
              <w:trPr>
                <w:trHeight w:val="652" w:hRule="atLeast"/>
                <w:cantSplit/>
              </w:trPr>
              <w:tc>
                <w:tcPr>
                  <w:tcW w:type="dxa" w:w="2064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ב</w:t>
                  </w:r>
                </w:p>
              </w:tc>
              <w:tc>
                <w:tcPr>
                  <w:tcW w:type="dxa" w:w="2064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ל</w:t>
                  </w:r>
                </w:p>
              </w:tc>
              <w:tc>
                <w:tcPr>
                  <w:tcW w:type="dxa" w:w="2064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כ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sz w:val="36"/>
                      <w:szCs w:val="36"/>
                      <w:rtl/>
                    </w:rPr>
                    <w:t>←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single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מִסְפָּרִים בַּסִּפּוּר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מִסְפָּר מִמַּחְסַן הַמִּסְפָּרִים. מִסְפָּר אֶחָד מְיֻתָּר.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40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8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80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כּוּשַׁן רִשְׁעָתַיִם שִׁעְבֵּד אֶת יִשְׂרָאֵל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 שָׁנִים.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אַחַר כָּךְ שָׁקְטָה הָאָרֶץ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 שָׁנָה.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חוֹשְׁבִים וְעוֹנִים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מִי עָזַר לְעָתְנִיאֵל לְנַצֵּחַ? הַסְבִּירוּ.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0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אֵהוּד בֶּן גֵּרָא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16000" cy="2859141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hud_106_None_Fals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2859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85" w:type="dxa"/>
              <w:left w:w="170" w:type="dxa"/>
              <w:bottom w:w="85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6"/>
                <w:szCs w:val="36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בְּנֵי יִשְׂרָאֵל שׁוּב עָשׂוּ אֶת הָרַע בְּעֵינֵי ה'.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עֶגְלוֹן, מֶלֶךְ מוֹאָב, שָׁלַט בָּהֶם שְׁמוֹנֶה עֶשְׂרֵה שָׁנָה.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בְּנֵי יִשְׂרָאֵל זָעֲקוּ אֶל ה', וְה' שָׁלַח אֶת אֵהוּד בֶּן גֵּרָא מִשֵּׁבֶט בִּנְיָמִין.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אֵהוּד הָיָה אִטֵּר – הוּא עָבַד בַּיָּד הַשְּׂמָאלִית.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אֵהוּד הֵבִיא מַתָּנָה (מִנְחָה) לְעֶגְלוֹן, וְהִסְתִּיר חֶרֶב קְטַנָּה עַל רַגְלוֹ הַיְמָנִית. כָּךְ הִצְלִיחַ לְהָרֹג אֶת עֶגְלוֹן.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אֵהוּד תָּקַע בַּשּׁוֹפָר בְּהַר אֶפְרַיִם, וּבְנֵי יִשְׂרָאֵל נִצְּחוּ אֶת מוֹאָב. הָאָרֶץ שָׁקְטָה שְׁמוֹנִים שָׁנָה.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29"/>
                <w:szCs w:val="29"/>
                <w:rtl/>
              </w:rPr>
              <w:t xml:space="preserve">מִלִּים קָשׁוֹת: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29"/>
                <w:szCs w:val="29"/>
                <w:rtl/>
              </w:rPr>
              <w:t>אִטֵּר</w:t>
            </w: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 xml:space="preserve"> – מִי שֶׁעוֹבֵד בַּיָּד הַשְּׂמָאלִית; 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29"/>
                <w:szCs w:val="29"/>
                <w:rtl/>
              </w:rPr>
              <w:t>מִנְחָה</w:t>
            </w: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 xml:space="preserve"> – מַתָּנָה לַמֶּלֶךְ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קוֹרְאִים 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בְּעִגּוּל אֶת שֵׁם הַשּׁוֹפֵט, וּמִתְחוּ קַו מִתַּחַת לַמִּלָּה אִטֵּר.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9"/>
                <w:szCs w:val="39"/>
                <w:rtl/>
              </w:rPr>
              <w:t>וַיִּזְעֲקוּ בְנֵי־יִשְׂרָאֵל אֶל־ה' וַיָּקֶם ה' לָהֶם מוֹשִׁיעַ אֶת־אֵהוּד בֶּן־גֵּרָא בֶּן־הַיְמִינִי אִישׁ אִטֵּר יַד־יְמִינוֹ…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ג, טו)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אֵהוּד בֶּן גֵּרָא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7711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שּׁוֹפָר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מוֹאָב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מַתָּנָה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בִּנְיָמִין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עֶגְלוֹן הָיָה מֶלֶךְ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אֵהוּד הָיָה מִשֵּׁבֶט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אֵהוּד הֵבִיא לְעֶגְלוֹן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אֵהוּד תָּקַע בַּ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 בְּהַר אֶפְרַיִם.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608"/>
              <w:gridCol w:w="567"/>
              <w:gridCol w:w="1247"/>
              <w:gridCol w:w="567"/>
              <w:gridCol w:w="5103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אֵהוּד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קָרָא לָעָם לָבוֹא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עֶגְלוֹן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הַשּׁוֹפֵט הָאִטֵּר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שׁוֹפָר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מַתָּנָה לַמֶּלֶךְ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מִנְחָה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מֶלֶךְ מוֹאָב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עֶגְלוֹן שָׁלַט בְּיִשְׂרָאֵל שְׁמוֹנֶה עֶשְׂרֵה שָׁנָה.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אֵהוּד עָבַד בַּיָּד הַיְמָנִית.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אֵהוּד הִסְתִּיר אֶת הַחֶרֶב עַל רַגְלוֹ.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אַחֲרֵי אֵהוּד הָאָרֶץ שָׁקְטָה עֶשֶׂר שָׁנִים.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אֵהוּד בֶּן גֵּרָא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הַגַּלְגַּל וְהַפָּסוּק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הַגַּלְגַּל שֶׁל אֵהוּד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גִּזְרוּ אֶת חֲמֵשֶׁת הַמִּשְׁפָּטִים, וְהַדְבִּיקוּ כָּל מִשְׁפָּט לְיַד הַשָּׁלָב הַמַּתְאִים בַּגַּלְגַּל.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0" w:after="0" w:line="8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w="9639" w:type="dxa"/>
              <w:jc w:val="center"/>
              <w:tblCellSpacing w:w="2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6463"/>
            </w:tblGrid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7F8C8D"/>
                    <w:left w:val="single" w:sz="10" w:space="0" w:color="7F8C8D"/>
                    <w:bottom w:val="single" w:sz="10" w:space="0" w:color="7F8C8D"/>
                    <w:right w:val="single" w:sz="10" w:space="0" w:color="7F8C8D"/>
                  </w:tcBorders>
                  <w:shd w:val="clear" w:color="auto" w:fill="EAECEE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7F8C8D"/>
                      <w:sz w:val="29"/>
                      <w:szCs w:val="29"/>
                      <w:rtl/>
                    </w:rPr>
                    <w:t xml:space="preserve">  חוֹטְאִים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C0392B"/>
                    <w:left w:val="single" w:sz="10" w:space="0" w:color="C0392B"/>
                    <w:bottom w:val="single" w:sz="10" w:space="0" w:color="C0392B"/>
                    <w:right w:val="single" w:sz="10" w:space="0" w:color="C0392B"/>
                  </w:tcBorders>
                  <w:shd w:val="clear" w:color="auto" w:fill="FADBD8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C0392B"/>
                      <w:sz w:val="29"/>
                      <w:szCs w:val="29"/>
                      <w:rtl/>
                    </w:rPr>
                    <w:t xml:space="preserve">  אוֹיֵב וְשִׁעְבּוּד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2471A3"/>
                    <w:left w:val="single" w:sz="10" w:space="0" w:color="2471A3"/>
                    <w:bottom w:val="single" w:sz="10" w:space="0" w:color="2471A3"/>
                    <w:right w:val="single" w:sz="10" w:space="0" w:color="2471A3"/>
                  </w:tcBorders>
                  <w:shd w:val="clear" w:color="auto" w:fill="D6EAF8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2471A3"/>
                      <w:sz w:val="29"/>
                      <w:szCs w:val="29"/>
                      <w:rtl/>
                    </w:rPr>
                    <w:t xml:space="preserve">  צוֹעֲקִים וְחוֹזְרִים בִּתְשׁוּבָה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1E8449"/>
                    <w:left w:val="single" w:sz="10" w:space="0" w:color="1E8449"/>
                    <w:bottom w:val="single" w:sz="10" w:space="0" w:color="1E8449"/>
                    <w:right w:val="single" w:sz="10" w:space="0" w:color="1E8449"/>
                  </w:tcBorders>
                  <w:shd w:val="clear" w:color="auto" w:fill="D5F5E3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E8449"/>
                      <w:sz w:val="29"/>
                      <w:szCs w:val="29"/>
                      <w:rtl/>
                    </w:rPr>
                    <w:t xml:space="preserve">  שׁוֹפֵט מוֹשִׁיעַ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>5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7950B"/>
                      <w:sz w:val="29"/>
                      <w:szCs w:val="29"/>
                      <w:rtl/>
                    </w:rPr>
                    <w:t xml:space="preserve">  שֶׁקֶט בָּאָרֶץ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הַמִּלִּים. מִלָּה אַחַת מְיֻתֶּרֶת.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אֶפְרָיִם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בַּחֲצוֹצְרָה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בַּשּׁוֹפָר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88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וַיְהִי בְּבוֹאוֹ וַיִּתְקַע _________ בְּהַר _________ וַיֵּרְדוּ עִמּוֹ בְנֵי־יִשְׂרָאֵל מִן־הָהָר וְהוּא לִפְנֵיהֶם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ג, כז)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מָה הֵבִיא אֵהוּד לְעֶגְלוֹן?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מִנְחָה – מַתָּנָה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מִכְתָּב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כֶּתֶר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בְּאֵיזוֹ יָד עָבַד אֵהוּד?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בַּיָּד הַיְמָנִית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בַּיָּד הַשְּׂמָאלִית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בִּשְׁתֵּי הַיָּדַיִם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אֵהוּד בֶּן גֵּרָא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צוֹבְעִים, מְצַיְּרִים וְחוֹשְׁבִים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216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16" w:space="0" w:color="D35400"/>
              <w:left w:val="single" w:sz="16" w:space="0" w:color="D35400"/>
              <w:bottom w:val="single" w:sz="16" w:space="0" w:color="D35400"/>
              <w:right w:val="single" w:sz="16" w:space="0" w:color="D35400"/>
            </w:tcBorders>
            <w:shd w:val="clear" w:color="auto" w:fill="FBEEE6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D35400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צִבְעוּ אֶת הַתְּמוּנָה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15999" cy="2686728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hud_c_56_None_False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999" cy="26867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216" w:type="dxa"/>
            <w:tcBorders>
              <w:top w:val="single" w:sz="16" w:space="0" w:color="D35400"/>
              <w:left w:val="single" w:sz="16" w:space="0" w:color="D35400"/>
              <w:bottom w:val="single" w:sz="16" w:space="0" w:color="D35400"/>
              <w:right w:val="single" w:sz="16" w:space="0" w:color="D35400"/>
            </w:tcBorders>
            <w:shd w:val="clear" w:color="auto" w:fill="FBEEE6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D35400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מְצַיְּרִים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>צַיְּרוּ אֶת הַמַּתָּנָה (הַמִּנְחָה) שֶׁאֵהוּד הֵבִיא לְעֶגְלוֹן.</w:t>
            </w:r>
          </w:p>
          <w:tbl>
            <w:tblPr>
              <w:bidiVisual/>
              <w:tblW w:w="487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</w:tblGrid>
            <w:tr>
              <w:trPr>
                <w:trHeight w:val="3912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סַדְּרוּ אֶת הָאוֹתִיּוֹת לְמִלָּה, וְכִתְבוּ אוֹתָהּ עַל הַקַּו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רֶמֶז: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בּוֹ תָּקַע אֵהוּד בְּהַר אֶפְרַיִם</w:t>
            </w:r>
          </w:p>
          <w:tbl>
            <w:tblPr>
              <w:bidiVisual/>
              <w:tblW w:w="6917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7"/>
              <w:gridCol w:w="737"/>
              <w:gridCol w:w="737"/>
              <w:gridCol w:w="737"/>
              <w:gridCol w:w="567"/>
              <w:gridCol w:w="3402"/>
            </w:tblGrid>
            <w:tr>
              <w:trPr>
                <w:trHeight w:val="652" w:hRule="atLeast"/>
                <w:cantSplit/>
              </w:trPr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ר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פ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ו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ש</w:t>
                  </w:r>
                </w:p>
              </w:tc>
              <w:tc>
                <w:tcPr>
                  <w:tcW w:type="dxa" w:w="1720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sz w:val="36"/>
                      <w:szCs w:val="36"/>
                      <w:rtl/>
                    </w:rPr>
                    <w:t>←</w:t>
                  </w:r>
                </w:p>
              </w:tc>
              <w:tc>
                <w:tcPr>
                  <w:tcW w:type="dxa" w:w="1720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single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מִסְפָּרִים בַּסִּפּוּר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מִסְפָּר מִמַּחְסַן הַמִּסְפָּרִים. מִסְפָּר אֶחָד מְיֻתָּר.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80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40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18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עֶגְלוֹן שָׁלַט בְּיִשְׂרָאֵל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 שָׁנָה.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אַחַר כָּךְ שָׁקְטָה הָאָרֶץ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 שָׁנָה.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חוֹשְׁבִים וְעוֹנִים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אֵהוּד הָיָה שׁוֹנֶה – הוּא עָבַד בַּיָּד הַשְּׂמָאלִית. אֵיךְ זֶה עָזַר לוֹ?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0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דְּבוֹרָה וּבָרָק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16000" cy="2859141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ak_106_None_Fals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2859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85" w:type="dxa"/>
              <w:left w:w="170" w:type="dxa"/>
              <w:bottom w:w="85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6"/>
                <w:szCs w:val="36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אַחֲרֵי שֶׁאֵהוּד מֵת, בְּנֵי יִשְׂרָאֵל שׁוּב חָטְאוּ.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 xml:space="preserve">יָבִין, מֶלֶךְ כְּנַעַן, לָחַץ אוֹתָם עֶשְׂרִים שָׁנָה. שַׂר הַצָּבָא שֶׁלּוֹ הָיָה סִיסְרָא, וְהָיוּ לוֹ </w:t>
            </w:r>
            <w:r>
              <w:rPr>
                <w:rFonts w:ascii="Noto Sans" w:hAnsi="Noto Sans" w:cs="Noto Sans" w:eastAsia="Noto Sans"/>
                <w:sz w:val="31"/>
                <w:szCs w:val="31"/>
                <w:rtl/>
              </w:rPr>
              <w:t>900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 xml:space="preserve"> מֶרְכָּבוֹת בַּרְזֶל.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בְּנֵי יִשְׂרָאֵל צָעֲקוּ אֶל ה'.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דְּבוֹרָה הַנְּבִיאָה שָׁפְטָה אֶת יִשְׂרָאֵל. הִיא יָשְׁבָה תַּחַת עֵץ תָּמָר, וְהָעָם בָּא אֵלֶיהָ לַמִּשְׁפָּט.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דְּבוֹרָה קָרְאָה לְבָרָק בֶּן אֲבִינֹעַם, וְהוּא עָלָה לְהַר תָּבוֹר עִם עֲשֶׂרֶת אֲלָפִים אִישׁ.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ה' בִּלְבֵּל אֶת צְבָא סִיסְרָא, וְנַחַל קִישׁוֹן גָּרַף אוֹתָם. הָאָרֶץ שָׁקְטָה אַרְבָּעִים שָׁנָה.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29"/>
                <w:szCs w:val="29"/>
                <w:rtl/>
              </w:rPr>
              <w:t xml:space="preserve">מִלִּים קָשׁוֹת: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29"/>
                <w:szCs w:val="29"/>
                <w:rtl/>
              </w:rPr>
              <w:t>נְבִיאָה</w:t>
            </w: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 xml:space="preserve"> – מִי שֶׁה' מְדַבֵּר אֵלֶיהָ; 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29"/>
                <w:szCs w:val="29"/>
                <w:rtl/>
              </w:rPr>
              <w:t>מֶרְכָּבָה</w:t>
            </w: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 xml:space="preserve"> – עֲגָלַת מִלְחָמָה עִם סוּסִים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קוֹרְאִים 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בְּעִגּוּל אֶת הַמִּלָּה שֹׁפְטָה, וּמִתְחוּ קַו מִתַּחַת לַמִּלָּה נְבִיאָה.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9"/>
                <w:szCs w:val="39"/>
                <w:rtl/>
              </w:rPr>
              <w:t>וּדְבוֹרָה אִשָּׁה נְבִיאָה אֵשֶׁת לַפִּידוֹת הִיא שֹׁפְטָה אֶת־יִשְׂרָאֵל בָּעֵת הַהִיא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ד, ד)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דְּבוֹרָה וּבָרָק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7711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תָּבוֹר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קִישׁוֹן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סִיסְרָא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תָּמָר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שַׂר הַצָּבָא שֶׁל יָבִין הָיָה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דְּבוֹרָה יָשְׁבָה תַּחַת עֵץ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בָּרָק עָלָה לְהַר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נַחַל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 גָּרַף אֶת הָאוֹיְבִים.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608"/>
              <w:gridCol w:w="567"/>
              <w:gridCol w:w="1247"/>
              <w:gridCol w:w="567"/>
              <w:gridCol w:w="5103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דְּבוֹרָה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שַׂר צְבָא יָבִין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בָּרָק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נְבִיאָה שֶׁשָּׁפְטָה אֶת יִשְׂרָאֵל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סִיסְרָא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שָׁם הִתְאַסְּפוּ הַחַיָּלִים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הַר תָּבוֹר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מְפַקֵּד צְבָא יִשְׂרָאֵל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 xml:space="preserve">. לְסִיסְרָא הָיוּ </w:t>
                  </w: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900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 xml:space="preserve"> מֶרְכָּבוֹת בַּרְזֶל.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דְּבוֹרָה יָשְׁבָה בְּאַרְמוֹן שֶׁל מֶלֶךְ.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בָּרָק יָצָא עִם עֲשֶׂרֶת אֲלָפִים אִישׁ.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סִיסְרָא נִצַּח אֶת בָּרָק.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דְּבוֹרָה וּבָרָק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הַגַּלְגַּל וְהַפָּסוּק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הַגַּלְגַּל שֶׁל דְּבוֹרָה וּבָרָק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גִּזְרוּ אֶת חֲמֵשֶׁת הַמִּשְׁפָּטִים, וְהַדְבִּיקוּ כָּל מִשְׁפָּט לְיַד הַשָּׁלָב הַמַּתְאִים בַּגַּלְגַּל.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0" w:after="0" w:line="8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w="9639" w:type="dxa"/>
              <w:jc w:val="center"/>
              <w:tblCellSpacing w:w="2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6463"/>
            </w:tblGrid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7F8C8D"/>
                    <w:left w:val="single" w:sz="10" w:space="0" w:color="7F8C8D"/>
                    <w:bottom w:val="single" w:sz="10" w:space="0" w:color="7F8C8D"/>
                    <w:right w:val="single" w:sz="10" w:space="0" w:color="7F8C8D"/>
                  </w:tcBorders>
                  <w:shd w:val="clear" w:color="auto" w:fill="EAECEE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7F8C8D"/>
                      <w:sz w:val="29"/>
                      <w:szCs w:val="29"/>
                      <w:rtl/>
                    </w:rPr>
                    <w:t xml:space="preserve">  חוֹטְאִים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C0392B"/>
                    <w:left w:val="single" w:sz="10" w:space="0" w:color="C0392B"/>
                    <w:bottom w:val="single" w:sz="10" w:space="0" w:color="C0392B"/>
                    <w:right w:val="single" w:sz="10" w:space="0" w:color="C0392B"/>
                  </w:tcBorders>
                  <w:shd w:val="clear" w:color="auto" w:fill="FADBD8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C0392B"/>
                      <w:sz w:val="29"/>
                      <w:szCs w:val="29"/>
                      <w:rtl/>
                    </w:rPr>
                    <w:t xml:space="preserve">  אוֹיֵב וְשִׁעְבּוּד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2471A3"/>
                    <w:left w:val="single" w:sz="10" w:space="0" w:color="2471A3"/>
                    <w:bottom w:val="single" w:sz="10" w:space="0" w:color="2471A3"/>
                    <w:right w:val="single" w:sz="10" w:space="0" w:color="2471A3"/>
                  </w:tcBorders>
                  <w:shd w:val="clear" w:color="auto" w:fill="D6EAF8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2471A3"/>
                      <w:sz w:val="29"/>
                      <w:szCs w:val="29"/>
                      <w:rtl/>
                    </w:rPr>
                    <w:t xml:space="preserve">  צוֹעֲקִים וְחוֹזְרִים בִּתְשׁוּבָה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1E8449"/>
                    <w:left w:val="single" w:sz="10" w:space="0" w:color="1E8449"/>
                    <w:bottom w:val="single" w:sz="10" w:space="0" w:color="1E8449"/>
                    <w:right w:val="single" w:sz="10" w:space="0" w:color="1E8449"/>
                  </w:tcBorders>
                  <w:shd w:val="clear" w:color="auto" w:fill="D5F5E3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E8449"/>
                      <w:sz w:val="29"/>
                      <w:szCs w:val="29"/>
                      <w:rtl/>
                    </w:rPr>
                    <w:t xml:space="preserve">  שׁוֹפֵט מוֹשִׁיעַ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>5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7950B"/>
                      <w:sz w:val="29"/>
                      <w:szCs w:val="29"/>
                      <w:rtl/>
                    </w:rPr>
                    <w:t xml:space="preserve">  שֶׁקֶט בָּאָרֶץ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הַמִּלִּים. מִלָּה אַחַת מְיֻתֶּרֶת.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סִיסְרָא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עֶגְלוֹן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הַיּוֹם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88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וַתֹּאמֶר דְּבֹרָה אֶל־בָּרָק קוּם כִּי זֶה _________ אֲשֶׁר נָתַן ה' אֶת־_________ בְּיָדֶךָ…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ד, יד)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כַּמָּה מֶרְכָּבוֹת בַּרְזֶל הָיוּ לְסִיסְרָא?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90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900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אֵיפֹה הִתְאַסְּפוּ הַחַיָּלִים שֶׁל בָּרָק?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בְּהַר תָּבוֹר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בְּהַר אֶפְרַיִם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בְּעִיר עַזָּה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דְּבוֹרָה וּבָרָק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צוֹבְעִים, מְצַיְּרִים וְחוֹשְׁבִים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216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16" w:space="0" w:color="8E44AD"/>
              <w:left w:val="single" w:sz="16" w:space="0" w:color="8E44AD"/>
              <w:bottom w:val="single" w:sz="16" w:space="0" w:color="8E44AD"/>
              <w:right w:val="single" w:sz="16" w:space="0" w:color="8E44AD"/>
            </w:tcBorders>
            <w:shd w:val="clear" w:color="auto" w:fill="F4ECF7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8E44AD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צִבְעוּ אֶת הַתְּמוּנָה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15999" cy="2686728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rak_c_56_None_False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999" cy="26867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216" w:type="dxa"/>
            <w:tcBorders>
              <w:top w:val="single" w:sz="16" w:space="0" w:color="8E44AD"/>
              <w:left w:val="single" w:sz="16" w:space="0" w:color="8E44AD"/>
              <w:bottom w:val="single" w:sz="16" w:space="0" w:color="8E44AD"/>
              <w:right w:val="single" w:sz="16" w:space="0" w:color="8E44AD"/>
            </w:tcBorders>
            <w:shd w:val="clear" w:color="auto" w:fill="F4ECF7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8E44AD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מְצַיְּרִים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>צַיְּרוּ אֶת הַר תָּבוֹר וְאֶת נַחַל קִישׁוֹן.</w:t>
            </w:r>
          </w:p>
          <w:tbl>
            <w:tblPr>
              <w:bidiVisual/>
              <w:tblW w:w="487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</w:tblGrid>
            <w:tr>
              <w:trPr>
                <w:trHeight w:val="3912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סַדְּרוּ אֶת הָאוֹתִיּוֹת לְמִלָּה, וְכִתְבוּ אוֹתָהּ עַל הַקַּו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רֶמֶז: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הָהָר שֶׁעָלָה אֵלָיו בָּרָק</w:t>
            </w:r>
          </w:p>
          <w:tbl>
            <w:tblPr>
              <w:bidiVisual/>
              <w:tblW w:w="6917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7"/>
              <w:gridCol w:w="737"/>
              <w:gridCol w:w="737"/>
              <w:gridCol w:w="737"/>
              <w:gridCol w:w="567"/>
              <w:gridCol w:w="3402"/>
            </w:tblGrid>
            <w:tr>
              <w:trPr>
                <w:trHeight w:val="652" w:hRule="atLeast"/>
                <w:cantSplit/>
              </w:trPr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ר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ו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ב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ת</w:t>
                  </w:r>
                </w:p>
              </w:tc>
              <w:tc>
                <w:tcPr>
                  <w:tcW w:type="dxa" w:w="1720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sz w:val="36"/>
                      <w:szCs w:val="36"/>
                      <w:rtl/>
                    </w:rPr>
                    <w:t>←</w:t>
                  </w:r>
                </w:p>
              </w:tc>
              <w:tc>
                <w:tcPr>
                  <w:tcW w:type="dxa" w:w="1720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single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מִסְפָּרִים בַּסִּפּוּר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מִסְפָּר מִמַּחְסַן הַמִּסְפָּרִים. מִסְפָּר אֶחָד מְיֻתָּר.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10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,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000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20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900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יָבִין לָחַץ אֶת יִשְׂרָאֵל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 שָׁנָה.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עִם בָּרָק יָצְאוּ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 אִישׁ.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חוֹשְׁבִים וְעוֹנִים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דְּבוֹרָה אָמְרָה לְבָרָק: "קוּם, כִּי זֶה הַיּוֹם". מָה הִיא רָצְתָה שֶׁבָּרָק יַרְגִּישׁ?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0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גִּדְעוֹן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16000" cy="2859141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deon_106_None_Fals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2859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85" w:type="dxa"/>
              <w:left w:w="170" w:type="dxa"/>
              <w:bottom w:w="85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6"/>
                <w:szCs w:val="36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בְּנֵי יִשְׂרָאֵל עָשׂוּ אֶת הָרַע, וּמִדְיָן שָׁלַט בָּהֶם שֶׁבַע שָׁנִים.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הַמִּדְיָנִים בָּאוּ כְּמוֹ אַרְבֶּה וְהִשְׁחִיתוּ אֶת הַיְּבוּל. בְּנֵי יִשְׂרָאֵל הִתְחַבְּאוּ בִּמְעָרוֹת, וְזָעֲקוּ אֶל ה'.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גִּדְעוֹן חָבַט חִטִּים בְּגַת, בְּמָקוֹם נִסְתָּר, כְּדֵי שֶׁהַמִּדְיָנִים לֹא יִקְחוּ אוֹתָן.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מַלְאַךְ ה' אָמַר לוֹ: "ה' עִמְּךָ גִּבּוֹר הֶחָיִל". גִּדְעוֹן נָתַץ אֶת מִזְבַּח הַבַּעַל.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 xml:space="preserve">ה' אָמַר: רַק </w:t>
            </w:r>
            <w:r>
              <w:rPr>
                <w:rFonts w:ascii="Noto Sans" w:hAnsi="Noto Sans" w:cs="Noto Sans" w:eastAsia="Noto Sans"/>
                <w:sz w:val="31"/>
                <w:szCs w:val="31"/>
                <w:rtl/>
              </w:rPr>
              <w:t>300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 xml:space="preserve"> אִישׁ יֵלְכוּ עִם גִּדְעוֹן. בַּלַּיְלָה הֵם תָּקְעוּ בַּשּׁוֹפָרוֹת, שָׁבְרוּ אֶת הַכַּדִּים וְהֵאִירוּ בַּלַּפִּידִים.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הַמִּדְיָנִים נִבְהֲלוּ וּבָרְחוּ. הָאָרֶץ שָׁקְטָה אַרְבָּעִים שָׁנָה.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29"/>
                <w:szCs w:val="29"/>
                <w:rtl/>
              </w:rPr>
              <w:t xml:space="preserve">מִלִּים קָשׁוֹת: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29"/>
                <w:szCs w:val="29"/>
                <w:rtl/>
              </w:rPr>
              <w:t>גַּת</w:t>
            </w: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 xml:space="preserve"> – בּוֹר שֶׁבּוֹ דּוֹרְכִים עֲנָבִים; 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29"/>
                <w:szCs w:val="29"/>
                <w:rtl/>
              </w:rPr>
              <w:t>לַפִּיד</w:t>
            </w: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 xml:space="preserve"> – מַקֵּל עִם אֵשׁ שֶׁמֵּאִיר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קוֹרְאִים 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בְּעִגּוּל אֶת הַמִּלָּה גִּבּוֹר, וּמִתְחוּ קַו מִתַּחַת לַמִּלָּה עִמְּךָ.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9"/>
                <w:szCs w:val="39"/>
                <w:rtl/>
              </w:rPr>
              <w:t>וַיֵּרָא אֵלָיו מַלְאַךְ ה' וַיֹּאמֶר אֵלָיו ה' עִמְּךָ גִּבּוֹר הֶחָיִל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ו, יב)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גִּדְעוֹן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7711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כַּדִּים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שֶׁבַע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הַבַּעַל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גַת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מִדְיָן שָׁלַט בְּיִשְׂרָאֵל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 שָׁנִים.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גִּדְעוֹן חָבַט חִטִּים בְּ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גִּדְעוֹן נָתַץ אֶת מִזְבַּח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בַּלַּיְלָה שָׁבְרוּ הַחַיָּלִים אֶת הַ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608"/>
              <w:gridCol w:w="567"/>
              <w:gridCol w:w="1247"/>
              <w:gridCol w:w="567"/>
              <w:gridCol w:w="5103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גִּדְעוֹן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תּוֹקְעִים בּוֹ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מִדְיָן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גִּבּוֹר הֶחָיִל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שׁוֹפָר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מֵאִיר בַּלַּיְלָה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לַפִּיד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הָאוֹיֵב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גִּדְעוֹן חָבַט חִטִּים בְּאֶמְצַע הַשָּׂדֶה.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8" name="Picture 5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9" name="Picture 5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 xml:space="preserve">. עִם גִּדְעוֹן הָלְכוּ </w:t>
                  </w: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300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 xml:space="preserve"> אִישׁ.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0" name="Picture 6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1" name="Picture 6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הַחַיָּלִים תָּקְעוּ בַּשּׁוֹפָרוֹת.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2" name="Picture 6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3" name="Picture 6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גִּדְעוֹן רָצָה לִהְיוֹת מֶלֶךְ.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4" name="Picture 6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5" name="Picture 6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גִּדְעוֹן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הַגַּלְגַּל וְהַפָּסוּק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הַגַּלְגַּל שֶׁל גִּדְעוֹן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גִּזְרוּ אֶת חֲמֵשֶׁת הַמִּשְׁפָּטִים, וְהַדְבִּיקוּ כָּל מִשְׁפָּט לְיַד הַשָּׁלָב הַמַּתְאִים בַּגַּלְגַּל.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33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0" w:after="0" w:line="8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w="9639" w:type="dxa"/>
              <w:jc w:val="center"/>
              <w:tblCellSpacing w:w="2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6463"/>
            </w:tblGrid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7F8C8D"/>
                    <w:left w:val="single" w:sz="10" w:space="0" w:color="7F8C8D"/>
                    <w:bottom w:val="single" w:sz="10" w:space="0" w:color="7F8C8D"/>
                    <w:right w:val="single" w:sz="10" w:space="0" w:color="7F8C8D"/>
                  </w:tcBorders>
                  <w:shd w:val="clear" w:color="auto" w:fill="EAECEE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7F8C8D"/>
                      <w:sz w:val="29"/>
                      <w:szCs w:val="29"/>
                      <w:rtl/>
                    </w:rPr>
                    <w:t xml:space="preserve">  חוֹטְאִים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C0392B"/>
                    <w:left w:val="single" w:sz="10" w:space="0" w:color="C0392B"/>
                    <w:bottom w:val="single" w:sz="10" w:space="0" w:color="C0392B"/>
                    <w:right w:val="single" w:sz="10" w:space="0" w:color="C0392B"/>
                  </w:tcBorders>
                  <w:shd w:val="clear" w:color="auto" w:fill="FADBD8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C0392B"/>
                      <w:sz w:val="29"/>
                      <w:szCs w:val="29"/>
                      <w:rtl/>
                    </w:rPr>
                    <w:t xml:space="preserve">  אוֹיֵב וְשִׁעְבּוּד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2471A3"/>
                    <w:left w:val="single" w:sz="10" w:space="0" w:color="2471A3"/>
                    <w:bottom w:val="single" w:sz="10" w:space="0" w:color="2471A3"/>
                    <w:right w:val="single" w:sz="10" w:space="0" w:color="2471A3"/>
                  </w:tcBorders>
                  <w:shd w:val="clear" w:color="auto" w:fill="D6EAF8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2471A3"/>
                      <w:sz w:val="29"/>
                      <w:szCs w:val="29"/>
                      <w:rtl/>
                    </w:rPr>
                    <w:t xml:space="preserve">  צוֹעֲקִים וְחוֹזְרִים בִּתְשׁוּבָה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1E8449"/>
                    <w:left w:val="single" w:sz="10" w:space="0" w:color="1E8449"/>
                    <w:bottom w:val="single" w:sz="10" w:space="0" w:color="1E8449"/>
                    <w:right w:val="single" w:sz="10" w:space="0" w:color="1E8449"/>
                  </w:tcBorders>
                  <w:shd w:val="clear" w:color="auto" w:fill="D5F5E3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E8449"/>
                      <w:sz w:val="29"/>
                      <w:szCs w:val="29"/>
                      <w:rtl/>
                    </w:rPr>
                    <w:t xml:space="preserve">  שׁוֹפֵט מוֹשִׁיעַ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>5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7950B"/>
                      <w:sz w:val="29"/>
                      <w:szCs w:val="29"/>
                      <w:rtl/>
                    </w:rPr>
                    <w:t xml:space="preserve">  שֶׁקֶט בָּאָרֶץ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הַמִּלִּים. מִלָּה אַחַת מְיֻתֶּרֶת.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ה'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שִׁמְשׁוֹן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גִּדְעוֹן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88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וַיֹּאמֶר אֲלֵהֶם _________ לֹא־אֶמְשֹׁל אֲנִי בָּכֶם וְלֹא־יִמְשֹׁל בְּנִי בָּכֶם _________ יִמְשֹׁל בָּכֶם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ח, כג)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כַּמָּה אֲנָשִׁים הָלְכוּ עִם גִּדְעוֹן לַמִּלְחָמָה?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300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,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000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מָה הָיָה בַּיָּדַיִם שֶׁל הַחַיָּלִים?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חֲרָבוֹת וּמָגִנִּים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שׁוֹפָרוֹת וְכַדִּים עִם לַפִּידִים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סְפָרִים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גִּדְעוֹן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צוֹבְעִים, מְצַיְּרִים וְחוֹשְׁבִים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216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16" w:space="0" w:color="C0392B"/>
              <w:left w:val="single" w:sz="16" w:space="0" w:color="C0392B"/>
              <w:bottom w:val="single" w:sz="16" w:space="0" w:color="C0392B"/>
              <w:right w:val="single" w:sz="16" w:space="0" w:color="C0392B"/>
            </w:tcBorders>
            <w:shd w:val="clear" w:color="auto" w:fill="FBEAEA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C0392B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צִבְעוּ אֶת הַתְּמוּנָה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15999" cy="2686728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deon_c_56_None_False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999" cy="26867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216" w:type="dxa"/>
            <w:tcBorders>
              <w:top w:val="single" w:sz="16" w:space="0" w:color="C0392B"/>
              <w:left w:val="single" w:sz="16" w:space="0" w:color="C0392B"/>
              <w:bottom w:val="single" w:sz="16" w:space="0" w:color="C0392B"/>
              <w:right w:val="single" w:sz="16" w:space="0" w:color="C0392B"/>
            </w:tcBorders>
            <w:shd w:val="clear" w:color="auto" w:fill="FBEAEA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C0392B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מְצַיְּרִים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>צַיְּרוּ אֶת מָה שֶׁהֶחְזִיק כָּל חַיָּל שֶׁל גִּדְעוֹן: שׁוֹפָר, כַּד וְלַפִּיד.</w:t>
            </w:r>
          </w:p>
          <w:tbl>
            <w:tblPr>
              <w:bidiVisual/>
              <w:tblW w:w="487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</w:tblGrid>
            <w:tr>
              <w:trPr>
                <w:trHeight w:val="3912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סַדְּרוּ אֶת הָאוֹתִיּוֹת לְמִלָּה, וְכִתְבוּ אוֹתָהּ עַל הַקַּו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רֶמֶז: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מֵאִיר בְּתוֹךְ הַכַּד</w:t>
            </w:r>
          </w:p>
          <w:tbl>
            <w:tblPr>
              <w:bidiVisual/>
              <w:tblW w:w="6917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7"/>
              <w:gridCol w:w="737"/>
              <w:gridCol w:w="737"/>
              <w:gridCol w:w="737"/>
              <w:gridCol w:w="567"/>
              <w:gridCol w:w="3402"/>
            </w:tblGrid>
            <w:tr>
              <w:trPr>
                <w:trHeight w:val="652" w:hRule="atLeast"/>
                <w:cantSplit/>
              </w:trPr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ד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פ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י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ל</w:t>
                  </w:r>
                </w:p>
              </w:tc>
              <w:tc>
                <w:tcPr>
                  <w:tcW w:type="dxa" w:w="1720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sz w:val="36"/>
                      <w:szCs w:val="36"/>
                      <w:rtl/>
                    </w:rPr>
                    <w:t>←</w:t>
                  </w:r>
                </w:p>
              </w:tc>
              <w:tc>
                <w:tcPr>
                  <w:tcW w:type="dxa" w:w="1720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single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מִסְפָּרִים בַּסִּפּוּר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מִסְפָּר מִמַּחְסַן הַמִּסְפָּרִים. מִסְפָּר אֶחָד מְיֻתָּר.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300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40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7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מִדְיָן שָׁלַט בְּיִשְׂרָאֵל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 שָׁנִים.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עִם גִּדְעוֹן הָלְכוּ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 אִישׁ.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חוֹשְׁבִים וְעוֹנִים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הָעָם רָצָה שֶׁגִּדְעוֹן יִהְיֶה מֶלֶךְ. מָה עָנָה גִּדְעוֹן, וְלָמָּה?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0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שִׁמְשׁוֹן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16000" cy="2859141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mson_106_None_Fals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2859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85" w:type="dxa"/>
              <w:left w:w="170" w:type="dxa"/>
              <w:bottom w:w="85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6"/>
                <w:szCs w:val="36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בְּנֵי יִשְׂרָאֵל הוֹסִיפוּ לַעֲשׂוֹת אֶת הָרַע, וְהַפְּלִשְׁתִּים שָׁלְטוּ בָּהֶם אַרְבָּעִים שָׁנָה.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מַלְאַךְ ה' אָמַר לְאִשְׁתּוֹ שֶׁל מָנוֹחַ מִשֵּׁבֶט דָּן: יִוָּלֵד לָךְ בֵּן, וְהוּא יִהְיֶה נָזִיר.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נָזִיר לֹא שׁוֹתֶה יַיִן וְלֹא מְגַלֵּחַ אֶת שְׂעַר רֹאשׁוֹ.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שִׁמְשׁוֹן גָּדַל, וְה' נָתַן לוֹ כֹּחַ גָּדוֹל מְאוֹד: הוּא קָרַע אַרְיֵה בְּיָדַיִם, וְנָשָׂא אֶת דַּלְתוֹת שַׁעַר הָעִיר עַזָּה עַל כְּתֵפָיו.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שִׁמְשׁוֹן נִלְחַם בַּפְּלִשְׁתִּים לְבַד, וְהִתְחִיל לְהוֹשִׁיעַ אֶת יִשְׂרָאֵל.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1"/>
                <w:szCs w:val="31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1"/>
                <w:szCs w:val="31"/>
                <w:rtl/>
              </w:rPr>
              <w:t>שִׁמְשׁוֹן שָׁפַט אֶת יִשְׂרָאֵל עֶשְׂרִים שָׁנָה. בַּסּוֹף הִתְפַּלֵּל: "זָכְרֵנִי נָא וְחַזְּקֵנִי נָא" (שׁוֹפְטִים טז, כח).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29"/>
                <w:szCs w:val="29"/>
                <w:rtl/>
              </w:rPr>
              <w:t xml:space="preserve">מִלִּים קָשׁוֹת: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29"/>
                <w:szCs w:val="29"/>
                <w:rtl/>
              </w:rPr>
              <w:t>נָזִיר</w:t>
            </w: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 xml:space="preserve"> – מִי שֶׁלֹּא שׁוֹתֶה יַיִן וְלֹא מְגַלֵּחַ; 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29"/>
                <w:szCs w:val="29"/>
                <w:rtl/>
              </w:rPr>
              <w:t>פְּלִשְׁתִּים</w:t>
            </w: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 xml:space="preserve"> – עַם שֶׁגָּר לְיַד הַיָּם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קוֹרְאִים 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בְּעִגּוּל אֶת הַמִּלָּה פְּלִשְׁתִּים, וּמִתְחוּ קַו מִתַּחַת לַמִּלָּה לְהוֹשִׁיעַ.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9"/>
                <w:szCs w:val="39"/>
                <w:rtl/>
              </w:rPr>
              <w:t>…וְהוּא יָחֵל לְהוֹשִׁיעַ אֶת־יִשְׂרָאֵל מִיַּד פְּלִשְׁתִּים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יג, ה)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שִׁמְשׁוֹן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7711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עַזָּה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נָזִיר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דָּן</w:t>
                  </w:r>
                </w:p>
              </w:tc>
              <w:tc>
                <w:tcPr>
                  <w:tcW w:type="dxa" w:w="257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פְּלִשְׁתִּים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שִׁמְשׁוֹן הָיָה מִשֵּׁבֶט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שִׁמְשׁוֹן הָיָה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שִׁמְשׁוֹן נִלְחַם בַּ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 xml:space="preserve">שִׁמְשׁוֹן נָשָׂא אֶת דַּלְתוֹת הָעִיר </w:t>
            </w:r>
            <w:r>
              <w:rPr>
                <w:rFonts w:ascii="Noto Sans Hebrew" w:hAnsi="Noto Sans Hebrew" w:cs="Noto Sans Hebrew" w:eastAsia="Noto Sans Hebrew"/>
                <w:color w:val="888888"/>
                <w:sz w:val="36"/>
                <w:szCs w:val="36"/>
                <w:rtl/>
              </w:rPr>
              <w:t xml:space="preserve"> 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608"/>
              <w:gridCol w:w="567"/>
              <w:gridCol w:w="1247"/>
              <w:gridCol w:w="567"/>
              <w:gridCol w:w="5103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מָנוֹחַ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עִיר שֶׁל הַפְּלִשְׁתִּים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נָזִיר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אַבָּא שֶׁל שִׁמְשׁוֹן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עַזָּה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שִׁמְשׁוֹן קָרַע אוֹתוֹ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אַרְיֵה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10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לֹא שׁוֹתֶה יַיִן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8" name="Picture 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9" name="Picture 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הַפְּלִשְׁתִּים שָׁלְטוּ בְּיִשְׂרָאֵל אַרְבָּעִים שָׁנָה.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0" name="Picture 7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1" name="Picture 7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שִׁמְשׁוֹן גִּלֵּחַ אֶת שְׂעַר רֹאשׁוֹ כָּל שָׁבוּעַ.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2" name="Picture 7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3" name="Picture 7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ה' נָתַן לְשִׁמְשׁוֹן כֹּחַ גָּדוֹל.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4" name="Picture 7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5" name="Picture 7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שִׁמְשׁוֹן שָׁפַט אֶת יִשְׂרָאֵל שְׁמוֹנִים שָׁנָה.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6" name="Picture 7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7" name="Picture 7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שִׁמְשׁוֹן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הַגַּלְגַּל וְהַפָּסוּק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הַגַּלְגַּל שֶׁל שִׁמְשׁוֹן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גִּזְרוּ אֶת חֲמֵשֶׁת הַמִּשְׁפָּטִים, וְהַדְבִּיקוּ כָּל מִשְׁפָּט לְיַד הַשָּׁלָב הַמַּתְאִים בַּגַּלְגַּל.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33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0" w:after="0" w:line="8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w="9639" w:type="dxa"/>
              <w:jc w:val="center"/>
              <w:tblCellSpacing w:w="2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6463"/>
            </w:tblGrid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7F8C8D"/>
                    <w:left w:val="single" w:sz="10" w:space="0" w:color="7F8C8D"/>
                    <w:bottom w:val="single" w:sz="10" w:space="0" w:color="7F8C8D"/>
                    <w:right w:val="single" w:sz="10" w:space="0" w:color="7F8C8D"/>
                  </w:tcBorders>
                  <w:shd w:val="clear" w:color="auto" w:fill="EAECEE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7F8C8D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7F8C8D"/>
                      <w:sz w:val="29"/>
                      <w:szCs w:val="29"/>
                      <w:rtl/>
                    </w:rPr>
                    <w:t xml:space="preserve">  חוֹטְאִים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C0392B"/>
                    <w:left w:val="single" w:sz="10" w:space="0" w:color="C0392B"/>
                    <w:bottom w:val="single" w:sz="10" w:space="0" w:color="C0392B"/>
                    <w:right w:val="single" w:sz="10" w:space="0" w:color="C0392B"/>
                  </w:tcBorders>
                  <w:shd w:val="clear" w:color="auto" w:fill="FADBD8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C0392B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C0392B"/>
                      <w:sz w:val="29"/>
                      <w:szCs w:val="29"/>
                      <w:rtl/>
                    </w:rPr>
                    <w:t xml:space="preserve">  אוֹיֵב וְשִׁעְבּוּד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2471A3"/>
                    <w:left w:val="single" w:sz="10" w:space="0" w:color="2471A3"/>
                    <w:bottom w:val="single" w:sz="10" w:space="0" w:color="2471A3"/>
                    <w:right w:val="single" w:sz="10" w:space="0" w:color="2471A3"/>
                  </w:tcBorders>
                  <w:shd w:val="clear" w:color="auto" w:fill="D6EAF8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2471A3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2471A3"/>
                      <w:sz w:val="29"/>
                      <w:szCs w:val="29"/>
                      <w:rtl/>
                    </w:rPr>
                    <w:t xml:space="preserve">  צוֹעֲקִים וְחוֹזְרִים בִּתְשׁוּבָה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1E8449"/>
                    <w:left w:val="single" w:sz="10" w:space="0" w:color="1E8449"/>
                    <w:bottom w:val="single" w:sz="10" w:space="0" w:color="1E8449"/>
                    <w:right w:val="single" w:sz="10" w:space="0" w:color="1E8449"/>
                  </w:tcBorders>
                  <w:shd w:val="clear" w:color="auto" w:fill="D5F5E3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1E8449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E8449"/>
                      <w:sz w:val="29"/>
                      <w:szCs w:val="29"/>
                      <w:rtl/>
                    </w:rPr>
                    <w:t xml:space="preserve">  שׁוֹפֵט מוֹשִׁיעַ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82" w:hRule="exact"/>
                <w:cantSplit/>
              </w:trPr>
              <w:tc>
                <w:tcPr>
                  <w:tcW w:type="dxa" w:w="5159"/>
                  <w:tcW w:w="3175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 xml:space="preserve">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>5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29"/>
                      <w:szCs w:val="29"/>
                      <w:shd w:val="clear" w:color="auto" w:fill="B7950B"/>
                      <w:rtl/>
                    </w:rPr>
                    <w:t xml:space="preserve">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B7950B"/>
                      <w:sz w:val="29"/>
                      <w:szCs w:val="29"/>
                      <w:rtl/>
                    </w:rPr>
                    <w:t xml:space="preserve">  שֶׁקֶט בָּאָרֶץ</w:t>
                  </w:r>
                </w:p>
              </w:tc>
              <w:tc>
                <w:tcPr>
                  <w:tcW w:type="dxa" w:w="5159"/>
                  <w:tcW w:w="6463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הַמִּלִּים. מִלָּה אַחַת מְיֻתֶּרֶת.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עֶשְׂרִים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מוֹאָב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0"/>
                      <w:szCs w:val="40"/>
                      <w:rtl/>
                    </w:rPr>
                    <w:t>פְלִשְׁתִּים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88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וַיִּשְׁפֹּט אֶת־יִשְׂרָאֵל בִּימֵי _________ _________ שָׁנָה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28"/>
                <w:szCs w:val="28"/>
                <w:rtl/>
              </w:rPr>
              <w:t>(שׁוֹפְטִים טו, כ)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מִי נָתַן לְשִׁמְשׁוֹן אֶת הַכֹּחַ?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ה'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הַפְּלִשְׁתִּים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הָאַרְיֵה</w:t>
            </w:r>
          </w:p>
          <w:p>
            <w:pPr>
              <w:bidi/>
              <w:spacing w:before="40" w:after="2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. מָה אָסוּר לְנָזִיר?</w:t>
            </w:r>
          </w:p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2"/>
                <w:szCs w:val="32"/>
                <w:rtl/>
              </w:rPr>
              <w:t xml:space="preserve">   א.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לֶאֱכֹל לֶחֶם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2"/>
                <w:szCs w:val="32"/>
                <w:rtl/>
              </w:rPr>
              <w:t xml:space="preserve">     ב.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לִשְׁתּוֹת יַיִן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2"/>
                <w:szCs w:val="32"/>
                <w:rtl/>
              </w:rPr>
              <w:t xml:space="preserve">     ג.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לָלֶכֶת לַשָּׂדֶה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3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שִׁמְשׁוֹן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צוֹבְעִים, מְצַיְּרִים וְחוֹשְׁבִים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216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16" w:space="0" w:color="B7950B"/>
              <w:left w:val="single" w:sz="16" w:space="0" w:color="B7950B"/>
              <w:bottom w:val="single" w:sz="16" w:space="0" w:color="B7950B"/>
              <w:right w:val="single" w:sz="16" w:space="0" w:color="B7950B"/>
            </w:tcBorders>
            <w:shd w:val="clear" w:color="auto" w:fill="FBF6E3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B7950B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צִבְעוּ אֶת הַתְּמוּנָה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15999" cy="2686728"/>
                  <wp:docPr id="78" name="Picture 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mson_c_56_None_False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999" cy="26867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216" w:type="dxa"/>
            <w:tcBorders>
              <w:top w:val="single" w:sz="16" w:space="0" w:color="B7950B"/>
              <w:left w:val="single" w:sz="16" w:space="0" w:color="B7950B"/>
              <w:bottom w:val="single" w:sz="16" w:space="0" w:color="B7950B"/>
              <w:right w:val="single" w:sz="16" w:space="0" w:color="B7950B"/>
            </w:tcBorders>
            <w:shd w:val="clear" w:color="auto" w:fill="FBF6E3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shd w:val="clear" w:color="auto" w:fill="B7950B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 xml:space="preserve">  מְצַיְּרִים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29"/>
                <w:szCs w:val="29"/>
                <w:rtl/>
              </w:rPr>
              <w:t>צַיְּרוּ אֶת שִׁמְשׁוֹן נוֹשֵׂא אֶת דַּלְתוֹת הָעִיר עַזָּה.</w:t>
            </w:r>
          </w:p>
          <w:tbl>
            <w:tblPr>
              <w:bidiVisual/>
              <w:tblW w:w="487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</w:tblGrid>
            <w:tr>
              <w:trPr>
                <w:trHeight w:val="3912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סַדְּרוּ אֶת הָאוֹתִיּוֹת לְמִלָּה, וְכִתְבוּ אוֹתָהּ עַל הַקַּו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0"/>
                <w:szCs w:val="30"/>
                <w:rtl/>
              </w:rPr>
              <w:t xml:space="preserve">רֶמֶז: </w:t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שִׁמְשׁוֹן הָיָה ___ מִיּוֹם שֶׁנּוֹלַד</w:t>
            </w:r>
          </w:p>
          <w:tbl>
            <w:tblPr>
              <w:bidiVisual/>
              <w:tblW w:w="6917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7"/>
              <w:gridCol w:w="737"/>
              <w:gridCol w:w="737"/>
              <w:gridCol w:w="737"/>
              <w:gridCol w:w="567"/>
              <w:gridCol w:w="3402"/>
            </w:tblGrid>
            <w:tr>
              <w:trPr>
                <w:trHeight w:val="652" w:hRule="atLeast"/>
                <w:cantSplit/>
              </w:trPr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ר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ז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י</w:t>
                  </w:r>
                </w:p>
              </w:tc>
              <w:tc>
                <w:tcPr>
                  <w:tcW w:type="dxa" w:w="1720"/>
                  <w:tcW w:w="737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4"/>
                      <w:szCs w:val="44"/>
                      <w:rtl/>
                    </w:rPr>
                    <w:t>נ</w:t>
                  </w:r>
                </w:p>
              </w:tc>
              <w:tc>
                <w:tcPr>
                  <w:tcW w:type="dxa" w:w="1720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sz w:val="36"/>
                      <w:szCs w:val="36"/>
                      <w:rtl/>
                    </w:rPr>
                    <w:t>←</w:t>
                  </w:r>
                </w:p>
              </w:tc>
              <w:tc>
                <w:tcPr>
                  <w:tcW w:type="dxa" w:w="1720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single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מִסְפָּרִים בַּסִּפּוּר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מִסְפָּר מִמַּחְסַן הַמִּסְפָּרִים. מִסְפָּר אֶחָד מְיֻתָּר.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2"/>
                <w:szCs w:val="32"/>
                <w:rtl/>
              </w:rPr>
              <w:t>מַחְסַן מִלִּים:</w:t>
            </w:r>
          </w:p>
          <w:tbl>
            <w:tblPr>
              <w:bidiVisual/>
              <w:tblW w:w="578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56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40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80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8"/>
                      <w:szCs w:val="38"/>
                      <w:rtl/>
                    </w:rPr>
                    <w:t>20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הַפְּלִשְׁתִּים שָׁלְטוּ בְּיִשְׂרָאֵל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 שָׁנָה.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שִׁמְשׁוֹן שָׁפַט אֶת יִשְׂרָאֵל </w:t>
            </w:r>
            <w:r>
              <w:rPr>
                <w:rFonts w:ascii="Noto Sans Hebrew" w:hAnsi="Noto Sans Hebrew" w:cs="Noto Sans Hebrew" w:eastAsia="Noto Sans Hebrew"/>
                <w:color w:val="888888"/>
                <w:sz w:val="34"/>
                <w:szCs w:val="34"/>
                <w:rtl/>
              </w:rPr>
              <w:t>________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 xml:space="preserve"> שָׁנָה.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חוֹשְׁבִים וְעוֹנִים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בַּגַּלְגַּל שֶׁל שִׁמְשׁוֹן חָסֵר שָׁלָב אֶחָד. אֵיזֶה שָׁלָב חָסֵר?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חֲזָרָה: חֲמֵשֶׁת הַשּׁוֹפְטִים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3A5F"/>
              <w:left w:val="single" w:sz="24" w:space="0" w:color="1F3A5F"/>
              <w:bottom w:val="single" w:sz="24" w:space="0" w:color="1F3A5F"/>
              <w:right w:val="single" w:sz="24" w:space="0" w:color="1F3A5F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3A5F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3A5F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3A5F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מִי הִצִּיל מִמִּי?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מִן הַשּׁוֹפֵט אֶל הָאוֹיֵב שֶׁמִּמֶּנּוּ הוּא הוֹשִׁיעַ.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567"/>
              <w:gridCol w:w="1247"/>
              <w:gridCol w:w="567"/>
              <w:gridCol w:w="430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עָתְנִיאֵל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30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מִדְיָן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אֵהוּד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30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כּוּשַׁן רִשְׁעָתַיִם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דְּבוֹרָה וּבָרָק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30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הַפְּלִשְׁתִּים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גִּדְעוֹן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30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עֶגְלוֹן מֶלֶךְ מוֹאָב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שִׁמְשׁוֹן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30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סִיסְרָא וְיָבִין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3A5F"/>
              <w:left w:val="single" w:sz="24" w:space="0" w:color="1F3A5F"/>
              <w:bottom w:val="single" w:sz="24" w:space="0" w:color="1F3A5F"/>
              <w:right w:val="single" w:sz="24" w:space="0" w:color="1F3A5F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3A5F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3A5F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3A5F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מִי אֲנִי?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אֶת שֵׁם הַשּׁוֹפֵט.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520"/>
              <w:gridCol w:w="3118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6520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אֲנִי עָבַדְתִּי בַּיָּד הַשְּׂמָאלִית.</w:t>
                  </w:r>
                </w:p>
              </w:tc>
              <w:tc>
                <w:tcPr>
                  <w:tcW w:type="dxa" w:w="5159"/>
                  <w:tcW w:w="3118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6520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 xml:space="preserve">הָלְכוּ אִתִּי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sz w:val="32"/>
                      <w:szCs w:val="32"/>
                      <w:rtl/>
                    </w:rPr>
                    <w:t>300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 xml:space="preserve"> אִישׁ עִם שׁוֹפָרוֹת.</w:t>
                  </w:r>
                </w:p>
              </w:tc>
              <w:tc>
                <w:tcPr>
                  <w:tcW w:type="dxa" w:w="5159"/>
                  <w:tcW w:w="3118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6520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הָיִיתִי נָזִיר, וְה' נָתַן לִי כֹּחַ גָּדוֹל.</w:t>
                  </w:r>
                </w:p>
              </w:tc>
              <w:tc>
                <w:tcPr>
                  <w:tcW w:type="dxa" w:w="5159"/>
                  <w:tcW w:w="3118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6520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הָיִיתִי הָאָח הַצָּעִיר שֶׁל כָּלֵב.</w:t>
                  </w:r>
                </w:p>
              </w:tc>
              <w:tc>
                <w:tcPr>
                  <w:tcW w:type="dxa" w:w="5159"/>
                  <w:tcW w:w="3118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6520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tcMar>
                    <w:top w:w="11" w:type="dxa"/>
                    <w:left w:w="113" w:type="dxa"/>
                    <w:bottom w:w="11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עָלִיתִי לְהַר תָּבוֹר עִם עֲשֶׂרֶת אֲלָפִים אִישׁ.</w:t>
                  </w:r>
                </w:p>
              </w:tc>
              <w:tc>
                <w:tcPr>
                  <w:tcW w:type="dxa" w:w="5159"/>
                  <w:tcW w:w="3118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3A5F"/>
              <w:left w:val="single" w:sz="24" w:space="0" w:color="1F3A5F"/>
              <w:bottom w:val="single" w:sz="24" w:space="0" w:color="1F3A5F"/>
              <w:right w:val="single" w:sz="24" w:space="0" w:color="1F3A5F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3A5F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3A5F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3A5F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הַגַּלְגַּל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אֶת חֲמֵשֶׁת שְׁלַבֵּי הַגַּלְגַּל לְפִי הַסֵּדֶר.</w:t>
            </w:r>
          </w:p>
          <w:tbl>
            <w:tblPr>
              <w:bidiVisual/>
              <w:tblW w:w="9355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1871"/>
              <w:gridCol w:w="1871"/>
              <w:gridCol w:w="1871"/>
              <w:gridCol w:w="1871"/>
            </w:tblGrid>
            <w:tr>
              <w:trPr>
                <w:trHeight w:val="737" w:hRule="atLeast"/>
                <w:cantSplit/>
              </w:trPr>
              <w:tc>
                <w:tcPr>
                  <w:tcW w:type="dxa" w:w="2064"/>
                  <w:tcW w:w="1871" w:type="dxa"/>
                  <w:tcBorders>
                    <w:top w:val="single" w:sz="10" w:space="0" w:color="7F8C8D"/>
                    <w:left w:val="single" w:sz="10" w:space="0" w:color="7F8C8D"/>
                    <w:bottom w:val="single" w:sz="10" w:space="0" w:color="7F8C8D"/>
                    <w:right w:val="single" w:sz="10" w:space="0" w:color="7F8C8D"/>
                  </w:tcBorders>
                  <w:shd w:val="clear" w:color="auto" w:fill="EAECEE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7F8C8D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type="dxa" w:w="2064"/>
                  <w:tcW w:w="1871" w:type="dxa"/>
                  <w:tcBorders>
                    <w:top w:val="single" w:sz="10" w:space="0" w:color="C0392B"/>
                    <w:left w:val="single" w:sz="10" w:space="0" w:color="C0392B"/>
                    <w:bottom w:val="single" w:sz="10" w:space="0" w:color="C0392B"/>
                    <w:right w:val="single" w:sz="10" w:space="0" w:color="C0392B"/>
                  </w:tcBorders>
                  <w:shd w:val="clear" w:color="auto" w:fill="FADBD8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C0392B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type="dxa" w:w="2064"/>
                  <w:tcW w:w="1871" w:type="dxa"/>
                  <w:tcBorders>
                    <w:top w:val="single" w:sz="10" w:space="0" w:color="2471A3"/>
                    <w:left w:val="single" w:sz="10" w:space="0" w:color="2471A3"/>
                    <w:bottom w:val="single" w:sz="10" w:space="0" w:color="2471A3"/>
                    <w:right w:val="single" w:sz="10" w:space="0" w:color="2471A3"/>
                  </w:tcBorders>
                  <w:shd w:val="clear" w:color="auto" w:fill="D6EAF8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471A3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type="dxa" w:w="2064"/>
                  <w:tcW w:w="1871" w:type="dxa"/>
                  <w:tcBorders>
                    <w:top w:val="single" w:sz="10" w:space="0" w:color="1E8449"/>
                    <w:left w:val="single" w:sz="10" w:space="0" w:color="1E8449"/>
                    <w:bottom w:val="single" w:sz="10" w:space="0" w:color="1E8449"/>
                    <w:right w:val="single" w:sz="10" w:space="0" w:color="1E8449"/>
                  </w:tcBorders>
                  <w:shd w:val="clear" w:color="auto" w:fill="D5F5E3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E8449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type="dxa" w:w="2064"/>
                  <w:tcW w:w="1871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CF3C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28"/>
                      <w:szCs w:val="28"/>
                      <w:rtl/>
                    </w:rPr>
                    <w:t>5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36" w:space="0" w:color="D4AC0D"/>
              <w:left w:val="double" w:sz="36" w:space="0" w:color="D4AC0D"/>
              <w:bottom w:val="double" w:sz="36" w:space="0" w:color="D4AC0D"/>
              <w:right w:val="double" w:sz="36" w:space="0" w:color="D4AC0D"/>
            </w:tcBorders>
            <w:shd w:val="clear" w:color="auto" w:fill="FFFDF5"/>
            <w:tcMar>
              <w:top w:w="283" w:type="dxa"/>
              <w:left w:w="283" w:type="dxa"/>
              <w:bottom w:w="283" w:type="dxa"/>
              <w:right w:w="283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80"/>
                <w:szCs w:val="80"/>
                <w:rtl/>
              </w:rPr>
              <w:t>תְּעוּדַת סִיּוּם</w:t>
            </w:r>
          </w:p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8"/>
                <w:szCs w:val="48"/>
                <w:rtl/>
              </w:rPr>
              <w:t>סִיַּמְתִּי אֶת חוֹבֶרֶת סֵפֶר שׁוֹפְטִים!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40000" cy="3780000"/>
                  <wp:docPr id="79" name="Picture 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halom_140_None_False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0" cy="37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160" w:after="8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לָמַדְתִּי עַל הַגַּלְגַּל הַחוֹזֵר וְעַל חֲמִשָּׁה שׁוֹפְטִים:</w:t>
            </w:r>
          </w:p>
          <w:tbl>
            <w:tblPr>
              <w:bidiVisual/>
              <w:tblW w:w="10319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63"/>
              <w:gridCol w:w="2063"/>
              <w:gridCol w:w="2063"/>
              <w:gridCol w:w="2063"/>
              <w:gridCol w:w="2063"/>
            </w:tblGrid>
            <w:tr>
              <w:trPr>
                <w:trHeight w:val="623" w:hRule="atLeast"/>
                <w:cantSplit/>
              </w:trPr>
              <w:tc>
                <w:tcPr>
                  <w:tcW w:type="dxa" w:w="2064"/>
                  <w:tcW w:w="2063" w:type="dxa"/>
                  <w:tcBorders>
                    <w:top w:val="single" w:sz="6" w:space="0" w:color="16A085"/>
                    <w:left w:val="single" w:sz="6" w:space="0" w:color="16A085"/>
                    <w:bottom w:val="single" w:sz="6" w:space="0" w:color="16A085"/>
                    <w:right w:val="single" w:sz="6" w:space="0" w:color="16A085"/>
                  </w:tcBorders>
                  <w:shd w:val="clear" w:color="auto" w:fill="16A085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עָתְנִיאֵל</w:t>
                  </w:r>
                </w:p>
              </w:tc>
              <w:tc>
                <w:tcPr>
                  <w:tcW w:type="dxa" w:w="2064"/>
                  <w:tcW w:w="2063" w:type="dxa"/>
                  <w:tcBorders>
                    <w:top w:val="single" w:sz="6" w:space="0" w:color="D35400"/>
                    <w:left w:val="single" w:sz="6" w:space="0" w:color="D35400"/>
                    <w:bottom w:val="single" w:sz="6" w:space="0" w:color="D35400"/>
                    <w:right w:val="single" w:sz="6" w:space="0" w:color="D35400"/>
                  </w:tcBorders>
                  <w:shd w:val="clear" w:color="auto" w:fill="D3540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אֵהוּד</w:t>
                  </w:r>
                </w:p>
              </w:tc>
              <w:tc>
                <w:tcPr>
                  <w:tcW w:type="dxa" w:w="2064"/>
                  <w:tcW w:w="2063" w:type="dxa"/>
                  <w:tcBorders>
                    <w:top w:val="single" w:sz="6" w:space="0" w:color="8E44AD"/>
                    <w:left w:val="single" w:sz="6" w:space="0" w:color="8E44AD"/>
                    <w:bottom w:val="single" w:sz="6" w:space="0" w:color="8E44AD"/>
                    <w:right w:val="single" w:sz="6" w:space="0" w:color="8E44AD"/>
                  </w:tcBorders>
                  <w:shd w:val="clear" w:color="auto" w:fill="8E44A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דְּבוֹרָה וּבָרָק</w:t>
                  </w:r>
                </w:p>
              </w:tc>
              <w:tc>
                <w:tcPr>
                  <w:tcW w:type="dxa" w:w="2064"/>
                  <w:tcW w:w="2063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גִּדְעוֹן</w:t>
                  </w:r>
                </w:p>
              </w:tc>
              <w:tc>
                <w:tcPr>
                  <w:tcW w:type="dxa" w:w="2064"/>
                  <w:tcW w:w="2063" w:type="dxa"/>
                  <w:tcBorders>
                    <w:top w:val="single" w:sz="6" w:space="0" w:color="B7950B"/>
                    <w:left w:val="single" w:sz="6" w:space="0" w:color="B7950B"/>
                    <w:bottom w:val="single" w:sz="6" w:space="0" w:color="B7950B"/>
                    <w:right w:val="single" w:sz="6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שִׁמְשׁוֹן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20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40"/>
                <w:szCs w:val="40"/>
                <w:rtl/>
              </w:rPr>
              <w:t>כְּשֶׁחוֹזְרִים בִּתְשׁוּבָה – ה' שׁוֹמֵעַ וּמוֹשִׁיעַ.</w:t>
            </w:r>
          </w:p>
          <w:p>
            <w:pPr>
              <w:bidi/>
              <w:spacing w:before="20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60"/>
                <w:szCs w:val="60"/>
                <w:rtl/>
              </w:rPr>
              <w:t>כׇּל הַכָּבוֹד!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כַּרְטִיסִיּוֹת הַגַּלְגַּל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5613" w:type="dxa"/>
        <w:jc w:val="center"/>
        <w:tblCellSpacing w:w="22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</w:tblGrid>
      <w:tr>
        <w:trPr>
          <w:trHeight w:val="850" w:hRule="exact"/>
          <w:cantSplit/>
        </w:trPr>
        <w:tc>
          <w:tcPr>
            <w:tcW w:type="dxa" w:w="343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D6EAF8"/>
            <w:vAlign w:val="center"/>
          </w:tcPr>
          <w:p>
            <w:pPr>
              <w:bidi/>
              <w:spacing w:before="0" w:after="0" w:line="216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471A3"/>
                <w:sz w:val="21"/>
                <w:szCs w:val="21"/>
                <w:rtl/>
              </w:rPr>
              <w:t>צוֹעֲקִים וְחוֹזְרִים בִּתְשׁוּבָה</w:t>
            </w:r>
          </w:p>
        </w:tc>
        <w:tc>
          <w:tcPr>
            <w:tcW w:type="dxa" w:w="343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CF3CF"/>
            <w:vAlign w:val="center"/>
          </w:tcPr>
          <w:p>
            <w:pPr>
              <w:bidi/>
              <w:spacing w:before="0" w:after="0" w:line="216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26"/>
                <w:szCs w:val="26"/>
                <w:rtl/>
              </w:rPr>
              <w:t>שֶׁקֶט בָּאָרֶץ</w:t>
            </w:r>
          </w:p>
        </w:tc>
        <w:tc>
          <w:tcPr>
            <w:tcW w:type="dxa" w:w="343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EAECEE"/>
            <w:vAlign w:val="center"/>
          </w:tcPr>
          <w:p>
            <w:pPr>
              <w:bidi/>
              <w:spacing w:before="0" w:after="0" w:line="216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F8C8D"/>
                <w:sz w:val="26"/>
                <w:szCs w:val="26"/>
                <w:rtl/>
              </w:rPr>
              <w:t>חוֹטְאִים</w:t>
            </w:r>
          </w:p>
        </w:tc>
      </w:tr>
      <w:tr>
        <w:trPr>
          <w:trHeight w:val="850" w:hRule="exact"/>
          <w:cantSplit/>
        </w:trPr>
        <w:tc>
          <w:tcPr>
            <w:tcW w:type="dxa" w:w="343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D5F5E3"/>
            <w:vAlign w:val="center"/>
          </w:tcPr>
          <w:p>
            <w:pPr>
              <w:bidi/>
              <w:spacing w:before="0" w:after="0" w:line="216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E8449"/>
                <w:sz w:val="26"/>
                <w:szCs w:val="26"/>
                <w:rtl/>
              </w:rPr>
              <w:t>שׁוֹפֵט מוֹשִׁיעַ</w:t>
            </w:r>
          </w:p>
        </w:tc>
        <w:tc>
          <w:tcPr>
            <w:tcW w:type="dxa" w:w="343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ADBD8"/>
            <w:vAlign w:val="center"/>
          </w:tcPr>
          <w:p>
            <w:pPr>
              <w:bidi/>
              <w:spacing w:before="0" w:after="0" w:line="216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26"/>
                <w:szCs w:val="26"/>
                <w:rtl/>
              </w:rPr>
              <w:t>אוֹיֵב וְשִׁעְבּוּד</w:t>
            </w:r>
          </w:p>
        </w:tc>
        <w:tc>
          <w:tcPr>
            <w:tcW w:type="dxa" w:w="3439"/>
            <w:tcW w:w="1871" w:type="dxa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הַגַּלְגַּל שֶׁל עָתְנִיאֵל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6237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237"/>
      </w:tblGrid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ה' שָׁלַח אֶת עָתְנִיאֵל, וְהוּא נִצַּח.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7"/>
                <w:szCs w:val="27"/>
                <w:rtl/>
              </w:rPr>
              <w:t>בְּנֵי יִשְׂרָאֵל שָׁכְחוּ אֶת ה' וְעָבְדוּ עֲבוֹדָה זָרָה.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הָאָרֶץ שָׁקְטָה אַרְבָּעִים שָׁנָה.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7"/>
                <w:szCs w:val="27"/>
                <w:rtl/>
              </w:rPr>
              <w:t>כּוּשַׁן רִשְׁעָתַיִם שִׁעְבֵּד אוֹתָם שְׁמוֹנֶה שָׁנִים.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בְּנֵי יִשְׂרָאֵל זָעֲקוּ אֶל ה'.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הַגַּלְגַּל שֶׁל אֵהוּד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6237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237"/>
      </w:tblGrid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ה' שָׁלַח אֶת אֵהוּד, וְהוּא הִצִּיל אֶת הָעָם.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בְּנֵי יִשְׂרָאֵל שׁוּב עָשׂוּ אֶת הָרַע בְּעֵינֵי ה'.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הָאָרֶץ שָׁקְטָה שְׁמוֹנִים שָׁנָה.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 xml:space="preserve">עֶגְלוֹן מֶלֶךְ מוֹאָב שָׁלַט בָּהֶם </w:t>
            </w:r>
            <w:r>
              <w:rPr>
                <w:rFonts w:ascii="Noto Sans" w:hAnsi="Noto Sans" w:cs="Noto Sans" w:eastAsia="Noto Sans"/>
                <w:b/>
                <w:bCs/>
                <w:sz w:val="31"/>
                <w:szCs w:val="31"/>
                <w:rtl/>
              </w:rPr>
              <w:t>18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 xml:space="preserve"> שָׁנָה.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בְּנֵי יִשְׂרָאֵל זָעֲקוּ אֶל ה'.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הַגַּלְגַּל שֶׁל דְּבוֹרָה וּבָרָק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6237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237"/>
      </w:tblGrid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דְּבוֹרָה וּבָרָק הוֹשִׁיעוּ אֶת יִשְׂרָאֵל.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אַחֲרֵי שֶׁאֵהוּד מֵת, בְּנֵי יִשְׂרָאֵל שׁוּב חָטְאוּ.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הָאָרֶץ שָׁקְטָה אַרְבָּעִים שָׁנָה.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יָבִין וְסִיסְרָא לָחֲצוּ אוֹתָם עֶשְׂרִים שָׁנָה.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בְּנֵי יִשְׂרָאֵל צָעֲקוּ אֶל ה'.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הַגַּלְגַּל שֶׁל גִּדְעוֹן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6237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237"/>
      </w:tblGrid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גִּדְעוֹן וְ-</w:t>
            </w:r>
            <w:r>
              <w:rPr>
                <w:rFonts w:ascii="Noto Sans" w:hAnsi="Noto Sans" w:cs="Noto Sans" w:eastAsia="Noto Sans"/>
                <w:b/>
                <w:bCs/>
                <w:sz w:val="31"/>
                <w:szCs w:val="31"/>
                <w:rtl/>
              </w:rPr>
              <w:t>300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 xml:space="preserve"> אִישׁ נִצְּחוּ אֶת מִדְיָן.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בְּנֵי יִשְׂרָאֵל עָשׂוּ אֶת הָרַע בְּעֵינֵי ה'.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הָאָרֶץ שָׁקְטָה אַרְבָּעִים שָׁנָה.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מִדְיָן הִשְׁחִית אֶת הַיְּבוּל שֶׁבַע שָׁנִים.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27"/>
                <w:szCs w:val="27"/>
                <w:rtl/>
              </w:rPr>
              <w:t>הָעָם זָעַק אֶל ה', וְגִדְעוֹן נָתַץ אֶת מִזְבַּח הַבַּעַל.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הַגַּלְגַּל שֶׁל שִׁמְשׁוֹן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6237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237"/>
      </w:tblGrid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שִׁמְשׁוֹן הַגִּבּוֹר הִתְחִיל לְהוֹשִׁיעַ.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בְּנֵי יִשְׂרָאֵל הוֹסִיפוּ לַעֲשׂוֹת אֶת הָרַע.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שִׁמְשׁוֹן שָׁפַט אֶת יִשְׂרָאֵל עֶשְׂרִים שָׁנָה.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הַפְּלִשְׁתִּים שָׁלְטוּ בָּהֶם אַרְבָּעִים שָׁנָה.</w:t>
            </w:r>
          </w:p>
        </w:tc>
      </w:tr>
      <w:tr>
        <w:trPr>
          <w:trHeight w:val="708" w:hRule="exact"/>
          <w:cantSplit/>
        </w:trPr>
        <w:tc>
          <w:tcPr>
            <w:tcW w:type="dxa" w:w="10318"/>
            <w:tcW w:w="6237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11" w:type="dxa"/>
              <w:left w:w="141" w:type="dxa"/>
              <w:bottom w:w="1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1"/>
                <w:szCs w:val="31"/>
                <w:rtl/>
              </w:rPr>
              <w:t>לֹא כָּתוּב שֶׁהָעָם צָעַק – אֲבָל ה' רִחֵם עַל עַמּוֹ.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