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26"/>
          <w:szCs w:val="26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30" w:space="0" w:color="D4AC0D"/>
              <w:left w:val="double" w:sz="30" w:space="0" w:color="D4AC0D"/>
              <w:bottom w:val="double" w:sz="30" w:space="0" w:color="D4AC0D"/>
              <w:right w:val="double" w:sz="30" w:space="0" w:color="D4AC0D"/>
            </w:tcBorders>
            <w:shd w:val="clear" w:color="auto" w:fill="1F618D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64"/>
                <w:szCs w:val="64"/>
                <w:rtl/>
              </w:rPr>
              <w:t>סֵפֶר יְהוֹשׁוּעַ –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CE38A"/>
                <w:sz w:val="52"/>
                <w:szCs w:val="52"/>
                <w:rtl/>
              </w:rPr>
              <w:t>מַפְתֵּחַ תְּשׁוּבוֹת לַמּוֹרֶה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2" w:space="0" w:color="AAB7B8"/>
              <w:left w:val="single" w:sz="12" w:space="0" w:color="AAB7B8"/>
              <w:bottom w:val="single" w:sz="12" w:space="0" w:color="AAB7B8"/>
              <w:right w:val="single" w:sz="12" w:space="0" w:color="AAB7B8"/>
            </w:tcBorders>
            <w:shd w:val="clear" w:color="auto" w:fill="F4F6F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8"/>
                <w:szCs w:val="38"/>
                <w:rtl/>
              </w:rPr>
              <w:t>הֶעָרוֹת לַמּוֹרֶה</w:t>
            </w:r>
          </w:p>
          <w:p>
            <w:pPr>
              <w:bidi/>
              <w:spacing w:before="0" w:after="4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הַפְּסוּקִים בַּחוֹבֶרֶת לְקוּחִים מִנֻּסַּח הַמִּקְרָא הַמְּנֻקָּד שֶׁל מָכוֹן מַמְרֵא. שֵׁם ה' כָּתוּב "ה'".</w:t>
            </w:r>
          </w:p>
          <w:p>
            <w:pPr>
              <w:bidi/>
              <w:spacing w:before="0" w:after="4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דַּף הַגְּזִירָה נִמְצָא בְּסוֹף הַחוֹבֶרֶת, בְּעַמּוּד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33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. מַדְפִּיסִים אוֹתוֹ בְּצַד אֶחָד בִּלְבַד. בְּכָל מְשִׂימַת גְּזִירָה – בְּעַמּוּד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, בְּעַמּוּד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14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 וּבְעַמּוּד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 – כָּתוּב: "גּוֹזְרִים מֵעַמּוּד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33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".</w:t>
            </w:r>
          </w:p>
          <w:p>
            <w:pPr>
              <w:bidi/>
              <w:spacing w:before="0" w:after="4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מִסְפְּרֵי הָעַמּוּדִים בַּמַּפְתֵּחַ הֵם מִסְפְּרֵי הָעַמּוּדִים בַּחוֹבֶרֶת.</w:t>
            </w:r>
          </w:p>
          <w:p>
            <w:pPr>
              <w:bidi/>
              <w:spacing w:before="0" w:after="4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הַמַּפָּה בִּיחִידָה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 הִיא מַפָּה פְּשׁוּטָה לִילָדִים, וְלֹא מַפָּה מְדֻיֶּקֶת שֶׁל הַגְּבוּלוֹת.</w:t>
            </w:r>
          </w:p>
          <w:p>
            <w:pPr>
              <w:bidi/>
              <w:spacing w:before="0" w:after="4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בְּמָקוֹם שֶׁכָּתוּב "תְּשׁוּבָה אִישִׁית" – מְקַבְּלִים כָּל תְּשׁוּבָה מַתְאִימָה.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· יְהוֹשׁוּעַ מְקַבֵּל אֶת הַהַנְהָגָה  (עַמּוּד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494"/>
        <w:gridCol w:w="7824"/>
      </w:tblGrid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AF3FC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נָכוֹן אוֹ לֹא נָכוֹן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נָכוֹן.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נָכוֹן.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לֹא נָכוֹן: יְהוֹשׁוּעַ לוֹמֵד תּוֹרָה יוֹמָם וָלַיְלָה.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לֹא נָכוֹן: הָעָם אָמְרוּ "כֹּל אֲשֶׁר צִוִּיתָנוּ נַעֲשֶׂה".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AF3FC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הַשְׁלִימוּ אֶת הַפָּסוּק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חֲזַק וֶאֱמָץ, אַל־תַּעֲרֹץ וְאַל־תֵּחָת: כִּי עִמְּךָ ה' אֱלֹהֶיךָ, בְּכֹל אֲשֶׁר תֵּלֵךְ. (א, ט)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AF3FC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הַקִּיפוּ אֶת הַתְּמוּנָה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סֵפֶר הַתּוֹרָה (הַתְּמוּנָה הָאֶמְצָעִית). "וְהָגִיתָ בּוֹ יוֹמָם וָלַיְלָה" (א, ח).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AF3FC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צְבִיעָה וְצִיּוּר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תְּשׁוּבָה אִישִׁית. לְמָשָׁל: לוֹמְדִים תּוֹרָה, עוֹשִׂים מִצְווֹת, לֹא מְפַחֲדִים לַעֲשׂוֹת טוֹב.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AF3FC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פִּנַּת עֲרָכִים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ה' עִם מִי שֶׁהוֹלֵךְ בְּדַרְכּוֹ. מַנְהִיג צָרִיךְ לִהְיוֹת חָזָק וְאַמִּיץ וְלִלְמֹד תּוֹרָה.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· הַמְרַגְּלִים וְרָחָב  (עַמּוּד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494"/>
        <w:gridCol w:w="7824"/>
      </w:tblGrid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DF2E7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הַתְאִימוּ תְּמוּנָה לְמִשְׁפָּט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הַחוּט הָאָדֹם בַּחַלּוֹן – הַתְּמוּנָה הַשְּׁלִישִׁית (חַלּוֹן עִם חוּט אָדֹם).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הַחוֹמָה שֶׁל יְרִיחוֹ – הַתְּמוּנָה הָרִאשׁוֹנָה (חוֹמָה וּמִגְדָּל).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מַחֲנֵה יִשְׂרָאֵל בַּשִּׁטִּים – הַתְּמוּנָה הַשְּׁנִיָּה (אֹהָלִים).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DF2E7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הַשְׁלִימוּ אֶת הַפָּסוּק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לְכוּ רְאוּ אֶת־הָאָרֶץ, וְאֶת־יְרִיחוֹ (ב, א).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DF2E7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צֶבַע הַחוּט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אָדֹם ("תִּקְוַת חוּט הַשָּׁנִי" – ב, יח).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DF2E7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פִּנַּת עֲרָכִים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רָחָב עָזְרָה לַמְרַגְּלִים, וְהִיא וּמִשְׁפַּחְתָּהּ נִצְּלוּ. מִי שֶׁעוֹזֵר – מְקַבֵּל טוֹב.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· מַעֲבַר הַיַּרְדֵּן וּשְׁתֵּים עֶשְׂרֵה הָאֲבָנִים  (עַמּוּד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494"/>
        <w:gridCol w:w="7824"/>
      </w:tblGrid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8F6F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הַמָּבוֹךְ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מְצַיְּרִים קַו בַּשְּׁבִיל הַצָּהֹב (הַיָּבֵשׁ) מִן הַמַּחֲנֶה (יָמִין) אֶל אֶרֶץ יִשְׂרָאֵל (שְׂמֹאל).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8F6F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נָכוֹן אוֹ לֹא נָכוֹן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נָכוֹן.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לֹא נָכוֹן: הָעָם עָבְרוּ בֶּחָרָבָה – בַּיַּבָּשָׁה.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נָכוֹן.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8F6F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הַשְׁלִימוּ אֶת הַפְּסוּקִים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וְכָל־יִשְׂרָאֵל, עֹבְרִים בֶּחָרָבָה (ג, יז).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מָה הָאֲבָנִים הָאֵלֶּה לָכֶם (ד, ו).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הַמִּלָּה "בַּמַּיִם" מְיֻתֶּרֶת.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8F6F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. גִּזְרוּ וְהַדְבִּיקוּ (עַמּוּד </w:t>
            </w: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)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גּוֹזְרִים מֵעַמּוּד </w:t>
            </w: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33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. מַדְבִּיקִים </w:t>
            </w: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אֲבָנִים – אֶבֶן אַחַת לְכָל שֵׁבֶט ("לְמִסְפַּר שִׁבְטֵי בְנֵי־יִשְׂרָאֵל" – ד, ה).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8F6F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פִּנַּת עֲרָכִים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זוֹכְרִים אֶת הַנִּסִּים שֶׁל ה' וּמְסַפְּרִים עֲלֵיהֶם לַיְּלָדִים.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· חוֹמוֹת יְרִיחוֹ  (עַמּוּד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494"/>
        <w:gridCol w:w="7824"/>
      </w:tblGrid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BEAEA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. סַדְּרוּ אֶת הַסִּפּוּר (עַמּוּד </w:t>
            </w: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14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)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גּוֹזְרִים מֵעַמּוּד </w:t>
            </w: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33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הָעָם וְהַכֹּהֲנִים עִם הָאָרוֹן מַקִּיפִים אֶת הָעִיר.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הַכֹּהֲנִים תּוֹקְעִים בַּשּׁוֹפָרוֹת.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הָעָם מְרִיעִים תְּרוּעָה גְּדוֹלָה.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הַחוֹמָה נוֹפֶלֶת.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BEAEA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כַּמָּה פְּעָמִים?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פַּעַם </w:t>
            </w: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בְּכָל יוֹם (ו, ג).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פְּעָמִים בַּיּוֹם הַשְּׁבִיעִי (ו, ד).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כֹּהֲנִים (ו, ד).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BEAEA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הַשְׁלִימוּ אֶת הַפָּסוּק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וַיָּרִיעוּ הָעָם תְּרוּעָה גְדוֹלָה, וַתִּפֹּל הַחוֹמָה תַּחְתֶּיהָ (ו, כ).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BEAEA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פִּנַּת עֲרָכִים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כְּשֶׁשּׁוֹמְעִים בְּקוֹל ה' – ה' עוֹזֵר. הַנִּצָּחוֹן בָּא מֵה'.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· עָכָן וְהָעַי  (עַמּוּד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494"/>
        <w:gridCol w:w="7824"/>
      </w:tblGrid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4ECF7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מָה לָקַח עָכָן?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הַזָּהָב וְהָאַדֶּרֶת (הַתְּמוּנָה הָאֶמְצָעִית).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4ECF7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נָכוֹן אוֹ לֹא נָכוֹן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נָכוֹן.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נָכוֹן.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לֹא נָכוֹן: עָכָן הוֹדָה וְאָמַר "אָנֹכִי חָטָאתִי" (ז, כ).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4ECF7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צַיְּרוּ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תְּשׁוּבָה אִישִׁית. לְמָשָׁל: מַחֲזִירִים לַבְּעָלִים אוֹ נוֹתְנִים לַמּוֹרֶה.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4ECF7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פִּנַּת עֲרָכִים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לֹא לוֹקְחִים דָּבָר שֶׁאָסוּר. כְּשֶׁטּוֹעִים – מוֹדִים.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· הַגִּבְעוֹנִים  (עַמּוּד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494"/>
        <w:gridCol w:w="7824"/>
      </w:tblGrid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BEEE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. הַקִּיפוּ </w:t>
            </w: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 תְּמוּנוֹת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לֶחֶם יָבֵשׁ, נַעֲלַיִם בָּלוֹת, נֹאד יַיִן קָרוּעַ (ט, יב–יג).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BEEE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נָכוֹן אוֹ לֹא נָכוֹן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לֹא נָכוֹן: הֵם גָּרוּ קָרוֹב, וְרַק אָמְרוּ שֶׁבָּאוּ מֵרָחוֹק.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לֹא נָכוֹן: "וְאֶת־פִּי ה', לֹא שָׁאָלוּ" (ט, יד).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BEEE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הַשְׁלִימוּ אֶת הַפָּסוּק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מֵאֶרֶץ רְחוֹקָה בָּאנוּ, וְעַתָּה, כִּרְתוּ־לָנוּ בְרִית (ט, ו).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BEEE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. גִּזְרוּ וְהַדְבִּיקוּ (עַמּוּד </w:t>
            </w: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)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גּוֹזְרִים מֵעַמּוּד </w:t>
            </w: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33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. הַלֶּחֶם – מֵעַל "לֶחֶם יָבֵשׁ"; הַנַּעֲלַיִם – מֵעַל "נַעֲלַיִם בָּלוֹת"; הַנֹּאד – מֵעַל "נֹאדוֹת יַיִן קְרוּעִים".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BEEE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הַשְׁלִימוּ אֶת הַפָּסוּק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וְאֶת־פִּי ה', לֹא שָׁאָלוּ (ט, יד). הַמִּלָּה "שָׁמְעוּ" מְיֻתֶּרֶת.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BEEE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צַיְּרוּ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תְּשׁוּבָה אִישִׁית: הַגִּבְעוֹנִים בִּבְגָדִים יְשָׁנִים, עִם לֶחֶם יָבֵשׁ וְנַעֲלַיִם בָּלוֹת, בָּאִים אֶל יְהוֹשׁוּעַ.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BEEE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פִּנַּת עֲרָכִים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לִפְנֵי שֶׁמַּחְלִיטִים – שׁוֹאֲלִים: אֶת ה', אֶת הַהוֹרִים וְאֶת הָרַב.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· שֶׁמֶשׁ בְּגִבְעוֹן דּוֹם  (עַמּוּד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494"/>
        <w:gridCol w:w="7824"/>
      </w:tblGrid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AF2F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הַשְׁלִימוּ אֶת הַפָּסוּק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שֶׁמֶשׁ בְּגִבְעוֹן דּוֹם, וְיָרֵחַ, בְּעֵמֶק אַיָּלוֹן (י, יב).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AF2F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נָכוֹן אוֹ לֹא נָכוֹן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נָכוֹן.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לֹא נָכוֹן: הַשֶּׁמֶשׁ עָמְדָה בַּשָּׁמַיִם (י, יג).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נָכוֹן: "כִּי ה', נִלְחָם לְיִשְׂרָאֵל" (י, יד).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AF2F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צִבְעוּ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צְבִיעָה חָפְשִׁית.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· חֲלֻקַּת הָאָרֶץ לַשְּׁבָטִים  (עַמּוּד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494"/>
        <w:gridCol w:w="7824"/>
      </w:tblGrid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9F7E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הַמַּפָּה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אָשֵׁר, </w:t>
            </w: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נַפְתָּלִי, </w:t>
            </w: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זְבוּלֻן, </w:t>
            </w: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יִשָּׂשכָר, </w:t>
            </w: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מְנַשֶּׁה (בִּשְׁנֵי עֶבְרֵי הַיַּרְדֵּן), </w:t>
            </w: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אֶפְרַיִם, </w:t>
            </w: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דָּן, </w:t>
            </w: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בִּנְיָמִן, </w:t>
            </w: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יְהוּדָה, </w:t>
            </w: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שִׁמְעוֹן, </w:t>
            </w: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11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גָּד, </w:t>
            </w: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רְאוּבֵן. כָּל נַחֲלָה – צֶבַע אַחֵר.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9F7E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עֵבֶר הַיַּרְדֵּן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שְׁנַיִם וָחֵצִי: רְאוּבֵן, גָּד וַחֲצִי שֵׁבֶט מְנַשֶּׁה.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9F7E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אֵיפֹה הַגּוֹרָל?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בְּשִׁלֹה (יח, י).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9F7E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הַשְׁלִימוּ אֶת הַפָּסוּק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וַיְחַלֶּק־שָׁם יְהוֹשֻׁעַ אֶת־הָאָרֶץ לִבְנֵי יִשְׂרָאֵל, כְּמַחְלְקֹתָם (יח, י).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9F7E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מִי אָמַר?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"רְאֵה, נָתַתִּי בְיָדְךָ אֶת יְרִיחוֹ" – ה' (ו, ב).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"קִשְׁרִי חוּט אָדֹם בַּחַלּוֹן" – הַמְרַגְּלִים (ב, יח).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"מֵאֶרֶץ רְחוֹקָה בָּאנוּ" – הַגִּבְעוֹנִים (ט, ו).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"שֶׁמֶשׁ בְּגִבְעוֹן דּוֹם" – יְהוֹשׁוּעַ (י, יב).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9F7E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פִּנַּת עֲרָכִים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הַגּוֹרָל הָיָה "לִפְנֵי ה'", וְלָכֵן כָּל שֵׁבֶט שָׂמַח בַּחֵלֶק שֶׁלּוֹ.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· עָרֵי מִקְלָט  (עַמּוּד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494"/>
        <w:gridCol w:w="7824"/>
      </w:tblGrid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BF6E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הַמָּבוֹךְ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מְצַיְּרִים קַו בַּדֶּרֶךְ הָאֲפֹרָה מִן הָאִישׁ (יָמִין) אֶל עִיר הַמִּקְלָט (שְׂמֹאל).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BF6E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כַּמָּה עָרֵי מִקְלָט?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שָׁלֹשׁ בְּאֶרֶץ כְּנַעַן וְשָׁלֹשׁ בְּעֵבֶר הַיַּרְדֵּן (כ, ז–ח).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BF6E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נָכוֹן אוֹ לֹא נָכוֹן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נָכוֹן.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לֹא נָכוֹן: גָּרִים בָּעִיר, וְהִיא שׁוֹמֶרֶת עַל הָאָדָם.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BF6E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פִּנַּת עֲרָכִים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צָרִיךְ לִהְיוֹת זְהִירִים. גַּם מִי שֶׁטָּעָה בְּלִי כַּוָּנָה – צָרִיךְ מָקוֹם בָּטוּחַ.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· נְאוּם הַפְּרֵדָה שֶׁל יְהוֹשׁוּעַ  (עַמּוּד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494"/>
        <w:gridCol w:w="7824"/>
      </w:tblGrid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8F0F7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הַשְׁלִימוּ אֶת הַפְּסוּקִים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וְאָנֹכִי וּבֵיתִי, נַעֲבֹד אֶת־ה' (כד, טו).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אֶת־ה' אֱלֹהֵינוּ נַעֲבֹד, וּבְקוֹלוֹ נִשְׁמָע (כד, כד).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8F0F7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צַיְּרוּ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תְּשׁוּבָה אִישִׁית: מִצְוָה שֶׁל הַמִּשְׁפָּחָה (שַׁבָּת, תְּפִלָּה, צְדָקָה וְכוּ').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8F0F7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0"/>
                <w:szCs w:val="3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. נָכוֹן אוֹ לֹא נָכוֹן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נָכוֹן (כד, א).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color w:val="1B2631"/>
                <w:sz w:val="30"/>
                <w:szCs w:val="3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 xml:space="preserve"> – לֹא נָכוֹן: הָעָם אָמְרוּ "אֶת־ה' אֱלֹהֵינוּ נַעֲבֹד".</w:t>
            </w:r>
          </w:p>
        </w:tc>
      </w:tr>
      <w:tr>
        <w:trPr>
          <w:cantSplit/>
        </w:trPr>
        <w:tc>
          <w:tcPr>
            <w:tcW w:type="dxa" w:w="5159"/>
            <w:tcW w:w="249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E8F0F7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>פִּנַּת עֲרָכִים</w:t>
            </w:r>
          </w:p>
        </w:tc>
        <w:tc>
          <w:tcPr>
            <w:tcW w:type="dxa" w:w="5159"/>
            <w:tcW w:w="782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0"/>
                <w:szCs w:val="30"/>
                <w:rtl/>
              </w:rPr>
              <w:t>גַּם אֲנִי וְהַמִּשְׁפָּחָה שֶׁלִּי עוֹבְדִים אֶת ה'.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shd w:val="clear" w:color="auto" w:fill="7F8C8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מִשְׂחַק הַסִּכּוּם – תְּשׁוּבוֹת  (עַמּוּד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30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)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שׁוֹפָר: הַכֹּהֲנִים תָּקְעוּ בַּשּׁוֹפָרוֹת.</w:t>
            </w:r>
          </w:p>
        </w:tc>
        <w:tc>
          <w:tcPr>
            <w:tcW w:type="dxa" w:w="5159"/>
            <w:tcW w:w="5159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אֶבֶן: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 אֲבָנִים.</w:t>
            </w:r>
          </w:p>
        </w:tc>
      </w:tr>
      <w:tr>
        <w:trPr>
          <w:cantSplit/>
        </w:trPr>
        <w:tc>
          <w:tcPr>
            <w:tcW w:type="dxa" w:w="5159"/>
            <w:tcW w:w="5159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חַלּוֹן: חוּט אָדֹם (חוּט הַשָּׁנִי).</w:t>
            </w:r>
          </w:p>
        </w:tc>
        <w:tc>
          <w:tcPr>
            <w:tcW w:type="dxa" w:w="5159"/>
            <w:tcW w:w="5159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לֶחֶם: הַגִּבְעוֹנִים.</w:t>
            </w:r>
          </w:p>
        </w:tc>
      </w:tr>
      <w:tr>
        <w:trPr>
          <w:cantSplit/>
        </w:trPr>
        <w:tc>
          <w:tcPr>
            <w:tcW w:type="dxa" w:w="5159"/>
            <w:tcW w:w="5159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שֶׁמֶשׁ וְיָרֵחַ: "שֶׁמֶשׁ בְּגִבְעוֹן דּוֹם".</w:t>
            </w:r>
          </w:p>
        </w:tc>
        <w:tc>
          <w:tcPr>
            <w:tcW w:type="dxa" w:w="5159"/>
            <w:tcW w:w="5159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סֵפֶר תּוֹרָה: "חֲזַק וֶאֱמָץ".</w:t>
            </w:r>
          </w:p>
        </w:tc>
      </w:tr>
      <w:tr>
        <w:trPr>
          <w:cantSplit/>
        </w:trPr>
        <w:tc>
          <w:tcPr>
            <w:tcW w:type="dxa" w:w="5159"/>
            <w:tcW w:w="5159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שְׁבִיל יָבֵשׁ: בֶּחָרָבָה – בַּיַּבָּשָׁה.</w:t>
            </w:r>
          </w:p>
        </w:tc>
        <w:tc>
          <w:tcPr>
            <w:tcW w:type="dxa" w:w="5159"/>
            <w:tcW w:w="5159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חוֹמָה הֲרוּסָה: הַחוֹמָה נָפְלָה.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ans Hebrew" w:hAnsi="Noto Sans Hebrew" w:cs="Noto Sans Hebrew" w:eastAsia="Noto Sans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