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26"/>
          <w:szCs w:val="26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6" w:space="0" w:color="D4AC0D"/>
              <w:left w:val="double" w:sz="36" w:space="0" w:color="D4AC0D"/>
              <w:bottom w:val="double" w:sz="36" w:space="0" w:color="D4AC0D"/>
              <w:right w:val="double" w:sz="36" w:space="0" w:color="D4AC0D"/>
            </w:tcBorders>
            <w:shd w:val="clear" w:color="auto" w:fill="1F618D"/>
            <w:tcMar>
              <w:top w:w="226" w:type="dxa"/>
              <w:left w:w="226" w:type="dxa"/>
              <w:bottom w:w="226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108"/>
                <w:szCs w:val="108"/>
                <w:rtl/>
              </w:rPr>
              <w:t>סֵפֶר יְהוֹשׁוּעַ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CE38A"/>
                <w:sz w:val="60"/>
                <w:szCs w:val="60"/>
                <w:rtl/>
              </w:rPr>
              <w:t>חוֹבֶרֶת עֲבוֹדָה לְכִתָּה ב'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2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jordan_176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226" w:type="dxa"/>
              <w:left w:w="226" w:type="dxa"/>
              <w:bottom w:w="226" w:type="dxa"/>
              <w:right w:w="226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4"/>
                <w:szCs w:val="44"/>
                <w:rtl/>
              </w:rPr>
              <w:t>הַחוֹבֶרֶת שֶׁל: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12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4"/>
                <w:szCs w:val="44"/>
                <w:rtl/>
              </w:rPr>
              <w:t>כִּתָּה: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12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4"/>
                <w:szCs w:val="44"/>
                <w:rtl/>
              </w:rPr>
              <w:t>בֵּית הַסֵּפֶר: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60"/>
        <w:jc w:val="center"/>
      </w:pPr>
      <w:r>
        <w:rPr>
          <w:rFonts w:ascii="Noto Sans Hebrew" w:hAnsi="Noto Sans Hebrew" w:cs="Noto Sans Hebrew" w:eastAsia="Noto Sans Hebrew"/>
          <w:b/>
          <w:bCs/>
          <w:color w:val="1F618D"/>
          <w:sz w:val="64"/>
          <w:szCs w:val="64"/>
          <w:rtl/>
        </w:rPr>
        <w:t>לִפְנֵי שֶׁמַּתְחִילִים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לִפְתִיחַת הַלִּמּוּד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לֹא־יָמוּשׁ סֵפֶר הַתּוֹרָה הַזֶּה מִפִּיךָ, וְהָגִיתָ בּוֹ יוֹמָם וָלַיְלָה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א, ח)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6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4_stones_150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אוֹמְרִים יַחַד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תּוֹרָה צִוָּה־לָנוּ מֹשֶׁה, מוֹרָשָׁה קְהִלַּת יַעֲקֹב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(דְּבָרִים לג, 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60"/>
        <w:jc w:val="center"/>
      </w:pPr>
      <w:r>
        <w:rPr>
          <w:rFonts w:ascii="Noto Sans Hebrew" w:hAnsi="Noto Sans Hebrew" w:cs="Noto Sans Hebrew" w:eastAsia="Noto Sans Hebrew"/>
          <w:b/>
          <w:bCs/>
          <w:color w:val="1F618D"/>
          <w:sz w:val="68"/>
          <w:szCs w:val="68"/>
          <w:rtl/>
        </w:rPr>
        <w:t>תֹּכֶן הָעִנְיָנִים</w:t>
      </w:r>
    </w:p>
    <w:tbl>
      <w:tblPr>
        <w:bidiVisual/>
        <w:tblW w:w="10206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134"/>
        <w:gridCol w:w="7371"/>
        <w:gridCol w:w="1701"/>
      </w:tblGrid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>★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0F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מָבוֹא – לַמּוֹרֶה וְלַהוֹרִים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0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4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1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F3FC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יְהוֹשׁוּעַ מְקַבֵּל אֶת הַהַנְהָגָה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F3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5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DF2E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הַמְרַגְּלִים וְרָחָב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DF2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8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6F3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מַעֲבַר הַיַּרְדֵּן וּשְׁתֵּים עֶשְׂרֵה הָאֲבָנִים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6F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10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EAEA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חוֹמוֹת יְרִיחוֹ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EAEA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13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4ECF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עָכָן וְהָעַי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16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EEE6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הַגִּבְעוֹנִים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EEE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18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7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F2F8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שֶׁמֶשׁ בְּגִבְעוֹן דּוֹם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AF2F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21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9F7E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חֲלֻקַּת הָאָרֶץ לַשְּׁבָטִים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23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F6E3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עָרֵי מִקְלָט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BF6E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26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10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0F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נְאוּם הַפְּרֵדָה שֶׁל יְהוֹשׁוּעַ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8F0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28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F8C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>★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מִשְׂחַק סִכּוּם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30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39C1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>★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מָה אֲנִי זוֹכֵר?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31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7F8C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>★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תְּעוּדַת "כָּל הַכָּבוֹד!"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32</w:t>
            </w:r>
          </w:p>
        </w:tc>
      </w:tr>
      <w:tr>
        <w:trPr>
          <w:trHeight w:val="708" w:hRule="atLeast"/>
          <w:cantSplit/>
        </w:trPr>
        <w:tc>
          <w:tcPr>
            <w:tcW w:type="dxa" w:w="3439"/>
            <w:tcW w:w="113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>✂</w:t>
            </w:r>
          </w:p>
        </w:tc>
        <w:tc>
          <w:tcPr>
            <w:tcW w:type="dxa" w:w="3439"/>
            <w:tcW w:w="73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33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63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cantSplit/>
        </w:trPr>
        <w:tc>
          <w:tcPr>
            <w:tcW w:type="dxa" w:w="2064"/>
            <w:tcW w:w="192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1765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torah_30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92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176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tents_30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92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1765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tone_30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92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1765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hofar_30_None_Fals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92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80000" cy="71765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wall_30_None_Fals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17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ans Hebrew" w:hAnsi="Noto Sans Hebrew" w:cs="Noto Sans Hebrew" w:eastAsia="Noto Sans Hebrew"/>
          <w:b/>
          <w:bCs/>
          <w:color w:val="1F618D"/>
          <w:sz w:val="60"/>
          <w:szCs w:val="60"/>
          <w:rtl/>
        </w:rPr>
        <w:t>מָבוֹא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>לַמּוֹרֶה וְלַהוֹרִים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הַחוֹבֶרֶת מְלַוָּה אֶת לִמּוּד סֵפֶר יְהוֹשׁוּעַ בְּכִתָּה ב'.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הִיא מְחֻלֶּקֶת לְעֶשֶׂר יְחִידוֹת, לְפִי הַסִּפּוּרִים הָעִקָּרִיִּים בַּסֵּפֶר. כָּל יְחִידָה מַתְחִילָה בְּעַמּוּד חָדָשׁ.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כָּל הַטֶּקְסְטִים מְנֻקָּדִים, וְהַפְּסוּקִים מוּבָאִים כִּלְשׁוֹנָם מִן הַמִּקְרָא.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מוּמְלָץ לִקְרֹא אֶת הַפְּסוּקִים בְּסֵפֶר יְהוֹשׁוּעַ עִם הַיְּלָדִים, וְאַחַר כָּךְ לַעֲבֹד בַּחוֹבֶרֶת.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בְּסוֹף הַחוֹבֶרֶת יֵשׁ מִשְׂחַק סִכּוּם וּתְעוּדַת הִצְטַיְּנוּת. לַמּוֹרֶה יֵשׁ מַפְתֵּחַ תְּשׁוּבוֹת נִפְרָד.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EAF3FC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42"/>
                <w:szCs w:val="42"/>
                <w:rtl/>
              </w:rPr>
              <w:t>מָה יֵשׁ בְּכָל יְחִידָה?</w:t>
            </w:r>
          </w:p>
          <w:tbl>
            <w:tblPr>
              <w:bidiVisual/>
              <w:tblW w:w="907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97"/>
              <w:gridCol w:w="226"/>
              <w:gridCol w:w="2097"/>
              <w:gridCol w:w="226"/>
              <w:gridCol w:w="2097"/>
              <w:gridCol w:w="226"/>
              <w:gridCol w:w="2097"/>
            </w:tblGrid>
            <w:tr>
              <w:trPr>
                <w:trHeight w:val="623" w:hRule="atLeast"/>
                <w:cantSplit/>
              </w:trPr>
              <w:tc>
                <w:tcPr>
                  <w:tcW w:type="dxa" w:w="1474"/>
                  <w:tcW w:w="209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הַסִּפּוּר שֶׁלָּנוּ</w:t>
                  </w:r>
                </w:p>
              </w:tc>
              <w:tc>
                <w:tcPr>
                  <w:tcW w:type="dxa" w:w="1474"/>
                  <w:tcW w:w="22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474"/>
                  <w:tcW w:w="209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1474"/>
                  <w:tcW w:w="22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474"/>
                  <w:tcW w:w="209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פָּסוּק לִזְכֹּר</w:t>
                  </w:r>
                </w:p>
              </w:tc>
              <w:tc>
                <w:tcPr>
                  <w:tcW w:type="dxa" w:w="1474"/>
                  <w:tcW w:w="22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←</w:t>
                  </w:r>
                </w:p>
              </w:tc>
              <w:tc>
                <w:tcPr>
                  <w:tcW w:type="dxa" w:w="1474"/>
                  <w:tcW w:w="209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מְשִׂימוֹת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וּבַסּוֹף – פִּנַּת עֲרָכִים: מָה אֲנִי לוֹמֵד מֵהַסִּפּוּר?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AAB7B8"/>
              <w:left w:val="single" w:sz="12" w:space="0" w:color="AAB7B8"/>
              <w:bottom w:val="single" w:sz="12" w:space="0" w:color="AAB7B8"/>
              <w:right w:val="single" w:sz="12" w:space="0" w:color="AAB7B8"/>
            </w:tcBorders>
            <w:shd w:val="clear" w:color="auto" w:fill="F4F6F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42"/>
                <w:szCs w:val="42"/>
                <w:rtl/>
              </w:rPr>
              <w:t>אֵיךְ עוֹבְדִים בַּחוֹבֶרֶת?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ejaVu Sans" w:hAnsi="DejaVu Sans" w:cs="DejaVu Sans" w:eastAsia="DejaVu Sans"/>
                      <w:sz w:val="34"/>
                      <w:szCs w:val="34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גּוֹזְרִים וּמַדְבִּיקִים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ejaVu Sans" w:hAnsi="DejaVu Sans" w:cs="DejaVu Sans" w:eastAsia="DejaVu Sans"/>
                      <w:sz w:val="34"/>
                      <w:szCs w:val="34"/>
                      <w:rtl/>
                    </w:rPr>
                    <w:t xml:space="preserve">✏ 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כּוֹתְבִים וּמַשְׁלִימִים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6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</w:t>
                  </w: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6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נָכוֹן אוֹ לֹא נָכוֹן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mile_6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פִּנַּת עֲרָכִים: מָה לָמַדְתִּי?</w:t>
                  </w:r>
                </w:p>
              </w:tc>
            </w:tr>
            <w:tr>
              <w:trPr>
                <w:trHeight w:val="538" w:hRule="atLeast"/>
                <w:cantSplit/>
              </w:trPr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מִלִּים קָשׁוֹת – מָה פֵּרוּשׁ הַמִּלָּה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צוֹבְעִים, מְצַיְּרִים וּמְשַׂחֲקִים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42"/>
                <w:szCs w:val="42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2"/>
                <w:szCs w:val="42"/>
                <w:rtl/>
              </w:rPr>
              <w:t>דַּף הַגְּזִירָה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כָּל הַחֲלָקִים לִגְזִירָה נִמְצָאִים בְּסוֹף הַחוֹבֶרֶת, בְּעַמּוּד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בְּכָל מְשִׂימָה שֶׁל "גִּזְרוּ וְהַדְבִּיקוּ" כָּתוּב: "גּוֹזְרִים מֵעַמּוּד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".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מַדְפִּיסִים אֶת עַמּוּד </w:t>
            </w:r>
            <w:r>
              <w:rPr>
                <w:rFonts w:ascii="Noto Sans" w:hAnsi="Noto Sans" w:cs="Noto Sans" w:eastAsia="Noto Sans"/>
                <w:sz w:val="34"/>
                <w:szCs w:val="34"/>
                <w:rtl/>
              </w:rPr>
              <w:t>33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 xml:space="preserve"> בְּצַד אֶחָד בִּלְבַד, כְּדֵי שֶׁלֹּא נִגְזֹר דָּבָר מִן הָעַמּוּד שֶׁמֵּאֲחוֹרָיו.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יְהוֹשׁוּעַ מְקַבֵּל אֶת הַהַנְהָגָה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lead_142_None_Fal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מֹשֶׁה רַבֵּנוּ נִפְטַר.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ה' בָּחַר בִּיהוֹשׁוּעַ בִּן נוּן.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יַנְהִיג אֶת עַם יִשְׂרָאֵל וְיַעֲבִיר אוֹתָם לְאֶרֶץ יִשְׂרָאֵל.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ה' אָמַר לִיהוֹשׁוּעַ: "חֲזַק וֶאֱמָץ!"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לוֹמֵד תּוֹרָה יוֹמָם וָלַיְלָה.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הָעָם אָמְרוּ לִיהוֹשׁוּעַ: "כֹּל אֲשֶׁר צִוִּיתָנוּ נַעֲשֶׂה."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מַנְהִיג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מִי שֶׁמּוֹבִיל אֶת הָעָם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חֲזַק וֶאֱמָץ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הֱיֵה חָזָק וְאַל תְּפַחֵד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חֲזַק וֶאֱמָץ, אַל־תַּעֲרֹץ וְאַל־תֵּחָת: כִּי עִמְּךָ ה' אֱלֹהֶיךָ, בְּכֹל אֲשֶׁר תֵּלֵךְ.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א,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יְהוֹשׁוּעַ הוּא הַמַּנְהִיג הֶחָדָשׁ שֶׁל עַם 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ה' אָמַר לִיהוֹשׁוּעַ: "חֲזַק וֶאֱמָץ!"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יְהוֹשׁוּעַ לוֹמֵד תּוֹרָה רַק בְּשַׁבָּת.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הָעָם לֹא רָצוּ לִשְׁמֹעַ בְּקוֹל יְהוֹשׁוּעַ.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אֶת הַמִּלָּה הַנְּכוֹנָה מִמַּחְסַן הַמִּלִּים.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תֵּלֵךְ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וֶאֱמָץ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תֵּחָת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חֲזַק ____________, אַל־תַּעֲרֹץ וְאַל־____________: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כִּי עִמְּךָ ה' אֱלֹהֶיךָ, בְּכֹל אֲשֶׁר ____________.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א,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לוֹמֵד יְהוֹשׁוּעַ יוֹמָם וָלַיְלָה?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הַתְּמוּנָה הַנְּכוֹנָה.</w:t>
            </w:r>
          </w:p>
          <w:tbl>
            <w:tblPr>
              <w:bidiVisual/>
              <w:tblW w:w="8675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891"/>
              <w:gridCol w:w="2891"/>
              <w:gridCol w:w="2891"/>
            </w:tblGrid>
            <w:tr>
              <w:trPr>
                <w:cantSplit/>
              </w:trPr>
              <w:tc>
                <w:tcPr>
                  <w:tcW w:type="dxa" w:w="3439"/>
                  <w:tcW w:w="289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5999" cy="11028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hofar_46_None_False.jp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5999" cy="11028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89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5999" cy="110282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torah_46_None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5999" cy="11028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89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55999" cy="1102825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tents_46_None_False.jp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5999" cy="11028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צִבְעוּ אֶת הַתְּמוּנָה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יְהוֹשׁוּעַ לוֹמֵד תּוֹרָה.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580000" cy="3720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4_torah_155_None_True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0" cy="3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מָה אַתֶּם עוֹשִׂים כְּדֵי לִהְיוֹת "חֲזָקִים וְאַמִּיצִים"?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948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הַמְרַגְּלִים וְרָחָב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375593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spies_134_0.22-0-1-0.82_Fals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375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שָׁלַח שְׁנֵי מְרַגְּלִים לָעִיר יְרִיחוֹ.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הַמְרַגְּלִים בָּאוּ לְבֵית רָחָב. הַבַּיִת הָיָה בְּתוֹךְ הַחוֹמָה.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רָחָב הִסְתִּירָה אוֹתָם עַל הַגַּג.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הִיא הוֹרִידָה אוֹתָם בְּחֶבֶל מִן הַחַלּוֹן.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הַמְרַגְּלִים אָמְרוּ: "קִשְׁרִי חוּט אָדֹם בַּחַלּוֹן."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כָּךְ יִשְׂרָאֵל יַצִּילוּ אֶת רָחָב וְאֶת כָּל מִשְׁפַּחְתָּהּ.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מְרַגְּלִים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הוֹלְכִים לִרְאוֹת בַּסֵּתֶר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חוּט הַשָּׁנִי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חוּט אָדֹם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לְכוּ רְאוּ אֶת־הָאָרֶץ, וְאֶת־יְרִיחוֹ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ב,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הַתְאִימוּ תְּמוּנָה לְמִשְׁפָּט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חַבְּרוּ בְּקַו כָּל מִשְׁפָּט לַתְּמוּנָה הַמַּתְאִימָה.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  <w:gridCol w:w="567"/>
              <w:gridCol w:w="1474"/>
              <w:gridCol w:w="567"/>
              <w:gridCol w:w="1927"/>
            </w:tblGrid>
            <w:tr>
              <w:trPr>
                <w:trHeight w:val="1298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הַחוּט הָאָדֹם בַּחַלּוֹן.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717655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wall_30_None_False.jp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71765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298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הַחוֹמָה שֶׁל הָעִיר יְרִיחוֹ.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717655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tents_30_None_False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71765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298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מַחֲנֵה יִשְׂרָאֵל בַּשִּׁטִּים.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717655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window_30_None_False.jp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71765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יְרִיחוֹ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רְאוּ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לְכוּ ____________ אֶת־הָאָרֶץ, וְאֶת־____________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ב,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בְּאֵיזֶה צֶבַע הָיָה הַחוּט בַּחַלּוֹן?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הַצֶּבַע הַנָּכוֹן.</w:t>
            </w:r>
          </w:p>
          <w:tbl>
            <w:tblPr>
              <w:bidiVisual/>
              <w:tblW w:w="8164" w:type="dxa"/>
              <w:jc w:val="center"/>
              <w:tblCellSpacing w:w="19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793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555555"/>
                    <w:left w:val="single" w:sz="6" w:space="0" w:color="555555"/>
                    <w:bottom w:val="single" w:sz="6" w:space="0" w:color="555555"/>
                    <w:right w:val="single" w:sz="6" w:space="0" w:color="555555"/>
                  </w:tcBorders>
                  <w:shd w:val="clear" w:color="auto" w:fill="3498D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40"/>
                      <w:szCs w:val="40"/>
                      <w:rtl/>
                    </w:rPr>
                    <w:t>כָּחֹל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555555"/>
                    <w:left w:val="single" w:sz="6" w:space="0" w:color="555555"/>
                    <w:bottom w:val="single" w:sz="6" w:space="0" w:color="555555"/>
                    <w:right w:val="single" w:sz="6" w:space="0" w:color="555555"/>
                  </w:tcBorders>
                  <w:shd w:val="clear" w:color="auto" w:fill="E74C3C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40"/>
                      <w:szCs w:val="40"/>
                      <w:rtl/>
                    </w:rPr>
                    <w:t>אָדֹם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555555"/>
                    <w:left w:val="single" w:sz="6" w:space="0" w:color="555555"/>
                    <w:bottom w:val="single" w:sz="6" w:space="0" w:color="555555"/>
                    <w:right w:val="single" w:sz="6" w:space="0" w:color="555555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40"/>
                      <w:szCs w:val="40"/>
                      <w:rtl/>
                    </w:rPr>
                    <w:t>יָרֹק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6" w:space="0" w:color="555555"/>
                    <w:left w:val="single" w:sz="6" w:space="0" w:color="555555"/>
                    <w:bottom w:val="single" w:sz="6" w:space="0" w:color="555555"/>
                    <w:right w:val="single" w:sz="6" w:space="0" w:color="555555"/>
                  </w:tcBorders>
                  <w:shd w:val="clear" w:color="auto" w:fill="F4D03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333333"/>
                      <w:sz w:val="40"/>
                      <w:szCs w:val="40"/>
                      <w:rtl/>
                    </w:rPr>
                    <w:t>צָהֹב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מַעֲבַר הַיַּרְדֵּן וּשְׁתֵּים עֶשְׂרֵה הָאֲבָנִים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jordan_142_None_Fals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עַם יִשְׂרָאֵל הִגִּיעוּ אֶל נְהַר הַיַּרְדֵּן.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הַכֹּהֲנִים נָשְׂאוּ אֶת אֲרוֹן הַבְּרִית לִפְנֵי הָעָם.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רַגְלֵי הַכֹּהֲנִים נָגְעוּ בַּמַּיִם – וְהַמַּיִם עָמְדוּ!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כָּל הָעָם עָבְרוּ בֶּחָרָבָה – בַּיַּבָּשָׁה.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שְׁנֵים עָשָׂר אֲנָשִׁים לָקְחוּ שְׁתֵּים עֶשְׂרֵה אֲבָנִים מִן הַיַּרְדֵּן.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הֵקִים אֶת הָאֲבָנִים בַּגִּלְגָּל – לְזִכָּרוֹן.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חָרָבָה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יַבָּשָׁה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לְזִכָּרוֹן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כְּדֵי לִזְכֹּר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וְכָל־יִשְׂרָאֵל, עֹבְרִים בֶּחָרָבָה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ג, יז)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עוֹבְרִים אֶת הַיַּרְדֵּן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עִזְרוּ לְעַם יִשְׂרָאֵל לַעֲבֹר בֶּחָרָבָה: צַיְּרוּ קַו בַּשְּׁבִיל הַיָּבֵשׁ.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587"/>
              <w:gridCol w:w="6577"/>
              <w:gridCol w:w="1587"/>
            </w:tblGrid>
            <w:tr>
              <w:trPr>
                <w:cantSplit/>
              </w:trPr>
              <w:tc>
                <w:tcPr>
                  <w:tcW w:type="dxa" w:w="3439"/>
                  <w:tcW w:w="158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600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tents_25_None_False.jp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6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הַהַתְחָלָה</w:t>
                  </w:r>
                </w:p>
              </w:tc>
              <w:tc>
                <w:tcPr>
                  <w:tcW w:type="dxa" w:w="3439"/>
                  <w:tcW w:w="657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671999" cy="2018896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aze_jordan_102_None_False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71999" cy="201889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58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600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wall_25_None_False.jp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6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הַכֹּהֲנִים נָשְׂאוּ אֶת אֲרוֹן הַבְּרִית.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הָעָם שָׂחוּ בְּתוֹךְ הַמַּיִם.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לָקְחוּ שְׁתֵּים עֶשְׂרֵה אֲבָנִים מִן הַיַּרְדֵּן.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הַפְּסוּקִים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הָאֲבָנִים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בַּמַּיִם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בֶּחָרָבָה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וְכָל־יִשְׂרָאֵל, עֹבְרִים ____________ (ג, יז)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מָה ____________ הָאֵלֶּה לָכֶם. (ד, 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גִּזְרוּ וְהַדְבִּיקוּ: גַּל הָאֲבָנִים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גִּזְרוּ אֶת </w:t>
            </w:r>
            <w:r>
              <w:rPr>
                <w:rFonts w:ascii="Noto Sans" w:hAnsi="Noto Sans" w:cs="Noto Sans" w:eastAsia="Noto Sans"/>
                <w:color w:val="444444"/>
                <w:sz w:val="34"/>
                <w:szCs w:val="34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הָאֲבָנִים מִדַּף הַגְּזִירָה, וְהַדְבִּיקוּ כָּל אֶבֶן בְּמִסְגֶּרֶת רֵיקָה.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33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5613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1871"/>
              <w:gridCol w:w="1871"/>
            </w:tblGrid>
            <w:tr>
              <w:trPr>
                <w:trHeight w:val="907" w:hRule="exact"/>
                <w:cantSplit/>
              </w:trPr>
              <w:tc>
                <w:tcPr>
                  <w:tcW w:type="dxa" w:w="343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343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343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</w:tr>
          </w:tbl>
          <w:p/>
          <w:tbl>
            <w:tblPr>
              <w:bidiVisual/>
              <w:tblW w:w="7484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1871"/>
              <w:gridCol w:w="1871"/>
              <w:gridCol w:w="1871"/>
            </w:tblGrid>
            <w:tr>
              <w:trPr>
                <w:trHeight w:val="907" w:hRule="exact"/>
                <w:cantSplit/>
              </w:trPr>
              <w:tc>
                <w:tcPr>
                  <w:tcW w:type="dxa" w:w="257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57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57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579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</w:tr>
          </w:tbl>
          <w:p/>
          <w:tbl>
            <w:tblPr>
              <w:bidiVisual/>
              <w:tblW w:w="9355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1871"/>
              <w:gridCol w:w="1871"/>
              <w:gridCol w:w="1871"/>
              <w:gridCol w:w="1871"/>
            </w:tblGrid>
            <w:tr>
              <w:trPr>
                <w:trHeight w:val="907" w:hRule="exact"/>
                <w:cantSplit/>
              </w:trPr>
              <w:tc>
                <w:tcPr>
                  <w:tcW w:type="dxa" w:w="2064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064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064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064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  <w:tc>
                <w:tcPr>
                  <w:tcW w:type="dxa" w:w="2064"/>
                  <w:tcW w:w="187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/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"מָה הָאֲבָנִים הָאֵלֶּה לָכֶם?" – הָאֲבָנִים מַזְכִּירוֹת לָנוּ אֶת הַנֵּס בַּיַּרְדֵּן.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0" cy="3240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2_stones_135_None_True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צִבְעוּ אֶת הַתְּמוּנָה: הַבֵּן שׁוֹאֵל אֶת אַבָּא עַל הָאֲבָנִים.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חוֹמוֹת יְרִיחוֹ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5_jericho_142_None_Fals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ה' אָמַר לִיהוֹשׁוּעַ: "רְאֵה, נָתַתִּי בְיָדְךָ אֶת יְרִיחוֹ."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שִׁשָּׁה יָמִים הִקִּיפוּ אֶת הָעִיר – פַּעַם אַחַת בְּכָל יוֹם.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בַּיּוֹם הַשְּׁבִיעִי הִקִּיפוּ אֶת הָעִיר שֶׁבַע פְּעָמִים.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שִׁבְעָה כֹּהֲנִים תָּקְעוּ בְּשִׁבְעָה שׁוֹפָרוֹת.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הָעָם הֵרִיעוּ תְּרוּעָה גְּדוֹלָה –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וְחוֹמַת יְרִיחוֹ נָפְלָה!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חוֹמָה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קִיר גָּבוֹהַּ סְבִיב הָעִיר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תְּרוּעָה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קוֹל חָזָק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וַיָּרִיעוּ הָעָם תְּרוּעָה גְדוֹלָה, וַתִּפֹּל הַחוֹמָה תַּחְתֶּיהָ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ו, כ)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גִּזְרוּ וְהַדְבִּיקוּ: 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גִּזְרוּ אֶת </w:t>
            </w:r>
            <w:r>
              <w:rPr>
                <w:rFonts w:ascii="Noto Sans" w:hAnsi="Noto Sans" w:cs="Noto Sans" w:eastAsia="Noto Sans"/>
                <w:color w:val="444444"/>
                <w:sz w:val="34"/>
                <w:szCs w:val="3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הַתְּמוּנוֹת מִדַּף הַגְּזִירָה. הַדְבִּיקוּ כָּל תְּמוּנָה מֵעַל הַמִּשְׁפָּט שֶׁלָּהּ.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33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8278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  <w:gridCol w:w="340"/>
              <w:gridCol w:w="3969"/>
            </w:tblGrid>
            <w:tr>
              <w:trPr>
                <w:trHeight w:val="2647" w:hRule="exact"/>
                <w:cantSplit/>
              </w:trPr>
              <w:tc>
                <w:tcPr>
                  <w:tcW w:type="dxa" w:w="3439"/>
                  <w:tcW w:w="3969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40" w:type="dxa"/>
                  <w:vAlign w:val="center"/>
                  <w:vAlign w:val="center"/>
                  <w:vAlign w:val="center"/>
                  <w:vAlign w:val="center"/>
                </w:tcPr>
                <w:p/>
              </w:tc>
              <w:tc>
                <w:tcPr>
                  <w:tcW w:type="dxa" w:w="3439"/>
                  <w:tcW w:w="3969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623" w:hRule="exact"/>
                <w:cantSplit/>
              </w:trPr>
              <w:tc>
                <w:tcPr>
                  <w:tcW w:type="dxa" w:w="3439"/>
                  <w:tcW w:w="3969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4"/>
                      <w:szCs w:val="34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. מַקִּיפִים אֶת הָעִיר</w:t>
                  </w:r>
                </w:p>
              </w:tc>
              <w:tc>
                <w:tcPr>
                  <w:tcW w:type="dxa" w:w="3439"/>
                  <w:tcW w:w="340" w:type="dxa"/>
                  <w:vAlign w:val="center"/>
                  <w:vAlign w:val="center"/>
                  <w:vAlign w:val="center"/>
                  <w:vAlign w:val="center"/>
                </w:tcPr>
                <w:p/>
              </w:tc>
              <w:tc>
                <w:tcPr>
                  <w:tcW w:type="dxa" w:w="3439"/>
                  <w:tcW w:w="3969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4"/>
                      <w:szCs w:val="34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. תּוֹקְעִים בַּשּׁוֹפָרוֹת</w:t>
                  </w:r>
                </w:p>
              </w:tc>
            </w:tr>
            <w:tr>
              <w:trPr>
                <w:trHeight w:val="2647" w:hRule="exact"/>
                <w:cantSplit/>
              </w:trPr>
              <w:tc>
                <w:tcPr>
                  <w:tcW w:type="dxa" w:w="3439"/>
                  <w:tcW w:w="3969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40" w:type="dxa"/>
                  <w:vAlign w:val="center"/>
                  <w:vAlign w:val="center"/>
                  <w:vAlign w:val="center"/>
                  <w:vAlign w:val="center"/>
                </w:tcPr>
                <w:p/>
              </w:tc>
              <w:tc>
                <w:tcPr>
                  <w:tcW w:type="dxa" w:w="3439"/>
                  <w:tcW w:w="3969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623" w:hRule="exact"/>
                <w:cantSplit/>
              </w:trPr>
              <w:tc>
                <w:tcPr>
                  <w:tcW w:type="dxa" w:w="3439"/>
                  <w:tcW w:w="3969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4"/>
                      <w:szCs w:val="34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. מְרִיעִים תְּרוּעָה</w:t>
                  </w:r>
                </w:p>
              </w:tc>
              <w:tc>
                <w:tcPr>
                  <w:tcW w:type="dxa" w:w="3439"/>
                  <w:tcW w:w="340" w:type="dxa"/>
                  <w:vAlign w:val="center"/>
                  <w:vAlign w:val="center"/>
                  <w:vAlign w:val="center"/>
                  <w:vAlign w:val="center"/>
                </w:tcPr>
                <w:p/>
              </w:tc>
              <w:tc>
                <w:tcPr>
                  <w:tcW w:type="dxa" w:w="3439"/>
                  <w:tcW w:w="3969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34"/>
                      <w:szCs w:val="34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. הַחוֹמָה נוֹפֶלֶת!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כַּמָּה פְּעָמִים?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אֶת הַמִּסְפָּר הַנָּכוֹן.</w:t>
            </w:r>
          </w:p>
          <w:p>
            <w:pPr>
              <w:bidi/>
              <w:spacing w:before="0" w:after="80" w:line="31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>בְּכָל אֶחָד מִשֵּׁשֶׁת הַיָּמִים הָרִאשׁוֹנִים הִקִּיפוּ אֶת הָעִיר _____ פַּעַם.</w:t>
            </w:r>
          </w:p>
          <w:p>
            <w:pPr>
              <w:bidi/>
              <w:spacing w:before="0" w:after="80" w:line="31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>בַּיּוֹם הַשְּׁבִיעִי הִקִּיפוּ אֶת הָעִיר _____ פְּעָמִים.</w:t>
            </w:r>
          </w:p>
          <w:p>
            <w:pPr>
              <w:bidi/>
              <w:spacing w:before="0" w:after="80" w:line="31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>כַּמָּה כֹּהֲנִים תָּקְעוּ בַּשּׁוֹפָרוֹת? _____ כֹּהֲנִים.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הַחוֹמָה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תְּרוּעָה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וַיָּרִיעוּ הָעָם ____________ גְדוֹלָה,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וַתִּפֹּל ____________ תַּחְתֶּיהָ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ו, כ)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צִבְעוּ אֶת הַתְּמוּנָה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הַכֹּהֲנִים תּוֹקְעִים בַּשּׁוֹפָרוֹת סְבִיב חוֹמַת יְרִיחוֹ.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2998166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1_jericho_125_None_True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9981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עָכָן וְהָעַי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6_achan_142_None_Fals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ה' צִוָּה: אָסוּר לָקַחַת דָּבָר מִן הַשָּׁלָל שֶׁל יְרִיחוֹ.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עָכָן לָקַח בַּסֵּתֶר אַדֶּרֶת יָפָה וְזָהָב.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הוּא הִטְמִין אוֹתָם בָּאֹהֶל שֶׁלּוֹ.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בִּגְלַל זֶה יִשְׂרָאֵל לֹא הִצְלִיחוּ בַּמִּלְחָמָה בָּעַי.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עָכָן הוֹדָה וְאָמַר: "אָנֹכִי חָטָאתִי."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אַחַר כָּךְ ה' אָמַר לִיהוֹשׁוּעַ: "אַל תִּירָא" – וְיִשְׂרָאֵל נִצְּחוּ אֶת הָעַי.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חֵרֶם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דְּבָרִים שֶׁאָסוּר לָקַחַת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הִטְמִין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הִסְתִּיר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אַל־תִּירָא וְאַל־תֵּחָת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ח,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לָקַח עָכָן?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הַתְּמוּנָה הַנְּכוֹנָה.</w:t>
            </w:r>
          </w:p>
          <w:tbl>
            <w:tblPr>
              <w:bidiVisual/>
              <w:tblW w:w="765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551"/>
              <w:gridCol w:w="2551"/>
              <w:gridCol w:w="2551"/>
            </w:tblGrid>
            <w:tr>
              <w:trPr>
                <w:cantSplit/>
              </w:trPr>
              <w:tc>
                <w:tcPr>
                  <w:tcW w:type="dxa" w:w="343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0000" cy="957653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tone_40_None_False.jp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0000" cy="9576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0000" cy="1017506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6_achan_40_0.3-0.45-0.8-0.98_False.jp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0000" cy="101750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0000" cy="957653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hofar_40_None_False.jp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0000" cy="9576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עָכָן לָקַח דְּבָרִים שֶׁאָסוּר הָיָה לָקַחַת.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5" name="Picture 5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עָכָן הִטְמִין אֶת הַדְּבָרִים בָּאֹהֶל שֶׁלּוֹ.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6" name="Picture 5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7" name="Picture 5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עָכָן לֹא הוֹדָה שֶׁחָטָא.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מָה עוֹשִׂים כְּשֶׁמּוֹצְאִים חֵפֶץ שֶׁל מִישֶׁהוּ אַחֵר?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154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הַגִּבְעוֹנִים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7_gibeon_142_None_Fals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אַנְשֵׁי גִּבְעוֹן גָּרוּ קָרוֹב מְאֹד לְיִשְׂרָאֵל.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הֵם פָּחֲדוּ, וְעָשׂוּ תַּחְבּוּלָה.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הֵם לָבְשׁוּ בְּגָדִים יְשָׁנִים וְנַעֲלַיִם בָּלוֹת.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הֵם לָקְחוּ לֶחֶם יָבֵשׁ וְנֹאדוֹת יַיִן קְרוּעִים.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הֵם אָמְרוּ לִיהוֹשׁוּעַ: "מֵאֶרֶץ רְחוֹקָה בָּאנוּ."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D3540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יִשְׂרָאֵל כָּרְתוּ אִתָּם בְּרִית – וְלֹא שָׁאֲלוּ אֶת ה'.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תַּחְבּוּלָה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תַּרְגִּיל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נֹאד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שַׂק מֵעוֹר לְיַיִן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מֵאֶרֶץ רְחוֹקָה בָּאנוּ, וְעַתָּה, כִּרְתוּ־לָנוּ בְרִית.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ט, 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הֶרְאוּ הַגִּבְעוֹנִים לִיהוֹשׁוּעַ?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rPr>
                <w:rFonts w:ascii="Noto Sans" w:hAnsi="Noto Sans" w:cs="Noto Sans" w:eastAsia="Noto Sans"/>
                <w:color w:val="444444"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תְּמוּנוֹת נְכוֹנוֹת.</w:t>
            </w:r>
          </w:p>
          <w:tbl>
            <w:tblPr>
              <w:bidiVisual/>
              <w:tblW w:w="697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24"/>
              <w:gridCol w:w="2324"/>
              <w:gridCol w:w="2324"/>
            </w:tblGrid>
            <w:tr>
              <w:trPr>
                <w:cantSplit/>
              </w:trPr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2" name="Picture 6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bread_36_None_False.jp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3" name="Picture 6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hofar_36_None_False.jp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4" name="Picture 6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andals_36_None_False.jp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w="6974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24"/>
              <w:gridCol w:w="2324"/>
              <w:gridCol w:w="2324"/>
            </w:tblGrid>
            <w:tr>
              <w:trPr>
                <w:cantSplit/>
              </w:trPr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5" name="Picture 6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stone_36_None_False.jp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6" name="Picture 6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wineskin_36_None_False.jp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232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56" w:type="dxa"/>
                    <w:left w:w="56" w:type="dxa"/>
                    <w:bottom w:w="56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6000" cy="862826"/>
                        <wp:docPr id="67" name="Picture 6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torah_36_None_False.jp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00" cy="86282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הַגִּבְעוֹנִים בָּאוּ מֵאֶרֶץ רְחוֹקָה מְאֹד.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0" name="Picture 7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1" name="Picture 7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יִשְׂרָאֵל שָׁאֲלוּ אֶת ה' לִפְנֵי הַבְּרִית.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2" name="Picture 7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3" name="Picture 7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בְרִית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רְחוֹקָה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מֵאֶרֶץ __________ בָּאנוּ,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וְעַתָּה, כִּרְתוּ־לָנוּ __________.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ט, 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גִּזְרוּ וְהַדְבִּיקוּ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הַמִּלִּים שֶׁלָּהּ.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33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185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061"/>
              <w:gridCol w:w="3061"/>
              <w:gridCol w:w="3061"/>
            </w:tblGrid>
            <w:tr>
              <w:trPr>
                <w:trHeight w:val="2097" w:hRule="exact"/>
                <w:cantSplit/>
              </w:trPr>
              <w:tc>
                <w:tcPr>
                  <w:tcW w:type="dxa" w:w="3439"/>
                  <w:tcW w:w="306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06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3061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623" w:hRule="exact"/>
                <w:cantSplit/>
              </w:trPr>
              <w:tc>
                <w:tcPr>
                  <w:tcW w:type="dxa" w:w="3439"/>
                  <w:tcW w:w="3061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6"/>
                      <w:szCs w:val="36"/>
                      <w:rtl/>
                    </w:rPr>
                    <w:t>לֶחֶם יָבֵשׁ</w:t>
                  </w:r>
                </w:p>
              </w:tc>
              <w:tc>
                <w:tcPr>
                  <w:tcW w:type="dxa" w:w="3439"/>
                  <w:tcW w:w="3061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6"/>
                      <w:szCs w:val="36"/>
                      <w:rtl/>
                    </w:rPr>
                    <w:t>נַעֲלַיִם בָּלוֹת</w:t>
                  </w:r>
                </w:p>
              </w:tc>
              <w:tc>
                <w:tcPr>
                  <w:tcW w:type="dxa" w:w="3439"/>
                  <w:tcW w:w="3061" w:type="dxa"/>
                  <w:vAlign w:val="top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6"/>
                      <w:szCs w:val="36"/>
                      <w:rtl/>
                    </w:rPr>
                    <w:t>נֹאדוֹת יַיִן קְרוּעִים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שָׁאָלוּ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שָׁמְעוּ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וְאֶת־פִּי ה', לֹא ____________.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ט, יד)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אֶת הַגִּבְעוֹנִים בָּאִים אֶל יְהוֹשׁוּעַ, עִם הַלֶּחֶם הַיָּבֵשׁ וְהַנַּעֲלַיִם הַבָּלוֹת.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317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74" name="Picture 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עוֹשִׂים לִפְנֵי שֶׁמַּחְלִיטִים?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שֶׁמֶשׁ בְּגִבְעוֹן דּוֹם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8_sunmoon_142_None_False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חֲמִשָּׁה מְלָכִים בָּאוּ לְהִלָּחֵם בָּעִיר גִּבְעוֹן.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וְהַצָּבָא בָּאוּ לַעֲזֹר לְאַנְשֵׁי גִּבְעוֹן.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הַיּוֹם כִּמְעַט נִגְמַר, וְהַמִּלְחָמָה עוֹד לֹא נִגְמְרָה.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אָמַר: "שֶׁמֶשׁ בְּגִבְעוֹן דּוֹם, וְיָרֵחַ בְּעֵמֶק אַיָּלוֹן."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הַשֶּׁמֶשׁ לֹא שָׁקְעָה – הִיא עָמְדָה בַּשָּׁמַיִם כִּמְעַט יוֹם שָׁלֵם!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980B9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כִּי ה' נִלְחַם לְיִשְׂרָאֵל.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דּוֹם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עֲמֹד, אַל תָּזוּז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יָרֵחַ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לְבָנָה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שֶׁמֶשׁ בְּגִבְעוֹן דּוֹם, וְיָרֵחַ, בְּעֵמֶק אַיָּלוֹן.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י, יב)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יָרֵחַ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בְּגִבְעוֹן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שֶׁמֶשׁ ____________ דּוֹם, וְ____________, בְּעֵמֶק אַיָּלוֹן.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י, יב)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6" name="Picture 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יְהוֹשׁוּעַ בָּא לַעֲזֹר לְאַנְשֵׁי גִּבְעוֹן.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8" name="Picture 7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9" name="Picture 7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הַשֶּׁמֶשׁ שָׁקְעָה מַהֵר.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0" name="Picture 8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1" name="Picture 8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ה' נִלְחַם לְיִשְׂרָאֵל.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2" name="Picture 8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3" name="Picture 8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צִבְעוּ אֶת הַתְּמוּנָה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צִבְעוּ אֶת הַשֶּׁמֶשׁ בְּצָהֹב וְאֶת הַשָּׁמַיִם בְּכָחֹל.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0" cy="3120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3_sunmoon_130_None_True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31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חֲלֻקַּת הָאָרֶץ לַשְּׁבָטִים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1_shiloh_142_None_False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עַם יִשְׂרָאֵל כָּבְשׁוּ אֶת הָאָרֶץ.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עַכְשָׁו צָרִיךְ לְחַלֵּק אֶת הָאָרֶץ לַשְּׁבָטִים.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הִפִּיל גּוֹרָל בְּשִׁלֹה, לִפְנֵי ה'.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כָּל שֵׁבֶט קִבֵּל חֵלֶק בָּאָרֶץ – "נַחֲלָה".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רְאוּבֵן, גָּד וַחֲצִי שֵׁבֶט מְנַשֶּׁה קִבְּלוּ נַחֲלָה בְּעֵבֶר הַיַּרְדֵּן.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שֵׁבֶט לֵוִי לֹא קִבֵּל נַחֲלָה – הוּא קִבֵּל עָרִים לָגוּר בָּהֶן.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נַחֲלָה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חֵלֶק בָּאָרֶץ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גּוֹרָל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הַגְרָלָה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וַיְחַלֶּק־שָׁם יְהוֹשֻׁעַ אֶת־הָאָרֶץ לִבְנֵי יִשְׂרָאֵל, כְּמַחְלְקֹתָם.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יח, י)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צִבְעוּ אֶת הַמַּפָּה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צִבְעוּ כָּל נַחֲלָה בְּצֶבַע אַחֵר. צִבְעוּ גַּם אֶת הָעִגּוּל לְיַד שֵׁם הַשֵּׁבֶט בְּאוֹתוֹ צֶבַע.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855"/>
              <w:gridCol w:w="5896"/>
            </w:tblGrid>
            <w:tr>
              <w:trPr>
                <w:cantSplit/>
              </w:trPr>
              <w:tc>
                <w:tcPr>
                  <w:tcW w:type="dxa" w:w="5159"/>
                  <w:tcW w:w="3855" w:type="dxa"/>
                  <w:vAlign w:val="center"/>
                </w:tcPr>
                <w:p/>
                <w:tbl>
                  <w:tblPr>
                    <w:bidiVisual/>
                    <w:tblW w:w="3572" w:type="dxa"/>
                    <w:jc w:val="center"/>
                    <w:tblLayout w:type="fixed"/>
                    <w:tblCellMar>
                      <w:top w:w="28" w:type="dxa"/>
                      <w:left w:w="85" w:type="dxa"/>
                      <w:bottom w:w="28" w:type="dxa"/>
                      <w:right w:w="85" w:type="dxa"/>
                    </w:tblCellMar>
                  </w:tblPr>
                  <w:tblGrid>
                    <w:gridCol w:w="737"/>
                    <w:gridCol w:w="793"/>
                    <w:gridCol w:w="2041"/>
                  </w:tblGrid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אָשֵׁר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נַפְתָּלִי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זְבוּלֻן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יִשָּׂשכָר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מְנַשֶּׁה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6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אֶפְרַיִם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7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דָּן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8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בִּנְיָמִן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9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יְהוּדָה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10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שִׁמְעוֹן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11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גָּד</w:t>
                        </w:r>
                      </w:p>
                    </w:tc>
                  </w:tr>
                  <w:tr>
                    <w:trPr>
                      <w:trHeight w:val="635" w:hRule="atLeast"/>
                      <w:cantSplit/>
                    </w:trPr>
                    <w:tc>
                      <w:tcPr>
                        <w:tcW w:type="dxa" w:w="1720"/>
                        <w:tcW w:w="737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" w:hAnsi="Noto Sans" w:cs="Noto Sans" w:eastAsia="Noto Sans"/>
                            <w:b/>
                            <w:bCs/>
                            <w:sz w:val="34"/>
                            <w:szCs w:val="34"/>
                            <w:rtl/>
                          </w:rPr>
                          <w:t>12</w:t>
                        </w:r>
                      </w:p>
                    </w:tc>
                    <w:tc>
                      <w:tcPr>
                        <w:tcW w:type="dxa" w:w="1720"/>
                        <w:tcW w:w="793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DejaVu Sans" w:hAnsi="DejaVu Sans" w:cs="DejaVu Sans" w:eastAsia="DejaVu Sans"/>
                            <w:color w:val="444444"/>
                            <w:sz w:val="36"/>
                            <w:szCs w:val="36"/>
                            <w:rtl/>
                          </w:rPr>
                          <w:t>◯</w:t>
                        </w:r>
                      </w:p>
                    </w:tc>
                    <w:tc>
                      <w:tcPr>
                        <w:tcW w:type="dxa" w:w="1720"/>
                        <w:tcW w:w="2041" w:type="dxa"/>
                        <w:tcMar>
                          <w:top w:w="0" w:type="dxa"/>
                          <w:left w:w="56" w:type="dxa"/>
                          <w:bottom w:w="0" w:type="dxa"/>
                          <w:right w:w="56" w:type="dxa"/>
                        </w:tcMar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both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sz w:val="36"/>
                            <w:szCs w:val="36"/>
                            <w:rtl/>
                          </w:rPr>
                          <w:t>רְאוּבֵן</w:t>
                        </w:r>
                      </w:p>
                    </w:tc>
                  </w:tr>
                </w:tbl>
                <w:p>
                  <w:pPr>
                    <w:bidi/>
                    <w:spacing w:before="0" w:after="0" w:line="20" w:lineRule="exact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"/>
                      <w:szCs w:val="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589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564000" cy="4791874"/>
                        <wp:docPr id="86" name="Picture 8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ap_99_None_False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64000" cy="47918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555555"/>
                      <w:sz w:val="28"/>
                      <w:szCs w:val="28"/>
                      <w:rtl/>
                    </w:rPr>
                    <w:t>מַפָּה פְּשׁוּטָה שֶׁל נַחֲלוֹת הַשְּׁבָטִים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כַּמָּה שְׁבָטִים קִבְּלוּ נַחֲלָה בְּעֵבֶר הַיַּרְדֵּן?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tbl>
            <w:tblPr>
              <w:bidiVisual/>
              <w:tblW w:w="7484" w:type="dxa"/>
              <w:jc w:val="center"/>
              <w:tblCellSpacing w:w="170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94"/>
              <w:gridCol w:w="2494"/>
              <w:gridCol w:w="2494"/>
            </w:tblGrid>
            <w:tr>
              <w:trPr>
                <w:trHeight w:val="737" w:hRule="atLeast"/>
                <w:cantSplit/>
              </w:trPr>
              <w:tc>
                <w:tcPr>
                  <w:tcW w:type="dxa" w:w="3439"/>
                  <w:tcW w:w="2494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שֵׁבֶט אֶחָד</w:t>
                  </w:r>
                </w:p>
              </w:tc>
              <w:tc>
                <w:tcPr>
                  <w:tcW w:type="dxa" w:w="3439"/>
                  <w:tcW w:w="2494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שְׁנַיִם וָחֵצִי</w:t>
                  </w:r>
                </w:p>
              </w:tc>
              <w:tc>
                <w:tcPr>
                  <w:tcW w:type="dxa" w:w="3439"/>
                  <w:tcW w:w="2494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שְׁנֵים עָשָׂר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אֵיפֹה הִפִּיל יְהוֹשׁוּעַ גּוֹרָל?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tbl>
            <w:tblPr>
              <w:bidiVisual/>
              <w:tblW w:w="7144" w:type="dxa"/>
              <w:jc w:val="center"/>
              <w:tblCellSpacing w:w="170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81"/>
              <w:gridCol w:w="2381"/>
              <w:gridCol w:w="2381"/>
            </w:tblGrid>
            <w:tr>
              <w:trPr>
                <w:trHeight w:val="737" w:hRule="atLeast"/>
                <w:cantSplit/>
              </w:trPr>
              <w:tc>
                <w:tcPr>
                  <w:tcW w:type="dxa" w:w="3439"/>
                  <w:tcW w:w="2381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בִּירִיחוֹ</w:t>
                  </w:r>
                </w:p>
              </w:tc>
              <w:tc>
                <w:tcPr>
                  <w:tcW w:type="dxa" w:w="3439"/>
                  <w:tcW w:w="2381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בְּשִׁלֹה</w:t>
                  </w:r>
                </w:p>
              </w:tc>
              <w:tc>
                <w:tcPr>
                  <w:tcW w:type="dxa" w:w="3439"/>
                  <w:tcW w:w="2381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42"/>
                      <w:szCs w:val="42"/>
                      <w:rtl/>
                    </w:rPr>
                    <w:t>בְּגִבְעוֹן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4082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יִשְׂרָאֵל</w:t>
                  </w:r>
                </w:p>
              </w:tc>
              <w:tc>
                <w:tcPr>
                  <w:tcW w:type="dxa" w:w="515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יְהוֹשֻׁעַ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וַיְחַלֶּק־שָׁם ____________ אֶת־הָאָרֶץ לִבְנֵי ____________, כְּמַחְלְקֹתָם.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יח, י)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מִי אָמַר?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חַבְּרוּ בְּקַו כָּל מִשְׁפָּט לְמִי שֶׁאָמַר אוֹתוֹ.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  <w:gridCol w:w="567"/>
              <w:gridCol w:w="1247"/>
              <w:gridCol w:w="567"/>
              <w:gridCol w:w="2381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"רְאֵה, נָתַתִּי בְיָדְךָ אֶת יְרִיחוֹ."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381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הַגִּבְעוֹנִים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"קִשְׁרִי חוּט אָדֹם בַּחַלּוֹן."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381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יְהוֹשׁוּעַ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"מֵאֶרֶץ רְחוֹקָה בָּאנוּ."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381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ה'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"שֶׁמֶשׁ בְּגִבְעוֹן דּוֹם."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381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הַמְרַגְּלִים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לָמָּה כָּל שֵׁבֶט שָׂמַח בַּחֵלֶק שֶׁלּוֹ?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עָרֵי מִקְלָט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9_refuge_142_None_False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ה' צִוָּה לָתֵת לְיִשְׂרָאֵל עָרֵי מִקְלָט.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עִיר מִקְלָט הִיא עִיר שֶׁל הֲגַנָּה וּשְׁמִירָה.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מִי שֶׁפָּגַע בְּאָדָם בְּטָעוּת, בְּלִי כַּוָּנָה – בָּרַח לְשָׁם.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בְּעִיר הַמִּקְלָט הוּא הָיָה מֻגָּן.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הָיוּ שֵׁשׁ עָרֵי מִקְלָט: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שָׁלֹשׁ בְּאֶרֶץ כְּנַעַן, וְשָׁלֹשׁ בְּעֵבֶר הַיַּרְדֵּן.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מִקְלָט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מָקוֹם בָּטוּחַ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בִּשְׁגָגָה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בְּלִי כַּוָּנָה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תְּנוּ לָכֶם אֶת־עָרֵי הַמִּקְלָט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כ, 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הַדֶּרֶךְ לְעִיר הַמִּקְלָט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עִזְרוּ לָאִישׁ לְהַגִּיעַ לְעִיר הַמִּקְלָט: צַיְּרוּ קַו בַּדֶּרֶךְ.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587"/>
              <w:gridCol w:w="6463"/>
              <w:gridCol w:w="1587"/>
            </w:tblGrid>
            <w:tr>
              <w:trPr>
                <w:cantSplit/>
              </w:trPr>
              <w:tc>
                <w:tcPr>
                  <w:tcW w:type="dxa" w:w="3439"/>
                  <w:tcW w:w="158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2481"/>
                        <wp:docPr id="89" name="Picture 8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9_refuge_26_0.05-0.35-0.45-0.95_False.jp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248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הָאִישׁ</w:t>
                  </w:r>
                </w:p>
              </w:tc>
              <w:tc>
                <w:tcPr>
                  <w:tcW w:type="dxa" w:w="3439"/>
                  <w:tcW w:w="646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960000" cy="2559040"/>
                        <wp:docPr id="90" name="Picture 9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aze_refuge_110_None_False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60000" cy="255904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58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00000" cy="600000"/>
                        <wp:docPr id="91" name="Picture 9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_wall_25_None_False.jp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6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2"/>
                      <w:szCs w:val="32"/>
                      <w:rtl/>
                    </w:rPr>
                    <w:t>עִיר מִקְלָט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כַּמָּה עָרֵי מִקְלָט הָיוּ?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הַמִּסְפָּר הַנָּכוֹן.</w:t>
            </w:r>
          </w:p>
          <w:tbl>
            <w:tblPr>
              <w:bidiVisual/>
              <w:tblW w:w="5783" w:type="dxa"/>
              <w:jc w:val="center"/>
              <w:tblCellSpacing w:w="170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1927"/>
              <w:gridCol w:w="1927"/>
            </w:tblGrid>
            <w:tr>
              <w:trPr>
                <w:trHeight w:val="737" w:hRule="atLeast"/>
                <w:cantSplit/>
              </w:trPr>
              <w:tc>
                <w:tcPr>
                  <w:tcW w:type="dxa" w:w="3439"/>
                  <w:tcW w:w="1927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42"/>
                      <w:szCs w:val="42"/>
                      <w:rtl/>
                    </w:rPr>
                    <w:t>3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42"/>
                      <w:szCs w:val="42"/>
                      <w:rtl/>
                    </w:rPr>
                    <w:t>6</w:t>
                  </w:r>
                </w:p>
              </w:tc>
              <w:tc>
                <w:tcPr>
                  <w:tcW w:type="dxa" w:w="3439"/>
                  <w:tcW w:w="1927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sz w:val="42"/>
                      <w:szCs w:val="42"/>
                      <w:rtl/>
                    </w:rPr>
                    <w:t>12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עִיר מִקְלָט הִיא עִיר שֶׁל שְׁמִירָה.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4" name="Picture 9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5" name="Picture 9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בְּעִיר מִקְלָט אָסוּר לִגּוּר.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6" name="Picture 9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7" name="Picture 9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98" name="Picture 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נְאוּם הַפְּרֵדָה שֶׁל יְהוֹשׁוּעַ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3405655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0_farewell_142_None_False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05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הָיָה זָקֵן מְאֹד.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הוּא אָסַף אֶת כָּל יִשְׂרָאֵל לָעִיר שְׁכֶם.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הוּא סִפֵּר לָהֶם עַל כָּל הַנִּסִּים שֶׁעָשָׂה ה'.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אָמַר: "וְאָנֹכִי וּבֵיתִי נַעֲבֹד אֶת ה'."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הָעָם עָנוּ: "אֶת ה' אֱלֹהֵינוּ נַעֲבֹד, וּבְקוֹלוֹ נִשְׁמָע."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6"/>
                <w:szCs w:val="36"/>
                <w:rtl/>
              </w:rPr>
              <w:t>יְהוֹשׁוּעַ נִפְטַר בְּגִיל מֵאָה וָעֶשֶׂר שָׁנִים.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7824"/>
            </w:tblGrid>
            <w:tr>
              <w:trPr>
                <w:cantSplit/>
              </w:trPr>
              <w:tc>
                <w:tcPr>
                  <w:tcW w:type="dxa" w:w="5159"/>
                  <w:tcW w:w="1927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824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נַעֲבֹד אֶת ה'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נִשְׁמֹר אֶת הַמִּצְווֹת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נִשְׁמָע</w:t>
                  </w: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 xml:space="preserve"> – נַקְשִׁיב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לִזְכֹּר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וְאָנֹכִי וּבֵיתִי, נַעֲבֹד אֶת־ה'.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כד, טו)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הַפְּסוּקִים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נִשְׁמָע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בֵיתִי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נַעֲבֹד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וְאָנֹכִי וּ__________, נַעֲבֹד אֶת־ה'.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42"/>
                <w:szCs w:val="42"/>
                <w:rtl/>
              </w:rPr>
              <w:t>אֶת־ה' אֱלֹהֵינוּ __________, וּבְקוֹלוֹ __________.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(יְהוֹשׁוּעַ כד, טו; כד, כד)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אֶתְכֶם וְאֶת הַמִּשְׁפָּחָה עוֹבְדִים אֶת ה' – עוֹשִׂים מִצְוָה.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00" name="Picture 1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01" name="Picture 1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יְהוֹשׁוּעַ אָסַף אֶת כָּל יִשְׂרָאֵל לִשְׁכֶם.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2" name="Picture 10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3" name="Picture 10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הָעָם אָמְרוּ: "לֹא נַעֲבֹד אֶת ה'."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4" name="Picture 10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5" name="Picture 10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14"/>
        <w:gridCol w:w="8505"/>
      </w:tblGrid>
      <w:tr>
        <w:trPr>
          <w:cantSplit/>
        </w:trPr>
        <w:tc>
          <w:tcPr>
            <w:tcW w:type="dxa" w:w="5159"/>
            <w:tcW w:w="1814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106" name="Picture 1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505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פִּנַּת עֲרָכִים: מָה אֲנִי לוֹמֵד מֵהַסִּפּוּר?</w:t>
            </w:r>
          </w:p>
          <w:tbl>
            <w:tblPr>
              <w:bidiVisual/>
              <w:tblW w:w="816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8164"/>
            </w:tblGrid>
            <w:tr>
              <w:trPr>
                <w:trHeight w:val="567" w:hRule="exact"/>
                <w:cantSplit/>
              </w:trPr>
              <w:tc>
                <w:tcPr>
                  <w:tcW w:type="dxa" w:w="5159"/>
                  <w:tcW w:w="816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shd w:val="clear" w:color="auto" w:fill="7F8C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rtl/>
              </w:rPr>
              <w:t>מִשְׂחַק סִכּוּם: הַמַּסָּע עִם יְהוֹשׁוּעַ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120" w:line="288" w:lineRule="auto"/>
        <w:jc w:val="both"/>
      </w:pPr>
      <w:r>
        <w:rPr>
          <w:rFonts w:ascii="Noto Sans Hebrew" w:hAnsi="Noto Sans Hebrew" w:cs="Noto Sans Hebrew" w:eastAsia="Noto Sans Hebrew"/>
          <w:sz w:val="36"/>
          <w:szCs w:val="36"/>
          <w:rtl/>
        </w:rPr>
        <w:t>מְשַׂחֲקִים בִּשְׁנַיִם. כָּל אֶחָד בְּתוֹרוֹ זוֹרֵק קֻבִּיָּה וּמִתְקַדֵּם. עֲצַרְתֶּם עַל תְּמוּנָה? עֲנוּ עַל הַשְּׁאֵלָה שֶׁלָּהּ. טָעִיתֶם? חִזְרוּ מִשְׁבֶּצֶת אַחַת.</w:t>
      </w:r>
    </w:p>
    <w:tbl>
      <w:tblPr>
        <w:bidiVisual/>
        <w:tblW w:w="9355" w:type="dxa"/>
        <w:jc w:val="center"/>
        <w:tblCellSpacing w:w="4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1871" w:hRule="exact"/>
          <w:cantSplit/>
        </w:trPr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9E79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>הַתְחָלָה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5F5E3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2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CF3C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3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07" name="Picture 1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hofar_22_None_False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EBDEF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4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DEBD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5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08" name="Picture 1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tone_22_None_False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71" w:hRule="exact"/>
          <w:cantSplit/>
        </w:trPr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DEBD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10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09" name="Picture 1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bread_22_None_False.jp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EBDEF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9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CF3C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8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10" name="Picture 1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window_22_None_False.jp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5F5E3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7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6EAF8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6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קִפְצוּ </w:t>
            </w:r>
            <w:r>
              <w:rPr>
                <w:rFonts w:ascii="Noto Sans" w:hAnsi="Noto Sans" w:cs="Noto Sans" w:eastAsia="Noto Sans"/>
                <w:b/>
                <w:bCs/>
                <w:color w:val="B03A2E"/>
                <w:sz w:val="34"/>
                <w:szCs w:val="3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 קָדִימָה</w:t>
            </w:r>
          </w:p>
        </w:tc>
      </w:tr>
      <w:tr>
        <w:trPr>
          <w:trHeight w:val="1871" w:hRule="exact"/>
          <w:cantSplit/>
        </w:trPr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6EAF8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11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5F5E3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12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חִזְרוּ </w:t>
            </w:r>
            <w:r>
              <w:rPr>
                <w:rFonts w:ascii="Noto Sans" w:hAnsi="Noto Sans" w:cs="Noto Sans" w:eastAsia="Noto Sans"/>
                <w:b/>
                <w:bCs/>
                <w:color w:val="B03A2E"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 אָחוֹרָה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CF3C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13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11" name="Picture 1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unmoon_22_None_False.jp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EBDEF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14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DEBD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15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12" name="Picture 1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torah_22_None_False.jp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871" w:hRule="exact"/>
          <w:cantSplit/>
        </w:trPr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9E79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20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>סוֹף! כָּל הַכָּבוֹד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EBDEF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19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13" name="Picture 1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rubble_22_None_False.jp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FCF3CF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18</w:t>
            </w:r>
          </w:p>
          <w:p>
            <w:pPr>
              <w:bidi/>
              <w:spacing w:before="12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קִפְצוּ </w:t>
            </w:r>
            <w:r>
              <w:rPr>
                <w:rFonts w:ascii="Noto Sans" w:hAnsi="Noto Sans" w:cs="Noto Sans" w:eastAsia="Noto Sans"/>
                <w:b/>
                <w:bCs/>
                <w:color w:val="B03A2E"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03A2E"/>
                <w:sz w:val="34"/>
                <w:szCs w:val="34"/>
                <w:rtl/>
              </w:rPr>
              <w:t xml:space="preserve"> קָדִימָה</w:t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5F5E3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17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528000"/>
                  <wp:docPr id="114" name="Picture 1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dry_22_None_False.jp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64"/>
            <w:tcW w:w="1871" w:type="dxa"/>
            <w:tcBorders>
              <w:top w:val="single" w:sz="10" w:space="0" w:color="5D6D7E"/>
              <w:left w:val="single" w:sz="10" w:space="0" w:color="5D6D7E"/>
              <w:bottom w:val="single" w:sz="10" w:space="0" w:color="5D6D7E"/>
              <w:right w:val="single" w:sz="10" w:space="0" w:color="5D6D7E"/>
            </w:tcBorders>
            <w:shd w:val="clear" w:color="auto" w:fill="D6EAF8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color w:val="34495E"/>
                <w:sz w:val="30"/>
                <w:szCs w:val="30"/>
                <w:rtl/>
              </w:rPr>
              <w:t>16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4252"/>
        <w:gridCol w:w="907"/>
        <w:gridCol w:w="4252"/>
      </w:tblGrid>
      <w:tr>
        <w:trPr>
          <w:trHeight w:val="850" w:hRule="atLeast"/>
          <w:cantSplit/>
        </w:trPr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15" name="Picture 1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hofar_12_None_False.jp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מָה עָשׂוּ הַכֹּהֲנִים בְּשׁוֹפָרוֹת?</w:t>
            </w:r>
          </w:p>
        </w:tc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16" name="Picture 1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tone_12_None_False.jp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כַּמָּה אֲבָנִים לָקְחוּ מִן הַיַּרְדֵּן?</w:t>
            </w:r>
          </w:p>
        </w:tc>
      </w:tr>
      <w:tr>
        <w:trPr>
          <w:trHeight w:val="850" w:hRule="atLeast"/>
          <w:cantSplit/>
        </w:trPr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17" name="Picture 1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window_12_None_False.jp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מָה קָשְׁרָה רָחָב בַּחַלּוֹן?</w:t>
            </w:r>
          </w:p>
        </w:tc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18" name="Picture 1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bread_12_None_False.jp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מִי הֵבִיא לֶחֶם יָבֵשׁ?</w:t>
            </w:r>
          </w:p>
        </w:tc>
      </w:tr>
      <w:tr>
        <w:trPr>
          <w:trHeight w:val="850" w:hRule="atLeast"/>
          <w:cantSplit/>
        </w:trPr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19" name="Picture 1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unmoon_12_None_False.jp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מָה אָמַר יְהוֹשׁוּעַ לַשֶּׁמֶשׁ?</w:t>
            </w:r>
          </w:p>
        </w:tc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20" name="Picture 1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torah_12_None_False.jp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מָה אָמַר ה' לִיהוֹשׁוּעַ?</w:t>
            </w:r>
          </w:p>
        </w:tc>
      </w:tr>
      <w:tr>
        <w:trPr>
          <w:trHeight w:val="850" w:hRule="atLeast"/>
          <w:cantSplit/>
        </w:trPr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21" name="Picture 1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dry_12_None_False.jp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אֵיךְ עָבְרוּ אֶת הַיַּרְדֵּן?</w:t>
            </w:r>
          </w:p>
        </w:tc>
        <w:tc>
          <w:tcPr>
            <w:tcW w:type="dxa" w:w="2579"/>
            <w:tcW w:w="907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32000" cy="286820"/>
                  <wp:docPr id="122" name="Picture 1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rubble_12_None_False.jp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286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4252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מָה קָרָה לְחוֹמַת יְרִיחוֹ?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shd w:val="clear" w:color="auto" w:fill="F39C1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rtl/>
              </w:rPr>
              <w:t>מָה אֲנִי זוֹכֵר מִסֵּפֶר יְהוֹשׁוּעַ?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ans Hebrew" w:hAnsi="Noto Sans Hebrew" w:cs="Noto Sans Hebrew" w:eastAsia="Noto Sans Hebrew"/>
          <w:sz w:val="36"/>
          <w:szCs w:val="36"/>
          <w:rtl/>
        </w:rPr>
        <w:t xml:space="preserve">לְיַד כָּל סִפּוּר הַקִּיפוּ </w:t>
      </w:r>
      <w:r>
        <w:drawing>
          <wp:inline xmlns:a="http://schemas.openxmlformats.org/drawingml/2006/main" xmlns:pic="http://schemas.openxmlformats.org/drawingml/2006/picture">
            <wp:extent cx="216000" cy="216000"/>
            <wp:docPr id="123" name="Picture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_happy_6_None_Fals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Noto Sans Hebrew" w:hAnsi="Noto Sans Hebrew" w:cs="Noto Sans Hebrew" w:eastAsia="Noto Sans Hebrew"/>
          <w:sz w:val="36"/>
          <w:szCs w:val="36"/>
          <w:rtl/>
        </w:rPr>
        <w:t xml:space="preserve"> אִם אַתֶּם זוֹכְרִים אוֹתוֹ הֵיטֵב, אוֹ </w:t>
      </w:r>
      <w:r>
        <w:drawing>
          <wp:inline xmlns:a="http://schemas.openxmlformats.org/drawingml/2006/main" xmlns:pic="http://schemas.openxmlformats.org/drawingml/2006/picture">
            <wp:extent cx="216000" cy="216000"/>
            <wp:docPr id="124" name="Picture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_sad_6_None_Fals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Noto Sans Hebrew" w:hAnsi="Noto Sans Hebrew" w:cs="Noto Sans Hebrew" w:eastAsia="Noto Sans Hebrew"/>
          <w:sz w:val="36"/>
          <w:szCs w:val="36"/>
          <w:rtl/>
        </w:rPr>
        <w:t xml:space="preserve"> אִם צָרִיךְ לַחֲזֹר עָלָיו.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07"/>
        <w:gridCol w:w="6804"/>
        <w:gridCol w:w="1304"/>
        <w:gridCol w:w="1304"/>
      </w:tblGrid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1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AF3FC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יְהוֹשׁוּעַ מְקַבֵּל אֶת הַהַנְהָגָה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25" name="Picture 1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26" name="Picture 1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DF2E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הַמְרַגְּלִים וְרָחָב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27" name="Picture 1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8F6F3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מַעֲבַר הַיַּרְדֵּן וּשְׁתֵּים עֶשְׂרֵה הָאֲבָנִים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BEAEA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חוֹמוֹת יְרִיחוֹ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4ECF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עָכָן וְהָעַי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BEEE6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הַגִּבְעוֹנִים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7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AF2F8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שֶׁמֶשׁ בְּגִבְעוֹן דּוֹם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9F7E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חֲלֻקַּת הָאָרֶץ לַשְּׁבָטִים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BF6E3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עָרֵי מִקְלָט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78" w:hRule="atLeast"/>
          <w:cantSplit/>
        </w:trPr>
        <w:tc>
          <w:tcPr>
            <w:tcW w:type="dxa" w:w="2579"/>
            <w:tcW w:w="907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10</w:t>
            </w:r>
          </w:p>
        </w:tc>
        <w:tc>
          <w:tcPr>
            <w:tcW w:type="dxa" w:w="2579"/>
            <w:tcW w:w="680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E8F0F7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נְאוּם הַפְּרֵדָה שֶׁל יְהוֹשׁוּעַ</w:t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10_None_Fals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79"/>
            <w:tcW w:w="1304" w:type="dxa"/>
            <w:tcBorders>
              <w:top w:val="single" w:sz="6" w:space="0" w:color="D5D8DC"/>
              <w:left w:val="single" w:sz="6" w:space="0" w:color="D5D8DC"/>
              <w:bottom w:val="single" w:sz="6" w:space="0" w:color="D5D8DC"/>
              <w:right w:val="single" w:sz="6" w:space="0" w:color="D5D8DC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" cy="378000"/>
                  <wp:docPr id="144" name="Picture 1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10_None_Fals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" cy="37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הַסִּפּוּר שֶׁהֲכִי אָהַבְתִּי בַּחוֹבֶרֶת: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623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38"/>
                <w:szCs w:val="38"/>
                <w:rtl/>
              </w:rPr>
              <w:t>כִּי: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623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623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4968" w:hRule="exact"/>
          <w:cantSplit/>
        </w:trPr>
        <w:tc>
          <w:tcPr>
            <w:tcW w:type="dxa" w:w="10318"/>
            <w:tcW w:w="10319" w:type="dxa"/>
            <w:tcBorders>
              <w:top w:val="double" w:sz="48" w:space="0" w:color="D4AC0D"/>
              <w:left w:val="double" w:sz="48" w:space="0" w:color="D4AC0D"/>
              <w:bottom w:val="double" w:sz="48" w:space="0" w:color="D4AC0D"/>
              <w:right w:val="double" w:sz="48" w:space="0" w:color="D4AC0D"/>
            </w:tcBorders>
            <w:shd w:val="clear" w:color="auto" w:fill="FFFDF5"/>
            <w:tcMar>
              <w:top w:w="340" w:type="dxa"/>
              <w:left w:w="340" w:type="dxa"/>
              <w:bottom w:w="340" w:type="dxa"/>
              <w:right w:w="340" w:type="dxa"/>
            </w:tcMar>
            <w:vAlign w:val="center"/>
          </w:tcPr>
          <w:p>
            <w:pPr>
              <w:bidi/>
              <w:spacing w:before="0" w:after="8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80"/>
                <w:szCs w:val="80"/>
                <w:rtl/>
              </w:rPr>
              <w:t>תְּעוּדַת הִצְטַיְּנוּת</w:t>
            </w:r>
          </w:p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7AE60"/>
                <w:sz w:val="112"/>
                <w:szCs w:val="112"/>
                <w:rtl/>
              </w:rPr>
              <w:t>כָּל הַכָּבוֹד!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0" cy="3117654"/>
                  <wp:docPr id="145" name="Picture 1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_farewell_130_None_False.jp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31176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200" w:after="4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48"/>
                <w:szCs w:val="48"/>
                <w:rtl/>
              </w:rPr>
              <w:t>נִתֶּנֶת לַתַּלְמִיד:</w:t>
            </w:r>
          </w:p>
          <w:tbl>
            <w:tblPr>
              <w:bidiVisual/>
              <w:tblW w:w="6804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804"/>
            </w:tblGrid>
            <w:tr>
              <w:trPr>
                <w:trHeight w:val="793" w:hRule="exact"/>
                <w:cantSplit/>
              </w:trPr>
              <w:tc>
                <w:tcPr>
                  <w:tcW w:type="dxa" w:w="10318"/>
                  <w:tcW w:w="6804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20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48"/>
                <w:szCs w:val="48"/>
                <w:rtl/>
              </w:rPr>
              <w:t>עַל סִיּוּם הַלִּמּוּד שֶׁל סֵפֶר יְהוֹשׁוּעַ</w:t>
            </w:r>
          </w:p>
          <w:p>
            <w:pPr>
              <w:bidi/>
              <w:spacing w:before="120" w:after="20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C0392B"/>
                <w:sz w:val="60"/>
                <w:szCs w:val="60"/>
                <w:rtl/>
              </w:rPr>
              <w:t>חֲזַק וֶאֱמָץ!</w:t>
            </w:r>
          </w:p>
          <w:tbl>
            <w:tblPr>
              <w:bidiVisual/>
              <w:tblW w:w="935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252"/>
              <w:gridCol w:w="850"/>
              <w:gridCol w:w="4252"/>
            </w:tblGrid>
            <w:tr>
              <w:trPr>
                <w:trHeight w:val="737" w:hRule="atLeast"/>
                <w:cantSplit/>
              </w:trPr>
              <w:tc>
                <w:tcPr>
                  <w:tcW w:type="dxa" w:w="3439"/>
                  <w:tcW w:w="425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חֲתִימַת הַמּוֹרֶה:</w:t>
                  </w:r>
                </w:p>
              </w:tc>
              <w:tc>
                <w:tcPr>
                  <w:tcW w:type="dxa" w:w="3439"/>
                  <w:tcW w:w="850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 xml:space="preserve"> </w:t>
                  </w:r>
                </w:p>
              </w:tc>
              <w:tc>
                <w:tcPr>
                  <w:tcW w:type="dxa" w:w="3439"/>
                  <w:tcW w:w="4252" w:type="dxa"/>
                  <w:tcBorders>
                    <w:top w:val="nil" w:sz="0" w:space="0" w:color="FFFFFF"/>
                    <w:left w:val="nil" w:sz="0" w:space="0" w:color="FFFFFF"/>
                    <w:bottom w:val="single" w:sz="8" w:space="0" w:color="555555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4"/>
                      <w:szCs w:val="34"/>
                      <w:rtl/>
                    </w:rPr>
                    <w:t>תַּאֲרִיךְ: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ejaVu Sans" w:hAnsi="DejaVu Sans" w:cs="DejaVu Sans" w:eastAsia="DejaVu Sans"/>
          <w:b/>
          <w:bCs/>
          <w:color w:val="566573"/>
          <w:sz w:val="60"/>
          <w:szCs w:val="60"/>
          <w:rtl/>
        </w:rPr>
        <w:t xml:space="preserve">✂ </w:t>
      </w:r>
      <w:r>
        <w:rPr>
          <w:rFonts w:ascii="Noto Sans Hebrew" w:hAnsi="Noto Sans Hebrew" w:cs="Noto Sans Hebrew" w:eastAsia="Noto Sans Hebrew"/>
          <w:b/>
          <w:bCs/>
          <w:color w:val="566573"/>
          <w:sz w:val="60"/>
          <w:szCs w:val="60"/>
          <w:rtl/>
        </w:rPr>
        <w:t>דַּף גְּזִירָה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888888"/>
          <w:sz w:val="26"/>
          <w:szCs w:val="26"/>
          <w:rtl/>
        </w:rPr>
        <w:t>מַדְפִּיסִים עַמּוּד זֶה בְּצַד אֶחָד בִּלְבַד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גַּל הָאֲבָנִים (יְחִידָה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)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748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</w:tblGrid>
      <w:tr>
        <w:trPr>
          <w:trHeight w:val="907" w:hRule="exact"/>
          <w:cantSplit/>
        </w:trPr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רְאוּבֵן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שִׁמְעוֹן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לֵוִי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יְהוּדָה</w:t>
            </w:r>
          </w:p>
        </w:tc>
      </w:tr>
      <w:tr>
        <w:trPr>
          <w:trHeight w:val="907" w:hRule="exact"/>
          <w:cantSplit/>
        </w:trPr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יִשָּׂשכָר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זְבוּלֻן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דָּן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נַפְתָּלִי</w:t>
            </w:r>
          </w:p>
        </w:tc>
      </w:tr>
      <w:tr>
        <w:trPr>
          <w:trHeight w:val="907" w:hRule="exact"/>
          <w:cantSplit/>
        </w:trPr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גָּד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אָשֵׁר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יוֹסֵף</w:t>
            </w:r>
          </w:p>
        </w:tc>
        <w:tc>
          <w:tcPr>
            <w:tcW w:type="dxa" w:w="2579"/>
            <w:tcW w:w="187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C9CED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בִּנְיָמִן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חוֹמוֹת יְרִיחוֹ (יְחִידָה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)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7938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969"/>
        <w:gridCol w:w="3969"/>
      </w:tblGrid>
      <w:tr>
        <w:trPr>
          <w:trHeight w:val="2647" w:hRule="exact"/>
          <w:cantSplit/>
        </w:trPr>
        <w:tc>
          <w:tcPr>
            <w:tcW w:type="dxa" w:w="5159"/>
            <w:tcW w:w="396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6000" cy="1642827"/>
                  <wp:docPr id="146" name="Picture 1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3_shout_68_None_False.jp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00" cy="164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396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6000" cy="1642827"/>
                  <wp:docPr id="147" name="Picture 1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_jericho_68_None_False.jp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00" cy="164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47" w:hRule="exact"/>
          <w:cantSplit/>
        </w:trPr>
        <w:tc>
          <w:tcPr>
            <w:tcW w:type="dxa" w:w="5159"/>
            <w:tcW w:w="396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6000" cy="1642827"/>
                  <wp:docPr id="148" name="Picture 1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2_shofar_68_None_False.jp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00" cy="164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396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6000" cy="1642827"/>
                  <wp:docPr id="149" name="Picture 1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1_march_68_None_False.jp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000" cy="1642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הַגִּבְעוֹנִים (יְחִידָה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)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18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061"/>
        <w:gridCol w:w="3061"/>
        <w:gridCol w:w="3061"/>
      </w:tblGrid>
      <w:tr>
        <w:trPr>
          <w:trHeight w:val="2097" w:hRule="exact"/>
          <w:cantSplit/>
        </w:trPr>
        <w:tc>
          <w:tcPr>
            <w:tcW w:type="dxa" w:w="3439"/>
            <w:tcW w:w="306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08000" cy="1270827"/>
                  <wp:docPr id="150" name="Picture 1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sandals_53_None_False.jp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1270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39"/>
            <w:tcW w:w="306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08000" cy="1270827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wineskin_53_None_False.jp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1270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39"/>
            <w:tcW w:w="3061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08000" cy="1270827"/>
                  <wp:docPr id="152" name="Picture 1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_bread_53_None_False.jp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12708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jp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png"/><Relationship Id="rId36" Type="http://schemas.openxmlformats.org/officeDocument/2006/relationships/image" Target="media/image26.jpg"/><Relationship Id="rId37" Type="http://schemas.openxmlformats.org/officeDocument/2006/relationships/image" Target="media/image27.png"/><Relationship Id="rId38" Type="http://schemas.openxmlformats.org/officeDocument/2006/relationships/image" Target="media/image28.jpg"/><Relationship Id="rId39" Type="http://schemas.openxmlformats.org/officeDocument/2006/relationships/image" Target="media/image29.pn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Relationship Id="rId50" Type="http://schemas.openxmlformats.org/officeDocument/2006/relationships/image" Target="media/image40.jpg"/><Relationship Id="rId51" Type="http://schemas.openxmlformats.org/officeDocument/2006/relationships/image" Target="media/image41.jpg"/><Relationship Id="rId52" Type="http://schemas.openxmlformats.org/officeDocument/2006/relationships/image" Target="media/image42.png"/><Relationship Id="rId53" Type="http://schemas.openxmlformats.org/officeDocument/2006/relationships/image" Target="media/image43.jpg"/><Relationship Id="rId54" Type="http://schemas.openxmlformats.org/officeDocument/2006/relationships/image" Target="media/image44.png"/><Relationship Id="rId55" Type="http://schemas.openxmlformats.org/officeDocument/2006/relationships/image" Target="media/image45.jpg"/><Relationship Id="rId56" Type="http://schemas.openxmlformats.org/officeDocument/2006/relationships/image" Target="media/image46.jpg"/><Relationship Id="rId57" Type="http://schemas.openxmlformats.org/officeDocument/2006/relationships/image" Target="media/image47.png"/><Relationship Id="rId58" Type="http://schemas.openxmlformats.org/officeDocument/2006/relationships/image" Target="media/image48.jpg"/><Relationship Id="rId59" Type="http://schemas.openxmlformats.org/officeDocument/2006/relationships/image" Target="media/image49.jpg"/><Relationship Id="rId60" Type="http://schemas.openxmlformats.org/officeDocument/2006/relationships/image" Target="media/image50.jpg"/><Relationship Id="rId61" Type="http://schemas.openxmlformats.org/officeDocument/2006/relationships/image" Target="media/image51.jpg"/><Relationship Id="rId62" Type="http://schemas.openxmlformats.org/officeDocument/2006/relationships/image" Target="media/image52.jpg"/><Relationship Id="rId63" Type="http://schemas.openxmlformats.org/officeDocument/2006/relationships/image" Target="media/image53.jpg"/><Relationship Id="rId64" Type="http://schemas.openxmlformats.org/officeDocument/2006/relationships/image" Target="media/image54.jpg"/><Relationship Id="rId65" Type="http://schemas.openxmlformats.org/officeDocument/2006/relationships/image" Target="media/image55.jpg"/><Relationship Id="rId66" Type="http://schemas.openxmlformats.org/officeDocument/2006/relationships/image" Target="media/image56.jp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jpg"/><Relationship Id="rId70" Type="http://schemas.openxmlformats.org/officeDocument/2006/relationships/image" Target="media/image60.jp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Relationship Id="rId79" Type="http://schemas.openxmlformats.org/officeDocument/2006/relationships/image" Target="media/image69.jpg"/><Relationship Id="rId80" Type="http://schemas.openxmlformats.org/officeDocument/2006/relationships/image" Target="media/image70.jpg"/><Relationship Id="rId81" Type="http://schemas.openxmlformats.org/officeDocument/2006/relationships/image" Target="media/image71.jpg"/><Relationship Id="rId82" Type="http://schemas.openxmlformats.org/officeDocument/2006/relationships/image" Target="media/image7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