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b/>
          <w:bCs/>
          <w:color w:val="555555"/>
          <w:sz w:val="22"/>
          <w:szCs w:val="2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דַּפֵּי צְבִיעָה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center"/>
      </w:pPr>
      <w:r>
        <w:rPr>
          <w:rFonts w:ascii="David Libre" w:hAnsi="David Libre" w:cs="David Libre" w:eastAsia="David Libre"/>
          <w:color w:val="555555"/>
          <w:sz w:val="32"/>
          <w:szCs w:val="32"/>
          <w:rtl/>
        </w:rPr>
        <w:t>צִבְעוּ אֶת הַתְּמוּנָה וְקִרְאוּ אֶת הַפָּסוּק שֶׁמְּתָאֵר אוֹתָהּ.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בְּרִיאַת הָעוֹלָם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בְּרֵאשִׁית בָּרָא אֱלֹהִים אֵת הַשָּׁמַיִם וְאֵת 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א, 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creation_170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בְּרִיאַת הָעוֹלָם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וַיַּעַשׂ אֱלֹהִים אֶת־שְׁנֵי הַמְּאֹרֹת הַגְּדֹלִים אֶת־הַמָּאוֹר הַגָּדֹל לְמֶמְשֶׁלֶת הַיּוֹם וְאֶת־הַמָּאוֹר הַקָּטֹן לְמֶמְשֶׁלֶת הַלַּיְלָה וְאֵת הַכּוֹכָבִים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א, טז)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2_g1_creation_170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17864"/>
              <w:left w:val="single" w:sz="8" w:space="0" w:color="117864"/>
              <w:bottom w:val="single" w:sz="8" w:space="0" w:color="117864"/>
              <w:right w:val="single" w:sz="8" w:space="0" w:color="117864"/>
            </w:tcBorders>
            <w:shd w:val="clear" w:color="auto" w:fill="117864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יוֹם הַשַּׁבָּת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וַיְבָרֶךְ אֱלֹהִים אֶת־יוֹם הַשְּׁבִיעִי וַיְקַדֵּשׁ אֹתוֹ כִּי בוֹ שָׁבַת מִכׇּל־מְלַאכְתּוֹ אֲשֶׁר־בָּרָא אֱלֹהִים לַעֲשׂוֹת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ב, 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shabbat_170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17864"/>
              <w:left w:val="single" w:sz="8" w:space="0" w:color="117864"/>
              <w:bottom w:val="single" w:sz="8" w:space="0" w:color="117864"/>
              <w:right w:val="single" w:sz="8" w:space="0" w:color="117864"/>
            </w:tcBorders>
            <w:shd w:val="clear" w:color="auto" w:fill="117864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יוֹם הַשַּׁבָּת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וַיְכַל אֱלֹהִים בַּיּוֹם הַשְּׁבִיעִי מְלַאכְתּוֹ אֲשֶׁר עָשָׂה וַיִּשְׁבֹּת בַּיּוֹם הַשְּׁבִיעִי מִכׇּל־מְלַאכְתּוֹ אֲשֶׁר עָשָׂה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ב, ב)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2_g1_shabbat_170_None_Fals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A5276"/>
              <w:left w:val="single" w:sz="8" w:space="0" w:color="1A5276"/>
              <w:bottom w:val="single" w:sz="8" w:space="0" w:color="1A5276"/>
              <w:right w:val="single" w:sz="8" w:space="0" w:color="1A5276"/>
            </w:tcBorders>
            <w:shd w:val="clear" w:color="auto" w:fill="1A527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גַּן עֵדֶן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וַיִּקַּח ה' אֱלֹהִים אֶת־הָאָדָם וַיַּנִּחֵהוּ בְגַן־עֵדֶן לְעׇבְדָהּ וּלְשׇׁמְרָהּ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ב, טו)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eden_170_None_Fals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A5276"/>
              <w:left w:val="single" w:sz="8" w:space="0" w:color="1A5276"/>
              <w:bottom w:val="single" w:sz="8" w:space="0" w:color="1A5276"/>
              <w:right w:val="single" w:sz="8" w:space="0" w:color="1A5276"/>
            </w:tcBorders>
            <w:shd w:val="clear" w:color="auto" w:fill="1A527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גַּן עֵדֶן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וְהַנָּחָשׁ הָיָה עָרוּם מִכֹּל חַיַּת הַשָּׂדֶה אֲשֶׁר עָשָׂה ה' אֱלֹהִים וַיֹּאמֶר אֶל־הָאִשָּׁה אַף כִּי־אָמַר אֱלֹהִים לֹא תֹאכְלוּ מִכֹּל עֵץ הַגָּן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ג, 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2_g1_eden_170_None_Fals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943126"/>
              <w:left w:val="single" w:sz="8" w:space="0" w:color="943126"/>
              <w:bottom w:val="single" w:sz="8" w:space="0" w:color="943126"/>
              <w:right w:val="single" w:sz="8" w:space="0" w:color="943126"/>
            </w:tcBorders>
            <w:shd w:val="clear" w:color="auto" w:fill="94312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קַיִן וְהֶבֶל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וַיֹּאמֶר ה' אֶל־קַיִן אֵי הֶבֶל אָחִיךָ וַיֹּאמֶר לֹא יָדַעְתִּי הֲשֹׁמֵר אָחִי אָנֹכִי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ד, ט)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brothers_170_None_Fals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943126"/>
              <w:left w:val="single" w:sz="8" w:space="0" w:color="943126"/>
              <w:bottom w:val="single" w:sz="8" w:space="0" w:color="943126"/>
              <w:right w:val="single" w:sz="8" w:space="0" w:color="943126"/>
            </w:tcBorders>
            <w:shd w:val="clear" w:color="auto" w:fill="94312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קַיִן וְהֶבֶל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וַיְהִי מִקֵּץ יָמִים וַיָּבֵא קַיִן מִפְּרִי הָאֲדָמָה מִנְחָה לַיהֹוָה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ד, 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2_g1_brothers_170_None_Fals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נֹחַ וְהַתֵּבָה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אֵלֶּה תּוֹלְדֹת נֹחַ נֹחַ אִישׁ צַדִּיק תָּמִים הָיָה בְּדֹרֹתָיו אֶת־הָאֱלֹהִים הִתְהַלֶּךְ־נֹחַ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ו, ט)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ark_170_None_Fals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נֹחַ וְהַתֵּבָה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עֲשֵׂה לְךָ תֵּבַת עֲצֵי־גֹפֶר קִנִּים תַּעֲשֶׂה אֶת־הַתֵּבָה וְכָפַרְתָּ אֹתָהּ מִבַּיִת וּמִחוּץ בַּכֹּפֶר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ו, יד)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2_g1_ark_170_None_Fals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17864"/>
              <w:left w:val="single" w:sz="8" w:space="0" w:color="117864"/>
              <w:bottom w:val="single" w:sz="8" w:space="0" w:color="117864"/>
              <w:right w:val="single" w:sz="8" w:space="0" w:color="117864"/>
            </w:tcBorders>
            <w:shd w:val="clear" w:color="auto" w:fill="117864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הַיּוֹנָה וְהַקֶּשֶׁת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אֶת־קַשְׁתִּי נָתַתִּי בֶּעָנָן וְהָיְתָה לְאוֹת בְּרִית בֵּינִי וּבֵין 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ט, יג)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rainbow_170_None_Fals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17864"/>
              <w:left w:val="single" w:sz="8" w:space="0" w:color="117864"/>
              <w:bottom w:val="single" w:sz="8" w:space="0" w:color="117864"/>
              <w:right w:val="single" w:sz="8" w:space="0" w:color="117864"/>
            </w:tcBorders>
            <w:shd w:val="clear" w:color="auto" w:fill="117864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הַיּוֹנָה וְהַקֶּשֶׁת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2" w:space="0" w:color="2E7D32"/>
              <w:left w:val="double" w:sz="12" w:space="0" w:color="2E7D32"/>
              <w:bottom w:val="double" w:sz="12" w:space="0" w:color="2E7D32"/>
              <w:right w:val="double" w:sz="12" w:space="0" w:color="2E7D32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וַתָּבֹא אֵלָיו הַיּוֹנָה לְעֵת עֶרֶב וְהִנֵּה עֲלֵה־זַיִת טָרָף בְּפִיהָ וַיֵּדַע נֹחַ כִּי־קַלּוּ הַמַּיִם מֵעַל 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ח, יא)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2_g1_rainbow_170_None_Fals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A5276"/>
              <w:left w:val="single" w:sz="8" w:space="0" w:color="1A5276"/>
              <w:bottom w:val="single" w:sz="8" w:space="0" w:color="1A5276"/>
              <w:right w:val="single" w:sz="8" w:space="0" w:color="1A5276"/>
            </w:tcBorders>
            <w:shd w:val="clear" w:color="auto" w:fill="1A527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מִגְדַּל בָּבֶל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וַיֹּאמְרוּ הָבָה נִבְנֶה־לָּנוּ עִיר וּמִגְדָּל וְרֹאשׁוֹ בַשָּׁמַיִם וְנַעֲשֶׂה־לָּנוּ שֵׁם פֶּן־נָפוּץ עַל־פְּנֵי כׇל־הָאָרֶץ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יא, ד)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tower_170_None_Fals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A5276"/>
              <w:left w:val="single" w:sz="8" w:space="0" w:color="1A5276"/>
              <w:bottom w:val="single" w:sz="8" w:space="0" w:color="1A5276"/>
              <w:right w:val="single" w:sz="8" w:space="0" w:color="1A5276"/>
            </w:tcBorders>
            <w:shd w:val="clear" w:color="auto" w:fill="1A527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מִגְדַּל בָּבֶל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0" w:space="0" w:color="8E44AD"/>
              <w:left w:val="dashed" w:sz="10" w:space="0" w:color="8E44AD"/>
              <w:bottom w:val="dashed" w:sz="10" w:space="0" w:color="8E44AD"/>
              <w:right w:val="dashed" w:sz="10" w:space="0" w:color="8E44AD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וַיֹּאמְרוּ אִישׁ אֶל־רֵעֵהוּ הָבָה נִלְבְּנָה לְבֵנִים וְנִשְׂרְפָה לִשְׂרֵפָה וַתְּהִי לָהֶם הַלְּבֵנָה לְאָבֶן וְהַחֵמָר הָיָה לָהֶם לַחֹמֶר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יא, ג)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2_g1_tower_170_None_Fals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943126"/>
              <w:left w:val="single" w:sz="8" w:space="0" w:color="943126"/>
              <w:bottom w:val="single" w:sz="8" w:space="0" w:color="943126"/>
              <w:right w:val="single" w:sz="8" w:space="0" w:color="943126"/>
            </w:tcBorders>
            <w:shd w:val="clear" w:color="auto" w:fill="94312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לֶךְ לְךָ – אַבְרָהָם יוֹצֵא לַדֶּרֶךְ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וַיֹּאמֶר ה' אֶל־אַבְרָם לֶךְ־לְךָ מֵאַרְצְךָ וּמִמּוֹלַדְתְּךָ וּמִבֵּית אָבִיךָ אֶל־הָאָרֶץ אֲשֶׁר אַרְאֶךָּ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יב, א)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lechlecha_170_None_Fals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943126"/>
              <w:left w:val="single" w:sz="8" w:space="0" w:color="943126"/>
              <w:bottom w:val="single" w:sz="8" w:space="0" w:color="943126"/>
              <w:right w:val="single" w:sz="8" w:space="0" w:color="943126"/>
            </w:tcBorders>
            <w:shd w:val="clear" w:color="auto" w:fill="94312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לֶךְ לְךָ – אַבְרָהָם יוֹצֵא לַדֶּרֶךְ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tted" w:sz="14" w:space="0" w:color="CA6F1E"/>
              <w:left w:val="dotted" w:sz="14" w:space="0" w:color="CA6F1E"/>
              <w:bottom w:val="dotted" w:sz="14" w:space="0" w:color="CA6F1E"/>
              <w:right w:val="dotted" w:sz="14" w:space="0" w:color="CA6F1E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הֲלֹא כׇל־הָאָרֶץ לְפָנֶיךָ הִפָּרֶד נָא מֵעָלָי אִם־הַשְּׂמֹאל וְאֵימִנָה וְאִם־הַיָּמִין וְאַשְׂמְאִילָה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יג, ט)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2_g1_lechlecha_170_None_Fals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כַּכּוֹכָבִים – בְּרִית בֵּין הַבְּתָרִים וּבְרִית מִילָה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וַיּוֹצֵא אֹתוֹ הַחוּצָה וַיֹּאמֶר הַבֶּט־נָא הַשָּׁמַיְמָה וּסְפֹר הַכּוֹכָבִים אִם־תּוּכַל לִסְפֹּר אֹתָם וַיֹּאמֶר לוֹ כֹּה יִהְיֶה זַרְעֶךָ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טו, ה)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stars_170_None_Fals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כַּכּוֹכָבִים – בְּרִית בֵּין הַבְּתָרִים וּבְרִית מִילָה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7950B"/>
              <w:left w:val="single" w:sz="10" w:space="0" w:color="B7950B"/>
              <w:bottom w:val="single" w:sz="10" w:space="0" w:color="B7950B"/>
              <w:right w:val="single" w:sz="10" w:space="0" w:color="B7950B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וְלֹא־יִקָּרֵא עוֹד אֶת־שִׁמְךָ אַבְרָם וְהָיָה שִׁמְךָ אַבְרָהָם כִּי אַב־הֲמוֹן גּוֹיִם נְתַתִּיךָ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color w:val="555555"/>
                <w:sz w:val="24"/>
                <w:szCs w:val="24"/>
                <w:rtl/>
              </w:rPr>
              <w:t>(בראשית יז, ה)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20000" cy="4590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2_g1_stars_170_None_Fals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