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2"/>
          <w:szCs w:val="52"/>
          <w:rtl/>
        </w:rPr>
        <w:t>שְׁאֵלוֹת וּתְשׁוּבוֹת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color w:val="555555"/>
          <w:sz w:val="30"/>
          <w:szCs w:val="30"/>
          <w:rtl/>
        </w:rPr>
        <w:t>שְׁאֵלוֹת וּתְשׁוּבוֹת לַחֲזָרָה לְפִי הַיְּחִידוֹת. אֶפְשָׁר לְכַסּוֹת אֶת הַתְּשׁוּבוֹת וְלִבְדֹּק אֶת עַצְמְכֶם.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E86DE"/>
              <w:left w:val="single" w:sz="8" w:space="0" w:color="2E86DE"/>
              <w:bottom w:val="single" w:sz="8" w:space="0" w:color="2E86DE"/>
              <w:right w:val="single" w:sz="8" w:space="0" w:color="2E86DE"/>
            </w:tcBorders>
            <w:shd w:val="clear" w:color="auto" w:fill="2E86DE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בְּרִיאַת הָעוֹלָם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כַּמָּה יָמִים בָּרָא ה' אֶת הָעוֹלָם?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שִׁשָּׁה יָמִים.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נִבְרָא בַּיּוֹם הָרִאשׁוֹן?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הָאוֹר.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בְּאֵיזֶה יוֹם נִבְרָא הָאָדָם?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3FC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בַּיּוֹם הַשִּׁשִּׁי.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E67E22"/>
              <w:left w:val="single" w:sz="8" w:space="0" w:color="E67E22"/>
              <w:bottom w:val="single" w:sz="8" w:space="0" w:color="E67E22"/>
              <w:right w:val="single" w:sz="8" w:space="0" w:color="E67E22"/>
            </w:tcBorders>
            <w:shd w:val="clear" w:color="auto" w:fill="E67E22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יוֹם הַשַּׁבָּת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ב, פְּסוּקִים א–ג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עָשָׂה ה' בַּיּוֹם הַשְּׁבִיעִי?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DF2E7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שָׁבַת – נָח מִכׇּל הַמְּלָאכָה.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עָשָׂה ה' לַיּוֹם הַשְּׁבִיעִי?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DF2E7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בֵּרַךְ אוֹתוֹ וְקִדֵּשׁ אוֹתוֹ.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אֵיךְ אֲנַחְנוּ שׁוֹמְרִים שַׁבָּת?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DF2E7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נָחִים, מִתְפַּלְּלִים, עוֹשִׂים קִדּוּשׁ וְלֹא עוֹשִׂים מְלָאכָה.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בְּאֵיזֶה יוֹם שָׁבַת ה'?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DF2E7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בַּיּוֹם הַשְּׁבִיעִי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6A085"/>
              <w:left w:val="single" w:sz="8" w:space="0" w:color="16A085"/>
              <w:bottom w:val="single" w:sz="8" w:space="0" w:color="16A085"/>
              <w:right w:val="single" w:sz="8" w:space="0" w:color="16A085"/>
            </w:tcBorders>
            <w:shd w:val="clear" w:color="auto" w:fill="16A085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3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גַּן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ב–ג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לָמָּה שָׂם ה' אֶת הָאָדָם בְּגַן עֵדֶן?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"לְעׇבְדָהּ וּלְשׇׁמְרָהּ" – לַעֲבֹד בַּגַּן וְלִשְׁמֹר עָלָיו.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מֵאֵיזֶה עֵץ אָסוּר הָיָה לֶאֱכֹל?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מֵעֵץ הַדַּעַת.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10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קָרָה כִּי הָאָדָם לֹא שָׁמַר עַל הַמִּצְוָה?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הוּא יָצָא מִגַּן עֵדֶן.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11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מִי שִׁכְנֵעַ לֶאֱכֹל מֵעֵץ הַדַּעַת?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8F6F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הַנָּחָשׁ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C0392B"/>
              <w:left w:val="single" w:sz="8" w:space="0" w:color="C0392B"/>
              <w:bottom w:val="single" w:sz="8" w:space="0" w:color="C0392B"/>
              <w:right w:val="single" w:sz="8" w:space="0" w:color="C0392B"/>
            </w:tcBorders>
            <w:shd w:val="clear" w:color="auto" w:fill="C0392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4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קַיִן וְהֶבֶל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ד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12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הָיְתָה הָעֲבוֹדָה שֶׁל קַיִן?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עוֹבֵד אֲדָמָה.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13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הָיְתָה הָעֲבוֹדָה שֶׁל הֶבֶל?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רוֹעֵה צֹאן.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14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שָׁאַל ה' אֶת קַיִן?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AE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"אֵי הֶבֶל אָחִיךָ?"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5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נֹחַ וְהַתֵּבָה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ו–ז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15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אוֹמֶרֶת הַתּוֹרָה עַל נֹחַ?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"נֹחַ אִישׁ צַדִּיק תָּמִים הָיָה בְּדֹרֹתָיו".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16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צִוָּה ה' אֶת נֹחַ?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לִבְנוֹת תֵּבָה.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17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מִי נִכְנַס לַתֵּבָה?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נֹחַ, מִשְׁפַּחְתּוֹ וּבַעֲלֵי חַיִּים – זוּג זוּג.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18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מִמָּה בָּנָה נֹחַ אֶת הַתֵּבָה?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4ECF7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מֵעֵץ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6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הַיּוֹנָה וְהַקֶּשֶׁת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ח–ט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19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הֵבִיאָה הַיּוֹנָה בְּפִיהָ?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עֲלֵה זַיִת.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20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כַּמָּה יָמִים יָרַד הַגֶּשֶׁם?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אַרְבָּעִים יוֹם וְאַרְבָּעִים לַיְלָה.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21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לְמָה הַקֶּשֶׁת הִיא סִימָן?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EEE6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לַבְּרִית – ה' הִבְטִיחַ שֶׁלֹּא יָבִיא עוֹד מַבּוּל.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980B9"/>
              <w:left w:val="single" w:sz="8" w:space="0" w:color="2980B9"/>
              <w:bottom w:val="single" w:sz="8" w:space="0" w:color="2980B9"/>
              <w:right w:val="single" w:sz="8" w:space="0" w:color="2980B9"/>
            </w:tcBorders>
            <w:shd w:val="clear" w:color="auto" w:fill="2980B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7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מִגְדַּל בָּבֶל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פֶּרֶק יא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22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בְּכַמָּה שָׂפוֹת דִּבְּרוּ לִפְנֵי מִגְדַּל בָּבֶל?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בְּשָׂפָה אַחַת.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23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רָצוּ אַנְשֵׁי בָּבֶל לִבְנוֹת?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עִיר וּמִגְדָּל שֶׁרֹאשׁוֹ בַּשָּׁמַיִם.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24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קָרָה כְּשֶׁה' בִּלְבֵּל אֶת הַשָּׂפָה?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הֵם לֹא הֵבִינוּ זֶה אֶת זֶה וְהִתְפַּזְּרוּ.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25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רָצוּ לִבְנוֹת אַנְשֵׁי בָּבֶל?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AF2F8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מִגְדָּל גָּבוֹהַּ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27AE60"/>
              <w:left w:val="single" w:sz="8" w:space="0" w:color="27AE60"/>
              <w:bottom w:val="single" w:sz="8" w:space="0" w:color="27AE60"/>
              <w:right w:val="single" w:sz="8" w:space="0" w:color="27AE60"/>
            </w:tcBorders>
            <w:shd w:val="clear" w:color="auto" w:fill="27AE60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8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לֶךְ לְךָ – אַבְרָהָם יוֹצֵא לַדֶּרֶךְ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יב–יג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26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אָמַר ה' לְאַבְרָם?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"לֶךְ לְךָ מֵאַרְצְךָ... אֶל הָאָרֶץ אֲשֶׁר אַרְאֶךָּ".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27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מִי הָלַךְ עִם אַבְרָם?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מִשְׁפַּחְתּוֹ וְלוֹט בֶּן אָחִיו.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28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אָמַר אַבְרָם לְלוֹט כְּשֶׁהָרוֹעִים רָבוּ?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E9F7E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"אַל נָא תְהִי מְרִיבָה בֵּינִי וּבֵינֶךָ".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7950B"/>
              <w:left w:val="single" w:sz="8" w:space="0" w:color="B7950B"/>
              <w:bottom w:val="single" w:sz="8" w:space="0" w:color="B7950B"/>
              <w:right w:val="single" w:sz="8" w:space="0" w:color="B7950B"/>
            </w:tcBorders>
            <w:shd w:val="clear" w:color="auto" w:fill="B7950B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9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. כַּכּוֹכָבִים – בְּרִית בֵּין הַבְּתָרִים וּבְרִית מִילָה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בְּרֵאשִׁית פְּרָקִים טו–יז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443"/>
        <w:gridCol w:w="4876"/>
      </w:tblGrid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29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מָה הִבְטִיחַ ה' לְאַבְרָם כְּשֶׁהֶרְאָה לוֹ אֶת הַכּוֹכָבִים?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שֶׁיִּהְיוּ לוֹ צֶאֱצָאִים רַבִּים כְּמוֹ הַכּוֹכָבִים.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30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אֵיךְ נִקְרֵאת הַבְּרִית שֶׁל הַכּוֹכָבִים?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בְּרִית בֵּין הַבְּתָרִים.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31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אֵיזוֹ מִצְוָה קִבֵּל אַבְרָהָם?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בְּרִית מִילָה.</w:t>
            </w:r>
          </w:p>
        </w:tc>
      </w:tr>
      <w:tr>
        <w:trPr>
          <w:cantSplit/>
        </w:trPr>
        <w:tc>
          <w:tcPr>
            <w:tcW w:type="dxa" w:w="5159"/>
            <w:tcW w:w="544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32</w:t>
            </w:r>
            <w:r>
              <w:rPr>
                <w:rFonts w:ascii="David Libre" w:hAnsi="David Libre" w:cs="David Libre" w:eastAsia="David Libre"/>
                <w:b/>
                <w:bCs/>
                <w:sz w:val="30"/>
                <w:szCs w:val="30"/>
                <w:rtl/>
              </w:rPr>
              <w:t>. אֶל מָה אָמַר ה' לְאַבְרָם לְהַבִּיט?</w:t>
            </w:r>
          </w:p>
        </w:tc>
        <w:tc>
          <w:tcPr>
            <w:tcW w:type="dxa" w:w="5159"/>
            <w:tcW w:w="4876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FBF6E3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David Libre" w:hAnsi="David Libre" w:cs="David Libre" w:eastAsia="David Libre"/>
                <w:sz w:val="30"/>
                <w:szCs w:val="30"/>
                <w:rtl/>
              </w:rPr>
              <w:t>אֶל הַכּוֹכָבִים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