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מִבְחָן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 xml:space="preserve">הַמִּבְחָן כּוֹלֵל </w:t>
      </w: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>4</w:t>
      </w: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 xml:space="preserve"> חֲלָקִים · סַךְ הַכֹּל </w:t>
      </w: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>100</w:t>
      </w: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 xml:space="preserve"> נְקֻדּוֹת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בָּרָא אֶת הָעוֹלָם בְּשִׁשָּׁה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בַּיּוֹם הַשְּׁבִיעִי בָּרָא ה' אֶת הַשֶּׁמֶשׁ.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אָדָם וְחַוָּה גָּרוּ בְּגַן עֵדֶן.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הֶבֶל הָיָה עוֹבֵד אֲדָמָה וְקַיִן הָיָה רוֹעֵה צֹאן.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5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נֹחַ בָּנָה תֵּבָה כִּי ה' צִוָּה אוֹתוֹ.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6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הַיּוֹנָה הֵבִיאָה לְנֹחַ עֲלֵה זַיִת.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7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אַנְשֵׁי מִגְדַּל בָּבֶל דִּבְּרוּ בְּשִׁבְעִים שָׂפוֹת לִפְנֵי שֶׁבָּנוּ.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8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אָמַר לְאַבְרָם: "לֶךְ לְךָ מֵאַרְצְךָ".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בָּרָא ה' בַּיּוֹם הָרִאשׁוֹן?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אוֹר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דָּגִים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הָאָדָם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עָשָׂה ה' בַּיּוֹם הַשְּׁבִיעִי?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בָּרָא צְמָחִים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שָׁבַת מִכָּל מְלַאכְתּוֹ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בָּרָא כּוֹכָבִים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מִמָּה ה' אָמַר לְאָדָם לֹא לֶאֱכֹל?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מֵעֵץ הַזַּיִת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מִכָּל עֲצֵי הַגָּן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מֵעֵץ הַדַּעַת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ה' שָׂם בֶּעָנָן כְּסִימָן לַבְּרִית?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כּוֹכָב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קֶשֶׁת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יוֹנָה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ה' בִּלְבֵּל אֶת שְׂפַת בּוֹנֵי הַמִּגְדָּל?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כִּי רָצוּ לַעֲשׂוֹת לָהֶם שֵׁם וְלֹא לְהִתְפַּזֵּר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כִּי לֹא הָיוּ לָהֶם לְבֵנִים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כִּי הָיָה קַר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לְמָה הִשְׁוָה ה' אֶת זַרְעוֹ שֶׁל אַבְרָם?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לְעֵצִים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לְכוֹכְבֵי הַשָּׁמַיִם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לְדָגִים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מַתְאִימִים: מִי עָשָׂה מָה?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נֹחַ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הֵבִיאָה עֲלֵה זַיִת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הֶבֶל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נָתַן שֵׁמוֹת לְכׇל הַחַיּוֹת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אַבְרָם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רוֹעֵה צֹאן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הַיּוֹנָה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בָּנָה תֵּבָה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אָדָם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יָצָא לְאֶרֶץ כְּנַעַן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אָנוּ עוֹשִׂים בְּשַׁבָּת כְּדֵי לִזְכֹּר שֶׁה' שָׁבַת?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ה' הֵבִיא מַבּוּל עַל הָעוֹלָם?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ה' הִבְטִיחַ לְנֹחַ אַחֲרֵי הַמַּבּוּל?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אֵיזוֹ מִצְוָה ה' צִוָּה אֶת אַבְרָהָם בְּסוֹף פֶּרֶק יז?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618D"/>
          <w:sz w:val="44"/>
          <w:szCs w:val="44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