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מַחְוָן – מִבְחָן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 xml:space="preserve">הַמִּבְחָן כּוֹלֵל 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4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 xml:space="preserve"> חֲלָקִים · סַךְ הַכֹּל 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>100</w:t>
      </w:r>
      <w:r>
        <w:rPr>
          <w:rFonts w:ascii="David Libre" w:hAnsi="David Libre" w:cs="David Libre" w:eastAsia="David Libre"/>
          <w:color w:val="555555"/>
          <w:sz w:val="28"/>
          <w:szCs w:val="28"/>
          <w:rtl/>
        </w:rPr>
        <w:t xml:space="preserve"> נְקֻדּוֹת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בָּרָא אֶת הָעוֹלָם בְּשִׁשָּׁה יָמִים.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בַּיּוֹם הַשְּׁבִיעִי בָּרָא ה' אֶת הַשֶּׁמֶשׁ.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אָדָם וְחַוָּה גָּרוּ בְּגַן עֵדֶן.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הֶבֶל הָיָה עוֹבֵד אֲדָמָה וְקַיִן הָיָה רוֹעֵה צֹאן.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נֹחַ בָּנָה תֵּבָה כִּי ה' צִוָּה אוֹתוֹ.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הַיּוֹנָה הֵבִיאָה לְנֹחַ עֲלֵה זַיִת.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>. אַנְשֵׁי מִגְדַּל בָּבֶל דִּבְּרוּ בְּשִׁבְעִים שָׂפוֹת לִפְנֵי שֶׁבָּנוּ.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. ה' אָמַר לְאַבְרָם: "לֶךְ לְךָ מֵאַרְצְךָ".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בָּרָא ה' בַּיּוֹם הָרִאשׁוֹן?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אוֹר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 בַּיּוֹם הַשְּׁבִיעִי?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שָׁבַת מִכָּל מְלַאכְתּוֹ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מִמָּה ה' אָמַר לְאָדָם לֹא לֶאֱכֹל?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מֵעֵץ הַדַּעַת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ה' שָׂם בֶּעָנָן כְּסִימָן לַבְּרִית?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קֶשֶׁת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ה' בִּלְבֵּל אֶת שְׂפַת בּוֹנֵי הַמִּגְדָּל?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כִּי רָצוּ לַעֲשׂוֹת לָהֶם שֵׁם וְלֹא לְהִתְפַּזֵּר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לְמָה הִשְׁוָה ה' אֶת זַרְעוֹ שֶׁל אַבְרָם?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לְכוֹכְבֵי הַשָּׁמַיִם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מַתְאִימִים: מִי עָשָׂה מָה?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נֹחַ  ←  בָּנָה תֵּבָה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הֶבֶל  ←  רוֹעֵה צֹאן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אַבְרָם  ←  יָצָא לְאֶרֶץ כְּנַעַן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הַיּוֹנָה  ←  הֵבִיאָה עֲלֵה זַיִת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8449"/>
                <w:sz w:val="34"/>
                <w:szCs w:val="34"/>
                <w:rtl/>
              </w:rPr>
              <w:t>אָדָם  ←  נָתַן שֵׁמוֹת לְכׇל הַחַיּוֹת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 (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×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נק')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אָנוּ עוֹשִׂים בְּשַׁבָּת כְּדֵי לִזְכֹּר שֶׁה' שָׁבַת?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אוֹמְרִים קִדּוּשׁ, נָחִים, לֹא עוֹשִׂים מְלָאכָה (כׇּל תְּשׁוּבָה נְכוֹנָה).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לָמָּה ה' הֵבִיא מַבּוּל עַל הָעוֹלָם?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כִּי הָאֲנָשִׁים עָשׂוּ רַע וְהָאָרֶץ הִתְמַלְּאָה חָמָס.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ה' הִבְטִיחַ לְנֹחַ אַחֲרֵי הַמַּבּוּל?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שֶׁלֹּא יָבִיא עוֹד מַבּוּל לְהַשְׁחִית אֶת הָאָרֶץ.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מִצְוָה ה' צִוָּה אֶת אַבְרָהָם בְּסוֹף פֶּרֶק יז?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E8449"/>
                <w:sz w:val="32"/>
                <w:szCs w:val="32"/>
                <w:rtl/>
              </w:rPr>
              <w:t xml:space="preserve">✓ </w:t>
            </w:r>
            <w:r>
              <w:rPr>
                <w:rFonts w:ascii="David Libre" w:hAnsi="David Libre" w:cs="David Libre" w:eastAsia="David Libre"/>
                <w:b/>
                <w:bCs/>
                <w:color w:val="1E8449"/>
                <w:sz w:val="32"/>
                <w:szCs w:val="32"/>
                <w:rtl/>
              </w:rPr>
              <w:t>בְּרִית מִילָה.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618D"/>
          <w:sz w:val="44"/>
          <w:szCs w:val="44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777777"/>
        <w:sz w:val="22"/>
        <w:szCs w:val="22"/>
        <w:rtl/>
      </w:rPr>
      <w:t>מחוון – חמש בראשית · כיתה א'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