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6"/>
                <w:szCs w:val="36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A04000"/>
          <w:sz w:val="58"/>
          <w:szCs w:val="58"/>
          <w:rtl/>
        </w:rPr>
        <w:t>דַּפֵּי חֲזָרָה · מֻתְאָם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618D"/>
              <w:left w:val="single" w:sz="8" w:space="0" w:color="1F618D"/>
              <w:bottom w:val="single" w:sz="8" w:space="0" w:color="1F618D"/>
              <w:right w:val="single" w:sz="8" w:space="0" w:color="1F618D"/>
            </w:tcBorders>
            <w:shd w:val="clear" w:color="auto" w:fill="1F618D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8"/>
                <w:szCs w:val="48"/>
                <w:rtl/>
              </w:rPr>
              <w:t>סִכּוּם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creation_60_None_Fals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בְּרִיאַת הָעוֹלָם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בָּרָא אֶת הָעוֹלָם בְּשִׁשָּׁה יָמִים.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shabbat_60_None_Fals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יוֹם הַשַּׁבָּת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בַּיּוֹם הַשְּׁבִיעִי ה' שָׁבַת.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eden_60_None_Fals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גַּן עֵדֶן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שָׂם אֶת הָאָדָם בְּגַן עֵדֶן.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brothers_60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קַיִן וְהֶבֶל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קַיִן וְהֶבֶל הָיוּ אַחִים.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ark_60_None_Fals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נֹחַ וְהַתֵּבָה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נֹחַ הָיָה צַדִּיק.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rainbow_60_None_Fals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הַיּוֹנָה וְהַקֶּשֶׁת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הַיּוֹנָה הֵבִיאָה עֲלֵה זַיִת.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206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tower_60_None_Fals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מִגְדַּל בָּבֶל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הָאֲנָשִׁים בָּנוּ מִגְדָּל גָּבוֹהַּ.</w:t>
            </w:r>
          </w:p>
        </w:tc>
        <w:tc>
          <w:tcPr>
            <w:tcW w:type="dxa" w:w="5159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lechlecha_60_None_Fals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לֶךְ לְךָ – אַבְרָהָם יוֹצֵא לַדֶּרֶךְ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אָמַר לְאַבְרָם: לֵךְ לְאֶרֶץ כְּנַעַן.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5103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03"/>
      </w:tblGrid>
      <w:tr>
        <w:trPr>
          <w:cantSplit/>
        </w:trPr>
        <w:tc>
          <w:tcPr>
            <w:tcW w:type="dxa" w:w="10318"/>
            <w:tcW w:w="510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60000" cy="161809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1_stars_60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180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sz w:val="40"/>
                <w:szCs w:val="40"/>
                <w:rtl/>
              </w:rPr>
              <w:t>כַּכּוֹכָבִים – בְּרִית בֵּין הַבְּתָרִים וּבְרִית מִילָה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sz w:val="34"/>
                <w:szCs w:val="34"/>
                <w:rtl/>
              </w:rPr>
              <w:t>ה' אָמַר לְאַבְרָם: סְפֹר אֶת הַכּוֹכָבִים.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F618D"/>
              <w:left w:val="single" w:sz="24" w:space="0" w:color="1F618D"/>
              <w:bottom w:val="single" w:sz="24" w:space="0" w:color="1F618D"/>
              <w:right w:val="single" w:sz="24" w:space="0" w:color="1F618D"/>
            </w:tcBorders>
            <w:shd w:val="clear" w:color="auto" w:fill="E8F0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>1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F618D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סַדְּרוּ לְפִי הַסֵּדֶר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93"/>
              <w:gridCol w:w="8845"/>
            </w:tblGrid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בְּרִיאַת הָעוֹלָם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יוֹם הַשַּׁבָּת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גַּן עֵדֶן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נֹחַ וְהַתֵּבָה</w:t>
                  </w:r>
                </w:p>
              </w:tc>
            </w:tr>
            <w:tr>
              <w:trPr>
                <w:trHeight w:val="595" w:hRule="atLeast"/>
                <w:cantSplit/>
              </w:trPr>
              <w:tc>
                <w:tcPr>
                  <w:tcW w:type="dxa" w:w="5159"/>
                  <w:tcW w:w="793" w:type="dxa"/>
                  <w:tcBorders>
                    <w:top w:val="single" w:sz="10" w:space="0" w:color="2E86DE"/>
                    <w:left w:val="single" w:sz="10" w:space="0" w:color="2E86DE"/>
                    <w:bottom w:val="single" w:sz="10" w:space="0" w:color="2E86DE"/>
                    <w:right w:val="single" w:sz="10" w:space="0" w:color="2E86DE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8845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40"/>
                      <w:szCs w:val="40"/>
                      <w:rtl/>
                    </w:rPr>
                    <w:t>קַיִן וְהֶבֶל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2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David Libre" w:hAnsi="David Libre" w:cs="David Libre" w:eastAsia="David Libre"/>
                <w:sz w:val="38"/>
                <w:szCs w:val="38"/>
                <w:rtl/>
              </w:rPr>
              <w:t xml:space="preserve">  </w:t>
            </w:r>
            <w:r>
              <w:rPr>
                <w:rFonts w:ascii="David Libre" w:hAnsi="David Libre" w:cs="David Libre" w:eastAsia="David Libre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avid Libre" w:hAnsi="David Libre" w:cs="David Libre" w:eastAsia="David Libre"/>
                <w:color w:val="444444"/>
                <w:sz w:val="36"/>
                <w:szCs w:val="36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ה' בָּרָא אֶת הָעוֹלָם בְּשִׁשָּׁה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בְּגַן עֵדֶן הָיוּ עֵצִים רַבִּים.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5" name="Picture 1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הֶבֶל הֵבִיא מִנְחָה מִן הַטּוֹב בְּיוֹתֵר.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6" name="Picture 1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7" name="Picture 1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הַיּוֹנָה הֵבִיאָה עֲלֵה זַיִת.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8" name="Picture 1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9" name="Picture 1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5</w:t>
                  </w:r>
                  <w:r>
                    <w:rPr>
                      <w:rFonts w:ascii="David Libre" w:hAnsi="David Libre" w:cs="David Libre" w:eastAsia="David Libre"/>
                      <w:sz w:val="36"/>
                      <w:szCs w:val="36"/>
                      <w:rtl/>
                    </w:rPr>
                    <w:t>. בְּהַתְחָלָה כֻּלָּם דִּבְּרוּ בְּשָׂפָה אַחַת.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0" name="Picture 2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21" name="Picture 2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0" w:after="0"/>
      <w:jc w:val="both"/>
    </w:pPr>
    <w:r>
      <w:rPr>
        <w:rFonts w:ascii="David Libre" w:hAnsi="David Libre" w:cs="David Libre" w:eastAsia="David Libre"/>
        <w:color w:val="333333"/>
        <w:sz w:val="26"/>
        <w:szCs w:val="26"/>
        <w:rtl/>
      </w:rPr>
      <w:t>שם פרטי: ________________      שם משפחה: ________________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