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תּוֹרָה  ·  כִּתָּה א'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80"/>
          <w:szCs w:val="80"/>
          <w:rtl/>
        </w:rPr>
        <w:t>חֻמַּשׁ בְּרֵאשִׁית</w:t>
      </w:r>
    </w:p>
    <w:p>
      <w:pPr>
        <w:bidi/>
        <w:spacing w:before="0" w:after="120"/>
        <w:jc w:val="center"/>
      </w:pPr>
      <w:r>
        <w:rPr>
          <w:rFonts w:ascii="David Libre" w:hAnsi="David Libre" w:cs="David Libre" w:eastAsia="David Libre"/>
          <w:color w:val="7D6608"/>
          <w:sz w:val="40"/>
          <w:szCs w:val="40"/>
          <w:rtl/>
        </w:rPr>
        <w:t>פְּרָקִים א–יז · בְּרֵאשִׁית, נֹחַ, לֶךְ לְךָ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0000" cy="44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rainbow_16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18" w:space="0" w:color="E67E22"/>
              <w:left w:val="single" w:sz="18" w:space="0" w:color="E67E22"/>
              <w:bottom w:val="single" w:sz="18" w:space="0" w:color="E67E22"/>
              <w:right w:val="single" w:sz="18" w:space="0" w:color="E67E22"/>
            </w:tcBorders>
            <w:shd w:val="clear" w:color="auto" w:fill="FDF2E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52"/>
                <w:szCs w:val="52"/>
                <w:rtl/>
              </w:rPr>
              <w:t>חוֹבֶרֶת עֲבוֹדָה · מֻתְאָם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לְפִי תָּכְנִית הַלִּמּוּדִים בַּחִנּוּךְ הַמַּמְלַכְתִּי־דָּתִי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תֹּכֶן הָעִנְיָנִים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בְּרִיאַת הָעוֹלָם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3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יוֹם הַשַּׁבָּת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5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גַּן עֵדֶן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6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קַיִן וְהֶבֶל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8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נֹחַ וְהַתֵּבָה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10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הַיּוֹנָה וְהַקֶּשֶׁת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12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מִגְדַּל בָּבֶל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13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לֶךְ לְךָ – אַבְרָהָם יוֹצֵא לַדֶּרֶךְ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14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9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. כַּכּוֹכָבִים – בְּרִית בֵּין הַבְּתָרִים וּבְרִית מִילָה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16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חֲזָרָה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17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6"/>
                <w:szCs w:val="36"/>
                <w:rtl/>
              </w:rPr>
              <w:t>18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בְּרִיאַת הָעוֹלָם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א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creation_8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בָּרָא אֶת הָעוֹלָם בְּשִׁשָּׁה יָמִים.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הַכֹּל הָיָה טוֹב מְאֹד.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בָּרָא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עָשָׂה מִשֶּׁהוּ חָדָשׁ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יַבָּשָׁה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אֲדָמָה שֶׁאֵין עָלֶיהָ מַיִם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רָקִיעַ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הַשָּׁמַיִם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בָּרָא אֶת הָעוֹלָם בְּשִׁשָּׁה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בַּיּוֹם הָרִאשׁוֹן נִבְרְאוּ הַדָּגִים.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הָאָדָם נִבְרָא בַּיּוֹם הַשִּׁשִּׁי.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80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2728_34_None_False.jp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0a_34_None_False.jp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33_34_None_False.jp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ה' בָּרָא אוֹר.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ה' בָּרָא עֵצִים וּצְמָחִים.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ה' בָּרָא יָם וִיבֵשָׁה.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יוֹם הַשַּׁבָּת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ב, פְּסוּקִים א–ג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shabbat_85_None_Fals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בַּיּוֹם הַשְּׁבִיעִי ה' שָׁבַת.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שַׁבָּת הִיא יוֹם קָדוֹשׁ.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שָׁבַת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נָח, הִפְסִיק לַעֲבֹד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קִדֵּשׁ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עָשָׂה לְיוֹם מְיֻחָד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מְלָאכָה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עֲבוֹדָה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בְּאֵיזֶה יוֹם שָׁבַת ה'?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בַּיּוֹם הַשְּׁבִיעִי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בַּיּוֹם הַשִּׁשִּׁי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גַּן עֵדֶן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ב–ג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eden_85_None_Fals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שָׂם אֶת הָאָדָם בְּגַן עֵדֶן.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אָסוּר הָיָה לֶאֱכֹל מֵעֵץ הַדַּעַת.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נָטַע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שָׁתַל עֵצִים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עֵץ הַדַּעַת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הָעֵץ שֶׁאָסוּר הָיָה לֶאֱכֹל מִמֶּנּוּ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לְעׇבְדָהּ וּלְשׇׁמְרָהּ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לַעֲבֹד בַּגַּן וְלִשְׁמֹר עָלָיו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בְּגַן עֵדֶן הָיוּ עֵצִים רַבִּים.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מֻתָּר הָיָה לֶאֱכֹל מִכׇּל הָעֵצִים.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הָאָדָם צָרִיךְ הָיָה לִשְׁמֹר עַל הַגַּן.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80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33_34_None_False.jp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0d_34_None_False.jp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6aa_34_None_False.jp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הָאָדָם יָצָא מִגַּן עֵדֶן.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בְּגַן עֵדֶן יֵשׁ עֵצִים יָפִים.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הַנָּחָשׁ שִׁכְנֵעַ לֶאֱכֹל מִן הָעֵץ.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קַיִן וְהֶבֶל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ד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brothers_85_None_Fals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קַיִן וְהֶבֶל הָיוּ אַחִים.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צָרִיךְ לִשְׁמֹר עַל הָאַחִים.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מִנְחָה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מַתָּנָה לַה'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רוֹעֵה צֹאן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מִי שֶׁשּׁוֹמֵר עַל כְּבָשִׂים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עוֹבֵד אֲדָמָה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חַקְלַאי שֶׁמְּגַדֵּל צְמָחִים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 עָשָׂה מָה?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קַיִן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שָׁאַל: "אֵי הֶבֶל אָחִיךָ?"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הֶבֶל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רוֹעֵה צֹאן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ה'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עוֹבֵד אֲדָמָה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כׇּל תְּמוּנָה לְיַד הַמִּשְׁפָּט הַמַּתְאִים.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881"/>
              <w:gridCol w:w="2097"/>
            </w:tblGrid>
            <w:tr>
              <w:trPr>
                <w:trHeight w:val="1927" w:hRule="exact"/>
                <w:cantSplit/>
              </w:trPr>
              <w:tc>
                <w:tcPr>
                  <w:tcW w:type="dxa" w:w="5159"/>
                  <w:tcW w:w="788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141" w:type="dxa"/>
                    <w:bottom w:w="28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2"/>
                      <w:szCs w:val="42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sz w:val="42"/>
                      <w:szCs w:val="42"/>
                      <w:rtl/>
                    </w:rPr>
                    <w:t>. הֶבֶל – רוֹעֵה צֹאן.</w:t>
                  </w:r>
                </w:p>
              </w:tc>
              <w:tc>
                <w:tcPr>
                  <w:tcW w:type="dxa" w:w="515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927" w:hRule="exact"/>
                <w:cantSplit/>
              </w:trPr>
              <w:tc>
                <w:tcPr>
                  <w:tcW w:type="dxa" w:w="5159"/>
                  <w:tcW w:w="788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141" w:type="dxa"/>
                    <w:bottom w:w="28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2"/>
                      <w:szCs w:val="42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sz w:val="42"/>
                      <w:szCs w:val="42"/>
                      <w:rtl/>
                    </w:rPr>
                    <w:t>. קַיִן – עוֹבֵד אֲדָמָה.</w:t>
                  </w:r>
                </w:p>
              </w:tc>
              <w:tc>
                <w:tcPr>
                  <w:tcW w:type="dxa" w:w="515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927" w:hRule="exact"/>
                <w:cantSplit/>
              </w:trPr>
              <w:tc>
                <w:tcPr>
                  <w:tcW w:type="dxa" w:w="5159"/>
                  <w:tcW w:w="788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141" w:type="dxa"/>
                    <w:bottom w:w="28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2"/>
                      <w:szCs w:val="42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sz w:val="42"/>
                      <w:szCs w:val="42"/>
                      <w:rtl/>
                    </w:rPr>
                    <w:t>. שְׁנֵיהֶם הֵבִיאוּ מִנְחָה – מַתָּנָה לַה'.</w:t>
                  </w:r>
                </w:p>
              </w:tc>
              <w:tc>
                <w:tcPr>
                  <w:tcW w:type="dxa" w:w="515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18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נֹחַ וְהַתֵּבָה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ו–ז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ark_85_None_Fals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נֹחַ הָיָה צַדִּיק.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נֹחַ בָּנָה תֵּבָה גְּדוֹלָה.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צַדִּיק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אִישׁ טוֹב שֶׁעוֹשֶׂה רְצוֹן ה'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תֵּבָה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סְפִינָה גְּדוֹלָה מֵעֵץ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מַבּוּל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הַרְבֵּה מַיִם שֶׁכִּסּוּ אֶת 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מִמָּה בָּנָה נֹחַ אֶת הַתֵּבָה?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מֵעֵץ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מֵאֲבָנִים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כַּמָּה מִכׇּל סוּג שֶׁל בַּעֲלֵי חַיִּים נִכְנְסוּ לַתֵּבָה?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זוּג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אֶחָד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80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27_34_None_False.jp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6a2_34_None_False.jp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992_34_None_False.jp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בַּעֲלֵי הַחַיִּם נִכְנְסוּ לַתֵּבָה זוּג זוּג.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נֹחַ בָּנָה תֵּבָה גְּדוֹלָה מֵעֵץ.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יָרַד מַבּוּל שֶׁל מַיִם.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הַיּוֹנָה וְהַקֶּשֶׁת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ח–ט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rainbow_85_None_Fals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הַיּוֹנָה הֵבִיאָה עֲלֵה זַיִת.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הַקֶּשֶׁת הִיא סִימָן שֶׁל הַבְטָחָה.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עֲלֵה זַיִת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עָלֶה שֶׁל עֵץ זַיִת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קֶשֶׁת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קֶשֶׁת צְבָעִים בַּשָּׁמַיִם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בְּרִית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הַבְטָחָה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הַיּוֹנָה הֵבִיאָה עֲלֵה זַיִת.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הַקֶּשֶׁת הִיא סִימָן שֶׁיָּבוֹא מַבּוּל.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הַגֶּשֶׁם יָרַד אַרְבָּעִים יוֹם.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מִגְדַּל בָּבֶל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פֶּרֶק יא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tower_85_None_Fals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הָאֲנָשִׁים בָּנוּ מִגְדָּל גָּבוֹהַּ.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בִּלְבֵּל אֶת הַשָּׂפָה שֶׁלָּהֶם.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מִגְדָּל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בִּנְיָן גָּבוֹהַּ מְאוֹד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שָׂפָה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לָשׁוֹן שֶׁמְּדַבְּרִים בָּהּ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נָפוּץ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נִתְפַּזֵּר לְכׇל מָקוֹם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רָצוּ לִבְנוֹת אַנְשֵׁי בָּבֶל?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מִגְדָּל גָּבוֹהַּ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תֵּבָה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עָשָׂה ה'?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בִּלְבֵּל אֶת הַשָּׂפָה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הֵבִיא מַבּוּל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לֶךְ לְךָ – אַבְרָהָם יוֹצֵא לַדֶּרֶךְ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יב–יג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lechlecha_85_None_Fals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אָמַר לְאַבְרָם: לֵךְ לְאֶרֶץ כְּנַעַן.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אַבְרָם רָצָה שָׁלוֹם עִם לוֹט.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מוֹלֶדֶת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הַמָּקוֹם שֶׁבּוֹ נוֹלַד הָאָדָם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מְרִיבָה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רִיב, וִכּוּחַ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אֶרֶץ כְּנַעַן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אֶרֶץ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אָמַר לְאַבְרָם לָלֶכֶת לְאֶרֶץ כְּנַעַן.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לוֹט הָיָה הָאָח שֶׁל אַבְרָם.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אַבְרָם רָצָה שָׁלוֹם וְלֹא מְרִיבָה.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80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7AE60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2a_34_None_False.jp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7AE60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11_34_None_False.jp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26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7AE60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24000" cy="1224000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54a_34_None_False.jp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4000" cy="122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הָרוֹעִים שֶׁל אַבְרָם וְשֶׁל לוֹט רָבוּ.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אַבְרָם הָלַךְ לְאֶרֶץ כְּנַעַן.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40"/>
                <w:szCs w:val="40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 xml:space="preserve">   אַבְרָם אָמַר: אַל נָא תְהִי מְרִיבָה.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כַּכּוֹכָבִים – בְּרִית בֵּין הַבְּתָרִים וּבְרִית מִילָה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בְּרֵאשִׁית פְּרָקִים טו–יז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294047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stars_85_None_Fals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4"/>
                <w:szCs w:val="44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אָמַר לְאַבְרָם: סְפֹר אֶת הַכּוֹכָבִים.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0"/>
                <w:szCs w:val="40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אַבְרָם קִבֵּל שֵׁם חָדָשׁ – אַבְרָהָם.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הַבֶּט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תִּסְתַּכֵּל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זֶרַע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יְלָדִים וּנְכָדִים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בְּרִית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 xml:space="preserve"> – הַבְטָחָה בֵּין ה' לְאַבְרָהָם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אֶל מָה אָמַר ה' לְאַבְרָם לְהַבִּיט?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אֶל הַכּוֹכָבִים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אֶל הַיָּם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הַשֵּׁם הֶחָדָשׁ שֶׁל אַבְרָם?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אַבְרָהָם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יִצְחָק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חֲזָרָה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הַסִּפּוּרִים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מִסְפָּר בַּמִּשְׁבֶּצֶת.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93"/>
              <w:gridCol w:w="8845"/>
            </w:tblGrid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ה' בָּרָא אֶת הָעוֹלָם בְּשִׁשָּׁה יָמִים.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אַנְשֵׁי בָּבֶל בָּנוּ מִגְדָּל גָּבוֹהַּ, וְה' בִּלְבֵּל אֶת שְׂפָתָם.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בַּיּוֹם הַשְּׁבִיעִי ה' שָׁבַת וְקִדֵּשׁ אֶת יוֹם הַשַּׁבָּת.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אַבְרָם הָלַךְ לְאֶרֶץ כְּנַעַן כְּמוֹ שֶׁצִּוָּה ה', וְעָשָׂה שָׁלוֹם עִם לוֹט.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קַיִן וְהֶבֶל הֵבִיאוּ מִנְחָה לַה'; קַיִן כָּעַס וּפָגַע בְּאָחִיו.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הַיּוֹנָה הֵבִיאָה עֲלֵה זַיִת, וְה' שָׂם קֶשֶׁת בֶּעָנָן כְּסִימָן לְהַבְטָחָה.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ה' הִבְטִיחַ לְאַבְרָהָם צֶאֱצָאִים רַבִּים כַּכּוֹכָבִים וְנָתַן לוֹ בְּרִית מִילָה.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ה' שָׂם אֶת הָאָדָם בְּגַן עֵדֶן וְצִוָּה עָלָיו לֹא לֶאֱכֹל מֵעֵץ הַדַּעַת.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נֹחַ הַצַּדִּיק בָּנָה תֵּבָה וְנִכְנַס אֵלֶיהָ עִם מִשְׁפַּחְתּוֹ וּבַעֲלֵי הַחַיִּים.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1814" w:hRule="atLeast"/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7950B"/>
                <w:sz w:val="56"/>
                <w:szCs w:val="56"/>
                <w:rtl/>
              </w:rPr>
              <w:t>כׇּל הַכָּבוֹד!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סִיַּמְתִּי אֶת חוֹבֶרֶת עֲבוֹדָה · מֻתְאָם – חֻמַּשׁ בְּרֵאשִׁית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 xml:space="preserve">  ·  גִּזְרוּ אֶת הַתְּמוּנוֹת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keepNext/>
        <w:bidi/>
        <w:spacing w:before="80" w:after="60"/>
        <w:jc w:val="both"/>
      </w:pPr>
      <w:r>
        <w:rPr>
          <w:rFonts w:ascii="DejaVu Sans" w:hAnsi="DejaVu Sans" w:cs="DejaVu Sans" w:eastAsia="DejaVu Sans"/>
          <w:b/>
          <w:bCs/>
          <w:color w:val="333333"/>
          <w:sz w:val="36"/>
          <w:szCs w:val="36"/>
          <w:rtl/>
        </w:rPr>
        <w:t xml:space="preserve">✂ </w:t>
      </w:r>
      <w:r>
        <w:rPr>
          <w:rFonts w:ascii="David Libre" w:hAnsi="David Libre" w:cs="David Libre" w:eastAsia="David Libre"/>
          <w:b/>
          <w:bCs/>
          <w:color w:val="333333"/>
          <w:sz w:val="36"/>
          <w:szCs w:val="36"/>
          <w:rtl/>
        </w:rPr>
        <w:t xml:space="preserve">גִּזְרוּ וְהַדְבִּיקוּ בְּעַמּוּד </w:t>
      </w:r>
      <w:r>
        <w:rPr>
          <w:rFonts w:ascii="David Libre" w:hAnsi="David Libre" w:cs="David Libre" w:eastAsia="David Libre"/>
          <w:b/>
          <w:bCs/>
          <w:color w:val="333333"/>
          <w:sz w:val="36"/>
          <w:szCs w:val="36"/>
          <w:rtl/>
        </w:rPr>
        <w:t>9</w:t>
      </w:r>
      <w:r>
        <w:rPr>
          <w:rFonts w:ascii="David Libre" w:hAnsi="David Libre" w:cs="David Libre" w:eastAsia="David Libre"/>
          <w:b/>
          <w:bCs/>
          <w:color w:val="333333"/>
          <w:sz w:val="36"/>
          <w:szCs w:val="36"/>
          <w:rtl/>
        </w:rPr>
        <w:t xml:space="preserve">, מְשִׂימָה </w:t>
      </w:r>
      <w:r>
        <w:rPr>
          <w:rFonts w:ascii="David Libre" w:hAnsi="David Libre" w:cs="David Libre" w:eastAsia="David Libre"/>
          <w:b/>
          <w:bCs/>
          <w:color w:val="333333"/>
          <w:sz w:val="36"/>
          <w:szCs w:val="36"/>
          <w:rtl/>
        </w:rPr>
        <w:t>2</w:t>
      </w:r>
      <w:r>
        <w:rPr>
          <w:rFonts w:ascii="David Libre" w:hAnsi="David Libre" w:cs="David Libre" w:eastAsia="David Libre"/>
          <w:color w:val="777777"/>
          <w:sz w:val="36"/>
          <w:szCs w:val="36"/>
          <w:rtl/>
        </w:rPr>
        <w:t xml:space="preserve">  ·  קַיִן וְהֶבֶל</w:t>
      </w:r>
    </w:p>
    <w:tbl>
      <w:tblPr>
        <w:bidiVisual/>
        <w:tblW w:w="5783" w:type="dxa"/>
        <w:jc w:val="center"/>
        <w:tblCellSpacing w:w="102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927"/>
        <w:gridCol w:w="1927"/>
        <w:gridCol w:w="1927"/>
      </w:tblGrid>
      <w:tr>
        <w:trPr>
          <w:trHeight w:val="1871" w:hRule="exact"/>
          <w:cantSplit/>
        </w:trPr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33e_24_None_False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8"/>
                <w:szCs w:val="28"/>
                <w:rtl/>
              </w:rPr>
              <w:t>עוֹבֵד אֲדָמָה</w:t>
            </w:r>
          </w:p>
        </w:tc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411_24_None_False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8"/>
                <w:szCs w:val="28"/>
                <w:rtl/>
              </w:rPr>
              <w:t>רוֹעֵה צֹאן</w:t>
            </w:r>
          </w:p>
        </w:tc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381_24_None_False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8"/>
                <w:szCs w:val="28"/>
                <w:rtl/>
              </w:rPr>
              <w:t>מִנְחָה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שֵׁם פְּרָטִי: ________________      שֵׁם מִשְׁפָּחָה: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