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דַּפֵּי עֲבוֹדָה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בָּרָא אֶת הָעוֹלָם בְּשִׁשָּׁה יָמִים.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בָּרָא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אֲדָמָה שֶׁאֵין עָלֶיהָ מַיִם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יַבָּשָׁה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הַשָּׁמַיִם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רָקִיעַ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עָשָׂה מִשֶּׁהוּ חָדָשׁ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בָּרָא אֶת הָעוֹלָם בְּשִׁשָּׁה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בַּיּוֹם הָרִאשׁוֹן נִבְרְאוּ הַדָּגִים.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הָאָדָם נִבְרָא בַּיּוֹם הַשִּׁשִּׁי.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ב, פְּסוּקִים א–ג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בַּיּוֹם הַשְּׁבִיעִי ה' שָׁבַת וְקִדֵּשׁ אֶת יוֹם הַשַּׁבָּת.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שָׁבַת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עֲבוֹדָה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קִדֵּשׁ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עָשָׂה לְיוֹם מְיֻחָד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מְלָאכָה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נָח, הִפְסִיק לַעֲבֹד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ב–ג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שָׂם אֶת הָאָדָם בְּגַן עֵדֶן וְצִוָּה עָלָיו לֹא לֶאֱכֹל מֵעֵץ הַדַּעַת.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נָטַע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לַעֲבֹד בַּגַּן וְלִשְׁמֹר עָלָיו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עֵץ הַדַּעַת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הָעֵץ שֶׁאָסוּר הָיָה לֶאֱכֹל מִמֶּנּוּ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לְעׇבְדָהּ וּלְשׇׁמְרָהּ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שָׁתַל עֵצִים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בְּגַן עֵדֶן הָיוּ עֵצִים רַבִּים.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מֻתָּר הָיָה לֶאֱכֹל מִכׇּל הָעֵצִים.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הָאָדָם צָרִיךְ הָיָה לִשְׁמֹר עַל הַגַּן.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ד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קַיִן וְהֶבֶל הֵבִיאוּ מִנְחָה לַה'; קַיִן כָּעַס וּפָגַע בְּאָחִיו.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מִי שֶׁשּׁוֹמֵר עַל כְּבָשִׂים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רוֹעֵה צֹאן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חַקְלַאי שֶׁמְּגַדֵּל צְמָחִים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עוֹבֵד אֲדָמָה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מַתָּנָה לַה'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הֶבֶל הֵבִיא מִנְחָה מִן הַטּוֹב בְּיוֹתֵר.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קַיִן שָׂמַח בִּשְׁבִיל אָחִיו.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צָרִיךְ לִשְׁמֹר עַל הָאַחִים וְהַחֲבֵרִים.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ו–ז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נֹחַ הַצַּדִּיק בָּנָה תֵּבָה וְנִכְנַס אֵלֶיהָ עִם מִשְׁפַּחְתּוֹ וּבַעֲלֵי הַחַיִּים.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צַדִּיק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סְפִינָה גְּדוֹלָה מֵעֵץ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תֵּבָה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אִישׁ טוֹב שֶׁעוֹשֶׂה רְצוֹן ה'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מַבּוּל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הַרְבֵּה מַיִם שֶׁכִּסּוּ אֶת 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ח–ט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הַיּוֹנָה הֵבִיאָה עֲלֵה זַיִת, וְה' שָׂם קֶשֶׁת בֶּעָנָן כְּסִימָן לְהַבְטָחָה.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עֲלֵה זַיִת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עָלֶה שֶׁל עֵץ זַיִת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קֶשֶׁת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הַבְטָחָה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קֶשֶׁת צְבָעִים בַּשָּׁמַיִם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הַיּוֹנָה הֵבִיאָה עֲלֵה זַיִת.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הַקֶּשֶׁת הִיא סִימָן שֶׁיָּבוֹא מַבּוּל.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הַגֶּשֶׁם יָרַד אַרְבָּעִים יוֹם.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יא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אַנְשֵׁי בָּבֶל בָּנוּ מִגְדָּל גָּבוֹהַּ, וְה' בִּלְבֵּל אֶת שְׂפָתָם.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מִגְדָּל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בִּנְיָן גָּבוֹהַּ מְאוֹד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שָׂפָה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נִתְפַּזֵּר לְכׇל מָקוֹם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נָפוּץ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לָשׁוֹן שֶׁמְּדַבְּרִים בָּהּ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בְּהַתְחָלָה כֻּלָּם דִּבְּרוּ בְּשָׂפָה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הָאֲנָשִׁים סִיְּמוּ לִבְנוֹת אֶת הַמִּגְדָּל.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הָאֲנָשִׁים הִתְפַּזְּרוּ בָּעוֹלָם.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יב–יג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אַבְרָם הָלַךְ לְאֶרֶץ כְּנַעַן כְּמוֹ שֶׁצִּוָּה ה', וְעָשָׂה שָׁלוֹם עִם לוֹט.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מוֹלֶדֶת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רִיב, וִכּוּחַ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מְרִיבָה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הַמָּקוֹם שֶׁבּוֹ נוֹלַד הָאָדָם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אֶרֶץ כְּנַעַן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אָמַר לְאַבְרָם לָלֶכֶת לְאֶרֶץ כְּנַעַן.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לוֹט הָיָה הָאָח שֶׁל אַבְרָם.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אַבְרָם רָצָה שָׁלוֹם וְלֹא מְרִיבָה.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טו–יז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הַבֶּט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הַבְטָחָה בֵּין ה' לְאַבְרָהָם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זֶרַע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תִּסְתַּכֵּל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יְלָדִים וּנְכָדִים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