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בְּרִיאַת הָעוֹלָם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מַזֶּה מָה ה' בָּרָא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בְּרֵאשִׁית ← הַשָּׁמַיִם ← הָאָרֶץ ← אוֹר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אוֹר – מַאֲרִיךְ אֶת הַיּוֹם ; חֹשֶׁךְ – אֵין בּוֹ אוֹר ; כּוֹכָבִים – נְקֻדּוֹת אוֹר בַּשָּׁמַיִם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3, מִשְׁפָּט 3: תְּמוּנָה 2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