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א-יז • בְּרֵאשִׁית, נֹחַ, לֶךְ לְךָ • כִּתָּה א'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יוֹם הַשַּׁבָּת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2 • בְּרֵאשִׁית פֶּרֶק ב'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שָׁבַת בַּיּוֹם הַשְּׁבִיעִי, בֵּרַךְ וְקִדֵּשׁ אֶת יוֹם הַשַּׁבָּת.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הַשְּׁבִיעִי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עָשָׂה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מְלַאכְתּוֹ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וַיְכַל אֱלֹהִים בַּיּוֹם ____________ מְלַאכְתּוֹ אֲשֶׁר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וַיִּשְׁבֹּת בַּיּוֹם הַשְּׁבִיעִי מִכָּל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ב, 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C55A11" w:space="0"/>
                <w:left w:val="single" w:sz="6" w:color="C55A11" w:space="0"/>
                <w:bottom w:val="single" w:sz="6" w:color="C55A11" w:space="0"/>
                <w:right w:val="single" w:sz="6" w:color="C55A11" w:space="0"/>
                <w:insideH w:val="single" w:sz="6" w:color="C55A11" w:space="0"/>
                <w:insideV w:val="single" w:sz="6" w:color="C55A11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שַׁבָּת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יוֹם מְנוּחָה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קָדוֹשׁ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יוֹם מְיֻחָד לָה'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מְנוּחָה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לֹא עוֹבְדִים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בְּשַׁבָּת לֹא עוֹבְדִים.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שָׁבַת בַּיּוֹם הָרִאשׁוֹן.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בְּשַׁבָּת אוֹמְרִים: "שַׁבָּת שָׁלוֹם!"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