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יוֹם הַשַּׁבָּת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מְיֻחָד בְּיוֹם הַשַּׁבָּת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שֶׁבְּשַׁבָּת לֹא עוֹבְדִים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הַשְּׁבִיעִי ← עָשָׂה ← מְלַאכְתּוֹ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שַׁבָּת – יוֹם מְנוּחָה ; קָדוֹשׁ – יוֹם מְיֻחָד לָה' ; מְנוּחָה – לֹא עוֹבְדִים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