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קַיִן וְהֶבֶל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4 • בְּרֵאשִׁית פֶּרֶק ד'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קַיִן וְהֶבֶל הָיוּ אַחִים. כָּל אֶחָד הֵבִיא קָרְבָּן לָה'. ה' קִבֵּל אֶת קָרְבַּן הֶבֶל.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הֶבֶל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אָחִיךָ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מֹשֶׁה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ה' אֶל־קַיִן: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"אֵי ____________ ____________?"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ד, ט)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אָח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בֶּן שֶׁל אַבָּא וְאִמָּא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קָרְבָּן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מַתָּנָה לָה'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צֹאן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כִּבְשׂוֹת וְעִזִּים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קַיִן וְהֶבֶל הָיוּ אַחִים.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הֶבֶל הָיָה הָאָח הַגָּדוֹל.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קִבֵּל אֶת הַקָּרְבָּן שֶׁל הֶבֶל.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