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קַיִן וְהֶבֶל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4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שֶׁקַּיִן וְהֶבֶל הָיוּ אַחִים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קָרְבָּן שֶׁל מִי קִבֵּל ה'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הֶבֶל ← אָחִיךָ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אָח – בֶּן שֶׁל אַבָּא וְאִמָּא ; קָרְבָּן – מַתָּנָה לָה' ; צֹאן – כִּבְשׂוֹת וְעִזִּים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