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• פְּרָקִים א-יז • בְּרֵאשִׁית, נֹחַ, לֶךְ לְךָ • כִּתָּה א'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נֹחַ וְהַמַּבּוּל</w:t>
      </w:r>
    </w:p>
    <w:tbl>
      <w:tblPr>
        <w:bidiVisual/>
        <w:tblW w:type="auto" w:w="0"/>
        <w:jc w:val="right"/>
        <w:tblBorders>
          <w:top w:val="single" w:sz="4" w:color="2E74B5" w:space="0"/>
          <w:left w:val="single" w:sz="4" w:color="2E74B5" w:space="0"/>
          <w:bottom w:val="single" w:sz="4" w:color="2E74B5" w:space="0"/>
          <w:right w:val="single" w:sz="4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2E74B5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5 • בְּרֵאשִׁית פְּרָקִים ו-ט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הֵבִיא מַבּוּל גָּדוֹל. נֹחַ הַצַּדִּיק וּמִשְׁפַּחְתּוֹ נִצְּלוּ בַּתֵּבָה. ה' שָׂם קֶשֶׁת בֶּעָנָן כְּאוֹת בְּרִית.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אֱלֹהִים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בֵּיתְךָ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תֵּבָה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וַיַּעַשׂ נֹחַ כְּכֹל אֲשֶׁר צִוָּה אֹתוֹ ____________.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"בֹּא אַתָּה וְכָל ____________ אֶל הַ____________."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ו, כב; ז, א)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2E74B5" w:space="0"/>
                <w:left w:val="single" w:sz="6" w:color="2E74B5" w:space="0"/>
                <w:bottom w:val="single" w:sz="6" w:color="2E74B5" w:space="0"/>
                <w:right w:val="single" w:sz="6" w:color="2E74B5" w:space="0"/>
                <w:insideH w:val="single" w:sz="6" w:color="2E74B5" w:space="0"/>
                <w:insideV w:val="single" w:sz="6" w:color="2E74B5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תֵּבָה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סְפִינָה גְּדוֹלָה שֶׁל עֵץ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מַבּוּל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הַרְבֵּה מַיִם שֶׁכִּסּוּ אֶת הָאָרֶץ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קֶשֶׁת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קַשְׁתָּנִית צְבָעוֹנִית בֶּעָנָן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2E74B5" w:space="0"/>
          <w:left w:val="single" w:sz="12" w:color="2E74B5" w:space="0"/>
          <w:bottom w:val="single" w:sz="12" w:color="2E74B5" w:space="0"/>
          <w:right w:val="single" w:sz="12" w:color="2E74B5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AF1F8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2E74B5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נֹחַ בָּנָה תֵּבָה גְּדוֹלָה.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הַמַּבּוּל הָיָה עֲשָׂרָה יָמִים בִּלְבַד.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שָׂם קֶשֶׁת בֶּעָנָן כְּאוֹת בְּרִית.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