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חֻמַּשׁ בְּרֵאשִׁית • פְּרָקִים א-יז • בְּרֵאשִׁית, נֹחַ, לֶךְ לְךָ • כִּתָּה א'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מִגְדַּל בָּבֶל</w:t>
      </w:r>
    </w:p>
    <w:tbl>
      <w:tblPr>
        <w:bidiVisual/>
        <w:tblW w:type="auto" w:w="0"/>
        <w:jc w:val="right"/>
        <w:tblBorders>
          <w:top w:val="single" w:sz="4" w:color="6E4828" w:space="0"/>
          <w:left w:val="single" w:sz="4" w:color="6E4828" w:space="0"/>
          <w:bottom w:val="single" w:sz="4" w:color="6E4828" w:space="0"/>
          <w:right w:val="single" w:sz="4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6E4828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6 • בְּרֵאשִׁית פֶּרֶק י"א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הָאֲנָשִׁים בָּנוּ מִגְדָּל גָּבוֹהַּ לַשָּׁמַיִם. ה' בָּלַל אֶת שְׂפָתָם וּפִזְּרָם בְּכָל הָאָרֶץ.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6E4828" w:space="0"/>
          <w:left w:val="single" w:sz="12" w:color="6E4828" w:space="0"/>
          <w:bottom w:val="single" w:sz="12" w:color="6E4828" w:space="0"/>
          <w:right w:val="single" w:sz="12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2EAE2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6E4828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עִיר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מִגְדָּל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אֹהֶל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וַיֹּאמְרוּ: "הָבָה נִבְנֶה־לָּנוּ ____________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וּ____________ וְרֹאשׁוֹ בַשָּׁמַיִם."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(בְּרֵאשִׁית יא, ד)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6E4828" w:space="0"/>
          <w:left w:val="single" w:sz="12" w:color="6E4828" w:space="0"/>
          <w:bottom w:val="single" w:sz="12" w:color="6E4828" w:space="0"/>
          <w:right w:val="single" w:sz="12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2EAE2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6E4828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מַתְאִימִים מִלָּה לְהֶסְבֵּר</w:t>
            </w:r>
          </w:p>
          <w:tbl>
            <w:tblPr>
              <w:bidiVisual/>
              <w:tblW w:type="auto" w:w="0"/>
              <w:tblBorders>
                <w:top w:val="single" w:sz="6" w:color="6E4828" w:space="0"/>
                <w:left w:val="single" w:sz="6" w:color="6E4828" w:space="0"/>
                <w:bottom w:val="single" w:sz="6" w:color="6E4828" w:space="0"/>
                <w:right w:val="single" w:sz="6" w:color="6E4828" w:space="0"/>
                <w:insideH w:val="single" w:sz="6" w:color="6E4828" w:space="0"/>
                <w:insideV w:val="single" w:sz="6" w:color="6E4828" w:space="0"/>
              </w:tblBorders>
              <w:tblLayout w:type="fixed"/>
              <w:tblCellMar>
                <w:top w:w="60" w:type="dxa"/>
                <w:left w:w="100" w:type="dxa"/>
                <w:bottom w:w="60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3118"/>
              <w:gridCol w:w="793"/>
              <w:gridCol w:w="5952"/>
            </w:tblGrid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מִגְדָּל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בִּנְיָן גָּבוֹהַּ מְאֹד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שָׂפָה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בָּהּ מְדַבְּרִים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בָּבֶל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שֵׁם הָעִיר</w:t>
                  </w:r>
                </w:p>
              </w:tc>
            </w:tr>
          </w:tbl>
          <w:p/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6E4828" w:space="0"/>
          <w:left w:val="single" w:sz="12" w:color="6E4828" w:space="0"/>
          <w:bottom w:val="single" w:sz="12" w:color="6E4828" w:space="0"/>
          <w:right w:val="single" w:sz="12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2EAE2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6E4828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גִּזְרוּ וְהַדְבִּיקוּ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>גִּזְרוּ אֶת הַכַּרְטִיּוֹת בַּשּׁוּרָה הַתַּחְתּוֹנָה וְהַדְבִּיקוּ אוֹתָן בַּמָּקוֹם הַנָּכוֹן.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הָאֲנָשִׁים בָּנוּ עִיר וּ: </w:t>
            </w:r>
            <w:r>
              <w:rPr>
                <w:rFonts w:ascii="Noto Sans Hebrew" w:hAnsi="Noto Sans Hebrew" w:cs="Noto Sans Hebrew"/>
                <w:b w:val="0"/>
                <w:color w:val="888888"/>
                <w:sz w:val="26"/>
                <w:rtl w:val="1"/>
                <w:szCs w:val="26"/>
              </w:rPr>
              <w:t xml:space="preserve">  ______________________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ה' בָּלַל אֶת הַ: </w:t>
            </w:r>
            <w:r>
              <w:rPr>
                <w:rFonts w:ascii="Noto Sans Hebrew" w:hAnsi="Noto Sans Hebrew" w:cs="Noto Sans Hebrew"/>
                <w:b w:val="0"/>
                <w:color w:val="888888"/>
                <w:sz w:val="26"/>
                <w:rtl w:val="1"/>
                <w:szCs w:val="26"/>
              </w:rPr>
              <w:t xml:space="preserve">  ______________________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שֵׁם הָעִיר הָיָה: </w:t>
            </w:r>
            <w:r>
              <w:rPr>
                <w:rFonts w:ascii="Noto Sans Hebrew" w:hAnsi="Noto Sans Hebrew" w:cs="Noto Sans Hebrew"/>
                <w:b w:val="0"/>
                <w:color w:val="888888"/>
                <w:sz w:val="26"/>
                <w:rtl w:val="1"/>
                <w:szCs w:val="26"/>
              </w:rPr>
              <w:t xml:space="preserve">  ______________________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DejaVu Sans" w:hAnsi="DejaVu Sans" w:cs="DejaVu Sans"/>
                <w:b w:val="0"/>
                <w:color w:val="666666"/>
                <w:sz w:val="23"/>
                <w:rtl w:val="1"/>
                <w:szCs w:val="23"/>
              </w:rPr>
              <w:t>✂  קַו גְּזִירָה  ✂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  <w:shd w:val="clear" w:fill="FDFBF4"/>
                <w:bdr w:val="dashed" w:sz="8" w:color="666666" w:space="3"/>
              </w:rPr>
              <w:t xml:space="preserve"> מִגְדָּל </w:t>
            </w:r>
            <w:r>
              <w:rPr>
                <w:rFonts w:ascii="Noto Sans Hebrew" w:hAnsi="Noto Sans Hebrew" w:cs="Noto Sans Hebrew"/>
                <w:b w:val="0"/>
                <w:color w:val="262626"/>
                <w:sz w:val="30"/>
                <w:rtl w:val="1"/>
                <w:szCs w:val="30"/>
              </w:rPr>
              <w:t xml:space="preserve">   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  <w:shd w:val="clear" w:fill="FDFBF4"/>
                <w:bdr w:val="dashed" w:sz="8" w:color="666666" w:space="3"/>
              </w:rPr>
              <w:t xml:space="preserve"> שָׂפָה </w:t>
            </w:r>
            <w:r>
              <w:rPr>
                <w:rFonts w:ascii="Noto Sans Hebrew" w:hAnsi="Noto Sans Hebrew" w:cs="Noto Sans Hebrew"/>
                <w:b w:val="0"/>
                <w:color w:val="262626"/>
                <w:sz w:val="30"/>
                <w:rtl w:val="1"/>
                <w:szCs w:val="30"/>
              </w:rPr>
              <w:t xml:space="preserve">   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  <w:shd w:val="clear" w:fill="FDFBF4"/>
                <w:bdr w:val="dashed" w:sz="8" w:color="666666" w:space="3"/>
              </w:rPr>
              <w:t xml:space="preserve"> בָּבֶל </w:t>
            </w:r>
            <w:r>
              <w:rPr>
                <w:rFonts w:ascii="Noto Sans Hebrew" w:hAnsi="Noto Sans Hebrew" w:cs="Noto Sans Hebrew"/>
                <w:b w:val="0"/>
                <w:color w:val="262626"/>
                <w:sz w:val="30"/>
                <w:rtl w:val="1"/>
                <w:szCs w:val="30"/>
              </w:rPr>
              <w:t xml:space="preserve">     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