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לֶךְ־לְךָ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7 • בְּרֵאשִׁית פֶּרֶק י"ב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אָמַר לְאַבְרָם: "לֶךְ־לְךָ מֵאַרְצְךָ אֶל הָאָרֶץ אֲשֶׁר אַרְאֶךָּ." אַבְרָם הָלַךְ וְה' בֵּרַךְ אוֹתוֹ.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אָרֶץ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גָּדוֹל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"לֶךְ־לְךָ מֵאַרְצְךָ אֶל הָ____________ אֲשֶׁר אַרְאֶךָּ,"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"וְאֶעֶשְׂךָ לְגוֹי ____________."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יב, א-ב)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מִי אָמַר לְאַבְרָם "לֶךְ־לְךָ"?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ה'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מֹשֶׁה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דָּוִד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נָסַע עִם אַבְרָם?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לוֹט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קַיִן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נֹחַ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came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ten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הִבְטִיחַ לְאַבְרָם זֶרַע כַּכּוֹכָבִים.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אַבְרָם נָסַע לָאָרֶץ הַחֲדָשָׁה.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אַבְרָם גָּר בְּאֹהָלִים.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