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לֶךְ־לְךָ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7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מִי אָמַר לְאַבְרָם "לֶךְ־לְךָ"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מִי נָסַע עִם אַבְרָם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מִשְׁפָּט לַתְּמוּנָה הַנְּכוֹנָה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אָרֶץ ← גָּדוֹל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ה', 2. לוֹט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תְּמוּנָה וּמִשְׁפָּט: מִשְׁפָּט 1: תְּמוּנָה 3, מִשְׁפָּט 2: תְּמוּנָה 1, מִשְׁפָּט 3: תְּמוּנָה 2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