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60" w:before="0"/>
      </w:pPr>
      <w:r>
        <w:rPr>
          <w:rFonts w:ascii="Noto Sans Hebrew" w:hAnsi="Noto Sans Hebrew" w:cs="Noto Sans Hebrew"/>
          <w:b w:val="0"/>
          <w:color w:val="262626"/>
          <w:sz w:val="23"/>
          <w:rtl w:val="1"/>
          <w:szCs w:val="23"/>
        </w:rPr>
        <w:t>שֵׁם פְּרָטִי: __________   שֵׁם מִשְׁפָּחָה: __________</w:t>
      </w:r>
    </w:p>
    <w:tbl>
      <w:tblPr>
        <w:bidiVisual/>
        <w:tblW w:type="auto" w:w="0"/>
        <w:jc w:val="right"/>
        <w:tblBorders>
          <w:top w:val="single" w:sz="4" w:color="1F3864" w:space="0"/>
          <w:left w:val="single" w:sz="4" w:color="1F3864" w:space="0"/>
          <w:bottom w:val="single" w:sz="4" w:color="1F3864" w:space="0"/>
          <w:right w:val="single" w:sz="4" w:color="1F3864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6"/>
                <w:rtl w:val="1"/>
                <w:szCs w:val="26"/>
                <w:bCs/>
              </w:rPr>
              <w:t>חֻמַּשׁ בְּרֵאשִׁית • פְּרָקִים א-יז • בְּרֵאשִׁית, נֹחַ, לֶךְ לְךָ • כִּתָּה א'</w:t>
            </w:r>
          </w:p>
        </w:tc>
      </w:tr>
    </w:tbl>
    <w:p>
      <w:pPr>
        <w:bidi w:val="1"/>
        <w:spacing w:after="40" w:before="40"/>
        <w:jc w:val="center"/>
      </w:pPr>
      <w:r>
        <w:rPr>
          <w:rFonts w:ascii="Noto Serif Hebrew" w:hAnsi="Noto Serif Hebrew" w:cs="Noto Serif Hebrew"/>
          <w:b/>
          <w:color w:val="B8862D"/>
          <w:sz w:val="44"/>
          <w:rtl w:val="1"/>
          <w:szCs w:val="44"/>
          <w:bCs/>
        </w:rPr>
        <w:t>בְּרִית בֵּין הַבְּתָרִים</w:t>
      </w:r>
    </w:p>
    <w:tbl>
      <w:tblPr>
        <w:bidiVisual/>
        <w:tblW w:type="auto" w:w="0"/>
        <w:jc w:val="right"/>
        <w:tblBorders>
          <w:top w:val="single" w:sz="4" w:color="8A6D1D" w:space="0"/>
          <w:left w:val="single" w:sz="4" w:color="8A6D1D" w:space="0"/>
          <w:bottom w:val="single" w:sz="4" w:color="8A6D1D" w:space="0"/>
          <w:right w:val="single" w:sz="4" w:color="8A6D1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8A6D1D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30"/>
                <w:rtl w:val="1"/>
                <w:szCs w:val="30"/>
                <w:bCs/>
              </w:rPr>
              <w:t>דַּף עֲבוֹדָה 8 • בְּרֵאשִׁית פֶּרֶק ט"ו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 xml:space="preserve">בְּקִצּוּר: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ה' הִבְטִיחַ לְאַבְרָם זֶרַע רַב כַּכּוֹכָבִים וְכָרַת אִתּוֹ בְּרִית. אַבְרָם הֶאֱמִין לָה'.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8A6D1D" w:space="0"/>
          <w:left w:val="single" w:sz="12" w:color="8A6D1D" w:space="0"/>
          <w:bottom w:val="single" w:sz="12" w:color="8A6D1D" w:space="0"/>
          <w:right w:val="single" w:sz="12" w:color="8A6D1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5EEDF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8A6D1D"/>
              </w:rPr>
              <w:t xml:space="preserve"> מַשִּׂימָה 1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הַשְׁלִימוּ אֶת הַפָּסוּק</w:t>
            </w:r>
          </w:p>
          <w:p>
            <w:pPr>
              <w:bidi w:val="1"/>
              <w:spacing w:after="120"/>
              <w:jc w:val="center"/>
            </w:pP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הַכּוֹכָבִים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זַרְעֶךָ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הָרִים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</w:p>
          <w:p>
            <w:pPr>
              <w:bidi w:val="1"/>
              <w:spacing w:after="40"/>
              <w:jc w:val="center"/>
            </w:pP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"הַבֶּט־נָא הַשָּׁמַיְמָה וּסְפֹר אֶת ____________ ..."</w:t>
            </w:r>
            <w:r>
              <w:rPr>
                <w:rFonts w:ascii="Noto Serif Hebrew" w:hAnsi="Noto Serif Hebrew" w:cs="Noto Serif Hebrew"/>
                <w:b w:val="0"/>
                <w:color w:val="262626"/>
                <w:sz w:val="32"/>
                <w:rtl w:val="1"/>
                <w:szCs w:val="32"/>
              </w:rPr>
              <w:br/>
            </w: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"כֹּה יִהְיֶה ____________."</w:t>
            </w:r>
          </w:p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 w:val="0"/>
                <w:color w:val="666666"/>
                <w:sz w:val="22"/>
                <w:rtl w:val="1"/>
                <w:szCs w:val="22"/>
              </w:rPr>
              <w:t>(בְּרֵאשִׁית טו, ה)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8A6D1D" w:space="0"/>
          <w:left w:val="single" w:sz="12" w:color="8A6D1D" w:space="0"/>
          <w:bottom w:val="single" w:sz="12" w:color="8A6D1D" w:space="0"/>
          <w:right w:val="single" w:sz="12" w:color="8A6D1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5EEDF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8A6D1D"/>
              </w:rPr>
              <w:t xml:space="preserve"> מַשִּׂימָה 2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מַתְאִימִים מִלָּה לְהֶסְבֵּר</w:t>
            </w:r>
          </w:p>
          <w:tbl>
            <w:tblPr>
              <w:bidiVisual/>
              <w:tblW w:type="auto" w:w="0"/>
              <w:tblBorders>
                <w:top w:val="single" w:sz="6" w:color="8A6D1D" w:space="0"/>
                <w:left w:val="single" w:sz="6" w:color="8A6D1D" w:space="0"/>
                <w:bottom w:val="single" w:sz="6" w:color="8A6D1D" w:space="0"/>
                <w:right w:val="single" w:sz="6" w:color="8A6D1D" w:space="0"/>
                <w:insideH w:val="single" w:sz="6" w:color="8A6D1D" w:space="0"/>
                <w:insideV w:val="single" w:sz="6" w:color="8A6D1D" w:space="0"/>
              </w:tblBorders>
              <w:tblLayout w:type="fixed"/>
              <w:tblCellMar>
                <w:top w:w="60" w:type="dxa"/>
                <w:left w:w="100" w:type="dxa"/>
                <w:bottom w:w="60" w:type="dxa"/>
                <w:right w:w="100" w:type="dxa"/>
              </w:tblCellMar>
              <w:tblLook w:firstColumn="1" w:firstRow="1" w:lastColumn="0" w:lastRow="0" w:noHBand="0" w:noVBand="1" w:val="04A0"/>
            </w:tblPr>
            <w:tblGrid>
              <w:gridCol w:w="3118"/>
              <w:gridCol w:w="793"/>
              <w:gridCol w:w="5952"/>
            </w:tblGrid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בְּרִית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הַבְטָחָה חֲזָקָה</w:t>
                  </w:r>
                </w:p>
              </w:tc>
            </w:tr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כּוֹכָבִים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נְקֻדּוֹת אוֹר בַּשָּׁמַיִם</w:t>
                  </w:r>
                </w:p>
              </w:tc>
            </w:tr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זֶרַע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יְלָדִים וּנְכָדִים</w:t>
                  </w:r>
                </w:p>
              </w:tc>
            </w:tr>
          </w:tbl>
          <w:p/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8A6D1D" w:space="0"/>
          <w:left w:val="single" w:sz="12" w:color="8A6D1D" w:space="0"/>
          <w:bottom w:val="single" w:sz="12" w:color="8A6D1D" w:space="0"/>
          <w:right w:val="single" w:sz="12" w:color="8A6D1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5EEDF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8A6D1D"/>
              </w:rPr>
              <w:t xml:space="preserve"> מַשִּׂימָה 3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נָכוֹן אוֹ לֹא נָכוֹן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ה' הִבְטִיחַ לְאַבְרָם הַרְבֵּה זֶרַע.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נָכוֹן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לֹא נָכוֹן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אַבְרָם לֹא הֶאֱמִין לָה'.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נָכוֹן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לֹא נָכוֹן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ה' כָּרַת בְּרִית עִם אַבְרָם.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נָכוֹן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לֹא נָכוֹן</w:t>
            </w:r>
          </w:p>
        </w:tc>
      </w:tr>
    </w:tbl>
    <w:p>
      <w:pPr>
        <w:bidi w:val="1"/>
        <w:spacing w:after="20" w:before="0"/>
      </w:pPr>
    </w:p>
    <w:p>
      <w:pPr>
        <w:bidi w:val="1"/>
        <w:spacing w:after="0" w:before="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