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בְּרִית בֵּין הַבְּתָרִים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8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הִבְטִיחַ ה' לְאַבְרָם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שֶׁאַבְרָם הֶאֱמִין לָה'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הַכּוֹכָבִים ← זַרְעֶךָ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בְּרִית – הַבְטָחָה חֲזָקָה ; כּוֹכָבִים – נְקֻדּוֹת אוֹר בַּשָּׁמַיִם ; זֶרַע – יְלָדִים וּנְכָדִים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