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spacing w:after="60" w:before="0"/>
      </w:pPr>
      <w:r>
        <w:rPr>
          <w:rFonts w:ascii="Noto Sans Hebrew" w:hAnsi="Noto Sans Hebrew" w:cs="Noto Sans Hebrew"/>
          <w:b w:val="0"/>
          <w:color w:val="262626"/>
          <w:sz w:val="23"/>
          <w:rtl w:val="1"/>
          <w:szCs w:val="23"/>
        </w:rPr>
        <w:t>שֵׁם פְּרָטִי: __________   שֵׁם מִשְׁפָּחָה: __________</w:t>
      </w:r>
    </w:p>
    <w:tbl>
      <w:tblPr>
        <w:bidiVisual/>
        <w:tblW w:type="auto" w:w="0"/>
        <w:jc w:val="right"/>
        <w:tblBorders>
          <w:top w:val="single" w:sz="4" w:color="1F3864" w:space="0"/>
          <w:left w:val="single" w:sz="4" w:color="1F3864" w:space="0"/>
          <w:bottom w:val="single" w:sz="4" w:color="1F3864" w:space="0"/>
          <w:right w:val="single" w:sz="4" w:color="1F3864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6"/>
                <w:rtl w:val="1"/>
                <w:szCs w:val="26"/>
                <w:bCs/>
              </w:rPr>
              <w:t>חֻמַּשׁ בְּרֵאשִׁית • פְּרָקִים א-יז • בְּרֵאשִׁית, נֹחַ, לֶךְ לְךָ • כִּתָּה א'</w:t>
            </w:r>
          </w:p>
        </w:tc>
      </w:tr>
    </w:tbl>
    <w:p>
      <w:pPr>
        <w:bidi w:val="1"/>
        <w:spacing w:after="40" w:before="40"/>
        <w:jc w:val="center"/>
      </w:pPr>
      <w:r>
        <w:rPr>
          <w:rFonts w:ascii="Noto Serif Hebrew" w:hAnsi="Noto Serif Hebrew" w:cs="Noto Serif Hebrew"/>
          <w:b/>
          <w:color w:val="B8862D"/>
          <w:sz w:val="44"/>
          <w:rtl w:val="1"/>
          <w:szCs w:val="44"/>
          <w:bCs/>
        </w:rPr>
        <w:t>שֵׁם חָדָשׁ לְאַבְרָם וּלְשָׂרַי</w:t>
      </w:r>
    </w:p>
    <w:tbl>
      <w:tblPr>
        <w:bidiVisual/>
        <w:tblW w:type="auto" w:w="0"/>
        <w:jc w:val="right"/>
        <w:tblBorders>
          <w:top w:val="single" w:sz="4" w:color="8A6D1D" w:space="0"/>
          <w:left w:val="single" w:sz="4" w:color="8A6D1D" w:space="0"/>
          <w:bottom w:val="single" w:sz="4" w:color="8A6D1D" w:space="0"/>
          <w:right w:val="single" w:sz="4" w:color="8A6D1D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8A6D1D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30"/>
                <w:rtl w:val="1"/>
                <w:szCs w:val="30"/>
                <w:bCs/>
              </w:rPr>
              <w:t>דַּף עֲבוֹדָה 9 • בְּרֵאשִׁית פֶּרֶק י"ז</w:t>
            </w:r>
          </w:p>
        </w:tc>
      </w:tr>
    </w:tbl>
    <w:p>
      <w:pPr>
        <w:bidi w:val="1"/>
        <w:spacing w:after="20" w:before="0"/>
      </w:pPr>
    </w:p>
    <w:tbl>
      <w:tblPr>
        <w:bidiVisual/>
        <w:tblW w:type="auto" w:w="0"/>
        <w:jc w:val="right"/>
        <w:tblBorders>
          <w:top w:val="single" w:sz="8" w:color="B8862D" w:space="0"/>
          <w:left w:val="single" w:sz="8" w:color="B8862D" w:space="0"/>
          <w:bottom w:val="single" w:sz="8" w:color="B8862D" w:space="0"/>
          <w:right w:val="single" w:sz="8" w:color="B8862D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FFF8E7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/>
                <w:color w:val="B8862D"/>
                <w:sz w:val="28"/>
                <w:rtl w:val="1"/>
                <w:szCs w:val="28"/>
                <w:bCs/>
              </w:rPr>
              <w:t xml:space="preserve">בְּקִצּוּר: </w:t>
            </w: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>ה' נָתַן לְאַבְרָם וּלְשָׂרַי שֵׁם חָדָשׁ וְכָרַת אִתָּם בְּרִית.</w:t>
            </w:r>
          </w:p>
        </w:tc>
      </w:tr>
    </w:tbl>
    <w:p>
      <w:pPr>
        <w:bidi w:val="1"/>
        <w:spacing w:after="20" w:before="0"/>
      </w:pPr>
    </w:p>
    <w:tbl>
      <w:tblPr>
        <w:bidiVisual/>
        <w:tblW w:type="auto" w:w="0"/>
        <w:jc w:val="right"/>
        <w:tblBorders>
          <w:top w:val="single" w:sz="12" w:color="8A6D1D" w:space="0"/>
          <w:left w:val="single" w:sz="12" w:color="8A6D1D" w:space="0"/>
          <w:bottom w:val="single" w:sz="12" w:color="8A6D1D" w:space="0"/>
          <w:right w:val="single" w:sz="12" w:color="8A6D1D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F5EEDF"/>
          </w:tcPr>
          <w:p>
            <w:pPr>
              <w:bidi w:val="1"/>
              <w:spacing w:after="80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  <w:shd w:val="clear" w:fill="8A6D1D"/>
              </w:rPr>
              <w:t xml:space="preserve"> מַשִּׂימָה 1 </w:t>
            </w:r>
            <w:r>
              <w:rPr>
                <w:rFonts w:ascii="Noto Sans Hebrew" w:hAnsi="Noto Sans Hebrew" w:cs="Noto Sans Hebrew"/>
                <w:b w:val="0"/>
                <w:color w:val="262626"/>
                <w:sz w:val="25"/>
                <w:rtl w:val="1"/>
                <w:szCs w:val="25"/>
              </w:rPr>
              <w:t xml:space="preserve">  </w:t>
            </w:r>
            <w:r>
              <w:rPr>
                <w:rFonts w:ascii="Noto Sans Hebrew" w:hAnsi="Noto Sans Hebrew" w:cs="Noto Sans Hebrew"/>
                <w:b/>
                <w:color w:val="262626"/>
                <w:sz w:val="30"/>
                <w:rtl w:val="1"/>
                <w:szCs w:val="30"/>
                <w:bCs/>
              </w:rPr>
              <w:t>הַשְׁלִימוּ אֶת הַפָּסוּק</w:t>
            </w:r>
          </w:p>
          <w:p>
            <w:pPr>
              <w:bidi w:val="1"/>
              <w:spacing w:after="120"/>
              <w:jc w:val="center"/>
            </w:pPr>
            <w:r>
              <w:rPr>
                <w:rFonts w:ascii="Noto Sans Hebrew" w:hAnsi="Noto Sans Hebrew" w:cs="Noto Sans Hebrew"/>
                <w:b/>
                <w:color w:val="3D2E00"/>
                <w:sz w:val="28"/>
                <w:rtl w:val="1"/>
                <w:szCs w:val="28"/>
                <w:bCs/>
                <w:shd w:val="clear" w:fill="FFE9A8"/>
                <w:bdr w:val="single" w:sz="6" w:color="D9B94A" w:space="3"/>
              </w:rPr>
              <w:t xml:space="preserve"> אַבְרָהָם </w:t>
            </w: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 xml:space="preserve">   </w:t>
            </w:r>
            <w:r>
              <w:rPr>
                <w:rFonts w:ascii="Noto Sans Hebrew" w:hAnsi="Noto Sans Hebrew" w:cs="Noto Sans Hebrew"/>
                <w:b/>
                <w:color w:val="3D2E00"/>
                <w:sz w:val="28"/>
                <w:rtl w:val="1"/>
                <w:szCs w:val="28"/>
                <w:bCs/>
                <w:shd w:val="clear" w:fill="FFE9A8"/>
                <w:bdr w:val="single" w:sz="6" w:color="D9B94A" w:space="3"/>
              </w:rPr>
              <w:t xml:space="preserve"> הֲמוֹן </w:t>
            </w: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 xml:space="preserve">   </w:t>
            </w:r>
            <w:r>
              <w:rPr>
                <w:rFonts w:ascii="Noto Sans Hebrew" w:hAnsi="Noto Sans Hebrew" w:cs="Noto Sans Hebrew"/>
                <w:b/>
                <w:color w:val="3D2E00"/>
                <w:sz w:val="28"/>
                <w:rtl w:val="1"/>
                <w:szCs w:val="28"/>
                <w:bCs/>
                <w:shd w:val="clear" w:fill="FFE9A8"/>
                <w:bdr w:val="single" w:sz="6" w:color="D9B94A" w:space="3"/>
              </w:rPr>
              <w:t xml:space="preserve"> נְתַתִּיךָ </w:t>
            </w: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 xml:space="preserve">   </w:t>
            </w:r>
          </w:p>
          <w:p>
            <w:pPr>
              <w:bidi w:val="1"/>
              <w:spacing w:after="40"/>
              <w:jc w:val="center"/>
            </w:pPr>
            <w:r>
              <w:rPr>
                <w:rFonts w:ascii="Noto Serif Hebrew" w:hAnsi="Noto Serif Hebrew" w:cs="Noto Serif Hebrew"/>
                <w:b w:val="0"/>
                <w:color w:val="1A1A1A"/>
                <w:sz w:val="32"/>
                <w:rtl w:val="1"/>
                <w:szCs w:val="32"/>
              </w:rPr>
              <w:t>וְהָיָה שִׁמְךָ ____________,</w:t>
            </w:r>
            <w:r>
              <w:rPr>
                <w:rFonts w:ascii="Noto Serif Hebrew" w:hAnsi="Noto Serif Hebrew" w:cs="Noto Serif Hebrew"/>
                <w:b w:val="0"/>
                <w:color w:val="262626"/>
                <w:sz w:val="32"/>
                <w:rtl w:val="1"/>
                <w:szCs w:val="32"/>
              </w:rPr>
              <w:br/>
            </w:r>
            <w:r>
              <w:rPr>
                <w:rFonts w:ascii="Noto Serif Hebrew" w:hAnsi="Noto Serif Hebrew" w:cs="Noto Serif Hebrew"/>
                <w:b w:val="0"/>
                <w:color w:val="1A1A1A"/>
                <w:sz w:val="32"/>
                <w:rtl w:val="1"/>
                <w:szCs w:val="32"/>
              </w:rPr>
              <w:t>כִּי אַב־____________ גּוֹיִם ____________.</w:t>
            </w:r>
          </w:p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 w:val="0"/>
                <w:color w:val="666666"/>
                <w:sz w:val="22"/>
                <w:rtl w:val="1"/>
                <w:szCs w:val="22"/>
              </w:rPr>
              <w:t>(בְּרֵאשִׁית יז, ה)</w:t>
            </w:r>
          </w:p>
        </w:tc>
      </w:tr>
    </w:tbl>
    <w:p>
      <w:pPr>
        <w:bidi w:val="1"/>
        <w:spacing w:after="20" w:before="0"/>
      </w:pPr>
    </w:p>
    <w:tbl>
      <w:tblPr>
        <w:bidiVisual/>
        <w:tblW w:type="auto" w:w="0"/>
        <w:jc w:val="right"/>
        <w:tblBorders>
          <w:top w:val="single" w:sz="12" w:color="8A6D1D" w:space="0"/>
          <w:left w:val="single" w:sz="12" w:color="8A6D1D" w:space="0"/>
          <w:bottom w:val="single" w:sz="12" w:color="8A6D1D" w:space="0"/>
          <w:right w:val="single" w:sz="12" w:color="8A6D1D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F5EEDF"/>
          </w:tcPr>
          <w:p>
            <w:pPr>
              <w:bidi w:val="1"/>
              <w:spacing w:after="80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  <w:shd w:val="clear" w:fill="8A6D1D"/>
              </w:rPr>
              <w:t xml:space="preserve"> מַשִּׂימָה 2 </w:t>
            </w:r>
            <w:r>
              <w:rPr>
                <w:rFonts w:ascii="Noto Sans Hebrew" w:hAnsi="Noto Sans Hebrew" w:cs="Noto Sans Hebrew"/>
                <w:b w:val="0"/>
                <w:color w:val="262626"/>
                <w:sz w:val="25"/>
                <w:rtl w:val="1"/>
                <w:szCs w:val="25"/>
              </w:rPr>
              <w:t xml:space="preserve">  </w:t>
            </w:r>
            <w:r>
              <w:rPr>
                <w:rFonts w:ascii="Noto Sans Hebrew" w:hAnsi="Noto Sans Hebrew" w:cs="Noto Sans Hebrew"/>
                <w:b/>
                <w:color w:val="262626"/>
                <w:sz w:val="30"/>
                <w:rtl w:val="1"/>
                <w:szCs w:val="30"/>
                <w:bCs/>
              </w:rPr>
              <w:t>סִמְנוּ תְּשׁוּבָה נְכוֹנָה</w:t>
            </w:r>
          </w:p>
          <w:p>
            <w:pPr>
              <w:bidi w:val="1"/>
              <w:spacing w:after="20"/>
            </w:pPr>
            <w:r>
              <w:rPr>
                <w:rFonts w:ascii="Noto Sans Hebrew" w:hAnsi="Noto Sans Hebrew" w:cs="Noto Sans Hebrew"/>
                <w:b/>
                <w:color w:val="262626"/>
                <w:sz w:val="28"/>
                <w:rtl w:val="1"/>
                <w:szCs w:val="28"/>
                <w:bCs/>
              </w:rPr>
              <w:t>1. מָה הָיָה הַשֵּׁם הַיָּשָׁן שֶׁל אַבְרָהָם?</w:t>
            </w:r>
          </w:p>
          <w:p>
            <w:pPr>
              <w:bidi w:val="1"/>
              <w:spacing w:after="60"/>
            </w:pP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7"/>
                <w:rtl w:val="1"/>
                <w:szCs w:val="27"/>
              </w:rPr>
              <w:t xml:space="preserve">אַבְרָם      </w:t>
            </w: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7"/>
                <w:rtl w:val="1"/>
                <w:szCs w:val="27"/>
              </w:rPr>
              <w:t xml:space="preserve">יַעֲקֹב      </w:t>
            </w: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7"/>
                <w:rtl w:val="1"/>
                <w:szCs w:val="27"/>
              </w:rPr>
              <w:t xml:space="preserve">מֹשֶׁה      </w:t>
            </w:r>
          </w:p>
          <w:p>
            <w:pPr>
              <w:bidi w:val="1"/>
              <w:spacing w:after="20"/>
            </w:pPr>
            <w:r>
              <w:rPr>
                <w:rFonts w:ascii="Noto Sans Hebrew" w:hAnsi="Noto Sans Hebrew" w:cs="Noto Sans Hebrew"/>
                <w:b/>
                <w:color w:val="262626"/>
                <w:sz w:val="28"/>
                <w:rtl w:val="1"/>
                <w:szCs w:val="28"/>
                <w:bCs/>
              </w:rPr>
              <w:t>2. אֵיזֶה שֵׁם חָדָשׁ קִבְּלָה שָׂרַי?</w:t>
            </w:r>
          </w:p>
          <w:p>
            <w:pPr>
              <w:bidi w:val="1"/>
              <w:spacing w:after="60"/>
            </w:pP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7"/>
                <w:rtl w:val="1"/>
                <w:szCs w:val="27"/>
              </w:rPr>
              <w:t xml:space="preserve">שָׂרָה      </w:t>
            </w: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7"/>
                <w:rtl w:val="1"/>
                <w:szCs w:val="27"/>
              </w:rPr>
              <w:t xml:space="preserve">רִבְקָה      </w:t>
            </w: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7"/>
                <w:rtl w:val="1"/>
                <w:szCs w:val="27"/>
              </w:rPr>
              <w:t xml:space="preserve">רָחֵל      </w:t>
            </w:r>
          </w:p>
        </w:tc>
      </w:tr>
    </w:tbl>
    <w:p>
      <w:pPr>
        <w:bidi w:val="1"/>
        <w:spacing w:after="20" w:before="0"/>
      </w:pPr>
    </w:p>
    <w:tbl>
      <w:tblPr>
        <w:bidiVisual/>
        <w:tblW w:type="auto" w:w="0"/>
        <w:jc w:val="right"/>
        <w:tblBorders>
          <w:top w:val="single" w:sz="12" w:color="8A6D1D" w:space="0"/>
          <w:left w:val="single" w:sz="12" w:color="8A6D1D" w:space="0"/>
          <w:bottom w:val="single" w:sz="12" w:color="8A6D1D" w:space="0"/>
          <w:right w:val="single" w:sz="12" w:color="8A6D1D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F5EEDF"/>
          </w:tcPr>
          <w:p>
            <w:pPr>
              <w:bidi w:val="1"/>
              <w:spacing w:after="80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  <w:shd w:val="clear" w:fill="8A6D1D"/>
              </w:rPr>
              <w:t xml:space="preserve"> מַשִּׂימָה 3 </w:t>
            </w:r>
            <w:r>
              <w:rPr>
                <w:rFonts w:ascii="Noto Sans Hebrew" w:hAnsi="Noto Sans Hebrew" w:cs="Noto Sans Hebrew"/>
                <w:b w:val="0"/>
                <w:color w:val="262626"/>
                <w:sz w:val="25"/>
                <w:rtl w:val="1"/>
                <w:szCs w:val="25"/>
              </w:rPr>
              <w:t xml:space="preserve">  </w:t>
            </w:r>
            <w:r>
              <w:rPr>
                <w:rFonts w:ascii="Noto Sans Hebrew" w:hAnsi="Noto Sans Hebrew" w:cs="Noto Sans Hebrew"/>
                <w:b/>
                <w:color w:val="262626"/>
                <w:sz w:val="30"/>
                <w:rtl w:val="1"/>
                <w:szCs w:val="30"/>
                <w:bCs/>
              </w:rPr>
              <w:t>גִּזְרוּ וְהַדְבִּיקוּ</w:t>
            </w:r>
          </w:p>
          <w:p>
            <w:pPr>
              <w:bidi w:val="1"/>
              <w:spacing w:after="100"/>
            </w:pPr>
            <w:r>
              <w:rPr>
                <w:rFonts w:ascii="Noto Sans Hebrew" w:hAnsi="Noto Sans Hebrew" w:cs="Noto Sans Hebrew"/>
                <w:b w:val="0"/>
                <w:color w:val="262626"/>
                <w:sz w:val="25"/>
                <w:rtl w:val="1"/>
                <w:szCs w:val="25"/>
              </w:rPr>
              <w:t>גִּזְרוּ אֶת הַכַּרְטִיּוֹת בַּשּׁוּרָה הַתַּחְתּוֹנָה וְהַדְבִּיקוּ אוֹתָן בַּמָּקוֹם הַנָּכוֹן.</w:t>
            </w:r>
          </w:p>
          <w:p>
            <w:pPr>
              <w:bidi w:val="1"/>
              <w:spacing w:after="100"/>
            </w:pP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 xml:space="preserve">אַבְרָם – הַשֵּׁם הַחָדָשׁ שֶׁלּוֹ: </w:t>
            </w:r>
            <w:r>
              <w:rPr>
                <w:rFonts w:ascii="Noto Sans Hebrew" w:hAnsi="Noto Sans Hebrew" w:cs="Noto Sans Hebrew"/>
                <w:b w:val="0"/>
                <w:color w:val="888888"/>
                <w:sz w:val="26"/>
                <w:rtl w:val="1"/>
                <w:szCs w:val="26"/>
              </w:rPr>
              <w:t xml:space="preserve">  ______________________</w:t>
            </w:r>
          </w:p>
          <w:p>
            <w:pPr>
              <w:bidi w:val="1"/>
              <w:spacing w:after="100"/>
            </w:pP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 xml:space="preserve">שָׂרַי – הַשֵּׁם הַחָדָשׁ שֶׁלָּהּ: </w:t>
            </w:r>
            <w:r>
              <w:rPr>
                <w:rFonts w:ascii="Noto Sans Hebrew" w:hAnsi="Noto Sans Hebrew" w:cs="Noto Sans Hebrew"/>
                <w:b w:val="0"/>
                <w:color w:val="888888"/>
                <w:sz w:val="26"/>
                <w:rtl w:val="1"/>
                <w:szCs w:val="26"/>
              </w:rPr>
              <w:t xml:space="preserve">  ______________________</w:t>
            </w:r>
          </w:p>
          <w:p>
            <w:pPr>
              <w:bidi w:val="1"/>
              <w:spacing w:after="100"/>
            </w:pP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 xml:space="preserve">ה' כָּרַת עִם אַבְרָהָם: </w:t>
            </w:r>
            <w:r>
              <w:rPr>
                <w:rFonts w:ascii="Noto Sans Hebrew" w:hAnsi="Noto Sans Hebrew" w:cs="Noto Sans Hebrew"/>
                <w:b w:val="0"/>
                <w:color w:val="888888"/>
                <w:sz w:val="26"/>
                <w:rtl w:val="1"/>
                <w:szCs w:val="26"/>
              </w:rPr>
              <w:t xml:space="preserve">  ______________________</w:t>
            </w:r>
          </w:p>
          <w:p>
            <w:pPr>
              <w:bidi w:val="1"/>
              <w:spacing w:after="120"/>
              <w:jc w:val="center"/>
            </w:pPr>
            <w:r>
              <w:rPr>
                <w:rFonts w:ascii="DejaVu Sans" w:hAnsi="DejaVu Sans" w:cs="DejaVu Sans"/>
                <w:b w:val="0"/>
                <w:color w:val="666666"/>
                <w:sz w:val="23"/>
                <w:rtl w:val="1"/>
                <w:szCs w:val="23"/>
              </w:rPr>
              <w:t>✂  קַו גְּזִירָה  ✂</w:t>
            </w:r>
          </w:p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262626"/>
                <w:sz w:val="30"/>
                <w:rtl w:val="1"/>
                <w:szCs w:val="30"/>
                <w:bCs/>
                <w:shd w:val="clear" w:fill="FDFBF4"/>
                <w:bdr w:val="dashed" w:sz="8" w:color="666666" w:space="3"/>
              </w:rPr>
              <w:t xml:space="preserve"> אַבְרָהָם </w:t>
            </w:r>
            <w:r>
              <w:rPr>
                <w:rFonts w:ascii="Noto Sans Hebrew" w:hAnsi="Noto Sans Hebrew" w:cs="Noto Sans Hebrew"/>
                <w:b w:val="0"/>
                <w:color w:val="262626"/>
                <w:sz w:val="30"/>
                <w:rtl w:val="1"/>
                <w:szCs w:val="30"/>
              </w:rPr>
              <w:t xml:space="preserve">     </w:t>
            </w:r>
            <w:r>
              <w:rPr>
                <w:rFonts w:ascii="Noto Sans Hebrew" w:hAnsi="Noto Sans Hebrew" w:cs="Noto Sans Hebrew"/>
                <w:b/>
                <w:color w:val="262626"/>
                <w:sz w:val="30"/>
                <w:rtl w:val="1"/>
                <w:szCs w:val="30"/>
                <w:bCs/>
                <w:shd w:val="clear" w:fill="FDFBF4"/>
                <w:bdr w:val="dashed" w:sz="8" w:color="666666" w:space="3"/>
              </w:rPr>
              <w:t xml:space="preserve"> שָׂרָה </w:t>
            </w:r>
            <w:r>
              <w:rPr>
                <w:rFonts w:ascii="Noto Sans Hebrew" w:hAnsi="Noto Sans Hebrew" w:cs="Noto Sans Hebrew"/>
                <w:b w:val="0"/>
                <w:color w:val="262626"/>
                <w:sz w:val="30"/>
                <w:rtl w:val="1"/>
                <w:szCs w:val="30"/>
              </w:rPr>
              <w:t xml:space="preserve">     </w:t>
            </w:r>
            <w:r>
              <w:rPr>
                <w:rFonts w:ascii="Noto Sans Hebrew" w:hAnsi="Noto Sans Hebrew" w:cs="Noto Sans Hebrew"/>
                <w:b/>
                <w:color w:val="262626"/>
                <w:sz w:val="30"/>
                <w:rtl w:val="1"/>
                <w:szCs w:val="30"/>
                <w:bCs/>
                <w:shd w:val="clear" w:fill="FDFBF4"/>
                <w:bdr w:val="dashed" w:sz="8" w:color="666666" w:space="3"/>
              </w:rPr>
              <w:t xml:space="preserve"> בְּרִית </w:t>
            </w:r>
            <w:r>
              <w:rPr>
                <w:rFonts w:ascii="Noto Sans Hebrew" w:hAnsi="Noto Sans Hebrew" w:cs="Noto Sans Hebrew"/>
                <w:b w:val="0"/>
                <w:color w:val="262626"/>
                <w:sz w:val="30"/>
                <w:rtl w:val="1"/>
                <w:szCs w:val="30"/>
              </w:rPr>
              <w:t xml:space="preserve">     </w:t>
            </w:r>
          </w:p>
        </w:tc>
      </w:tr>
    </w:tbl>
    <w:p>
      <w:pPr>
        <w:bidi w:val="1"/>
        <w:spacing w:after="20" w:before="0"/>
      </w:pPr>
    </w:p>
    <w:p>
      <w:pPr>
        <w:bidi w:val="1"/>
        <w:spacing w:after="0" w:before="0"/>
        <w:jc w:val="center"/>
      </w:pPr>
      <w:r>
        <w:rPr>
          <w:rFonts w:ascii="Noto Sans Hebrew" w:hAnsi="Noto Sans Hebrew" w:cs="Noto Sans Hebrew"/>
          <w:b w:val="0"/>
          <w:color w:val="666666"/>
          <w:sz w:val="22"/>
          <w:rtl w:val="1"/>
          <w:szCs w:val="22"/>
        </w:rPr>
        <w:t>1</w:t>
      </w:r>
    </w:p>
    <w:sectPr w:rsidR="00FC693F" w:rsidRPr="0006063C" w:rsidSect="00034616">
      <w:pgSz w:w="11906" w:h="16838"/>
      <w:pgMar w:top="680" w:right="794" w:bottom="680" w:left="79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