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שֵׁם חָדָשׁ לְאַבְרָם וּלְשָׂרַי</w:t>
      </w:r>
    </w:p>
    <w:tbl>
      <w:tblPr>
        <w:bidiVisual/>
        <w:tblW w:type="auto" w:w="0"/>
        <w:jc w:val="right"/>
        <w:tblBorders>
          <w:top w:val="single" w:sz="4" w:color="8A6D1D" w:space="0"/>
          <w:left w:val="single" w:sz="4" w:color="8A6D1D" w:space="0"/>
          <w:bottom w:val="single" w:sz="4" w:color="8A6D1D" w:space="0"/>
          <w:right w:val="single" w:sz="4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8A6D1D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9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מַזֶּה אֶת שִׁנּוּי הַשֵּׁם מֵאַבְרָם לְאַבְרָהָם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מַזֶּה אֶת שִׁנּוּי הַשֵּׁם מִשָּׂרַי לְשָׂרָה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שֶׁה' כָּרַת בְּרִית עִם אַבְרָהָם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גּוֹזֵר וּמַדְבִּיק אֶת הַכַּרְטִיּוֹת בַּמָּקוֹם הַנָּכוֹן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אַבְרָהָם ← הֲמוֹן ← נְתַתִּיךָ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אַבְרָם, 2. שָׂרָה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גְּזִירָה וְהַדְבָּקָה: אַבְרָם – הַשֵּׁם הַחָדָשׁ שֶׁלּוֹ ← אַבְרָהָם, שָׂרַי – הַשֵּׁם הַחָדָשׁ שֶׁלָּהּ ← שָׂרָה, ה' כָּרַת עִם אַבְרָהָם ← בְּרִית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