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4"/>
                <w:szCs w:val="34"/>
                <w:rtl/>
              </w:rPr>
              <w:t>חֻמַּשׁ בְּרֵאשִׁית · פְּרָקִים א–יז · בְּרֵאשִׁית, נֹחַ, לֶךְ לְךָ · כִּתָּה א'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Frank Ruhl Libre" w:hAnsi="Frank Ruhl Libre" w:cs="Frank Ruhl Libre" w:eastAsia="Frank Ruhl Libre"/>
          <w:b/>
          <w:bCs/>
          <w:color w:val="A04000"/>
          <w:sz w:val="52"/>
          <w:szCs w:val="52"/>
          <w:rtl/>
        </w:rPr>
        <w:t>מַחְוָן – חוֹבֶרֶת עֲבוֹדָה</w:t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David Libre" w:hAnsi="David Libre" w:cs="David Libre" w:eastAsia="David Libre"/>
          <w:color w:val="555555"/>
          <w:sz w:val="28"/>
          <w:szCs w:val="28"/>
          <w:rtl/>
        </w:rPr>
        <w:t>הַתְּשׁוּבוֹת לְפִי הַיְּחִידוֹת וּמִסְפְּרֵי הָעַמּוּדִים בַּחוֹבֶרֶת. בִּמְשִׂימוֹת אִישִׁיּוֹת – כׇּל תְּשׁוּבָה מְנֻמֶּקֶת מִתְקַבֶּלֶת.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 – בְּרִיאַת הָעוֹלָם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עַמּוּדִים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–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6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ה' בָּרָא אֶת הָעוֹלָם בְּשִׁשָּׁה יָמִים.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. בַּיּוֹם הָרִאשׁוֹן נִבְרְאוּ הַדָּגִים.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הָאָדָם נִבְרָא בַּיּוֹם הַשִּׁשִּׁי.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מָה נִבְרָא בְּאֵיזֶה יוֹם?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יוֹם רִאשׁוֹן  ←  אוֹר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יוֹם רְבִיעִי  ←  שֶׁמֶשׁ, יָרֵחַ וְכוֹכָבִים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יוֹם חֲמִישִׁי  ←  דָּגִים וְצִפּוֹרִים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יוֹם שִׁשִּׁי  ←  בַּעֲלֵי חַיִּים וְהָאָדָם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דָּבָר אֶחָד שֶׁה' בָּרָא וְשֶׁאַתֶּם אוֹהֲבִים.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4"/>
                <w:szCs w:val="34"/>
                <w:rtl/>
              </w:rPr>
              <w:t>תְּשׁוּבָה אִישִׁית – מְצַיְּרִים לְפִי הַהַנְחָיָה.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ה' בָּרָא שֶׁמֶשׁ, יָרֵחַ וְכוֹכָבִים.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ה' בָּרָא אוֹר.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ה' בָּרָא יָם וִיבֵשָׁה.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ה' בָּרָא עֵצִים וּצְמָחִים.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0"/>
                <w:szCs w:val="30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0"/>
                <w:szCs w:val="30"/>
                <w:rtl/>
              </w:rPr>
              <w:t>תְּמוּנַת בְּרִיאַת הָעוֹלָם.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 – יוֹם הַשַּׁבָּת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עַמּוּדִים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–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9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בְּאֵיזֶה יוֹם שָׁבַת ה'?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בַּיּוֹם הַשְּׁבִיעִי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ה' «בֵּרַךְ» אֶת הַיּוֹם הַשְּׁבִיעִי.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בְּשַׁבָּת אֲנַחְנוּ «נָחִים».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בְּלֵיל שַׁבָּת מַדְלִיקִים «נֵרוֹת».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אֶת שֻׁלְחַן הַשַּׁבָּת שֶׁלָּכֶם: נֵרוֹת, חַלּוֹת וְכוֹס קִדּוּשׁ.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4"/>
                <w:szCs w:val="34"/>
                <w:rtl/>
              </w:rPr>
              <w:t>תְּשׁוּבָה אִישִׁית – מְצַיְּרִים לְפִי הַהַנְחָיָה.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מוֹתְחִים קַו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וַיְבָרֶךְ  ←  נָתַן בְּרָכָה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וַיְקַדֵּשׁ  ←  עָשָׂה אוֹתוֹ קָדוֹשׁ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כִּי בוֹ שָׁבַת  ←  כִּי בַּיּוֹם הַזֶּה ה' הִפְסִיק לִבְרֹא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מְלַאכְתּוֹ  ←  הָעֲבוֹדָה שֶׁלּוֹ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אוֹתָם לְפִי סֵדֶר יְמֵי הַבְּרִיאָה.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. אוֹר  ← 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. רָקִיעַ  ← 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. צְמָחִים  ← 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. שֶׁמֶשׁ וְיָרֵחַ  ← 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. דָּגִים וְעוֹפוֹת  ← 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. בַּעֲלֵי חַיִּים  ← 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שַׁבָּת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 – גַּן עֵדֶן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עַמּוּדִים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10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–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12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בְּגַן עֵדֶן הָיוּ עֵצִים רַבִּים.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. מֻתָּר הָיָה לֶאֱכֹל מִכׇּל הָעֵצִים.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הָאָדָם צָרִיךְ הָיָה לִשְׁמֹר עַל הַגַּן.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מִי שִׁכְנֵעַ לֶאֱכֹל מֵעֵץ הַדַּעַת?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הַנָּחָשׁ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לָמָּה יָצָא הָאָדָם מִגַּן עֵדֶן?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כִּי לֹא שָׁמַר עַל הַמִּצְוָה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עֲנוּ עַל הַשְּׁאֵלוֹת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עָלֵינוּ לַעֲשׂוֹת כְּשֶׁמַּשֶּׁהוּ אָסוּר, גַּם אִם הוּא נִרְאֶה טָעִים?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לְהִתְאַפֵּק וְלִשְׁמֹעַ בְּקוֹל ה' (תְּשׁוּבָה אִישִׁית).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מוֹתְחִים קַו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נָטַע  ←  שָׁתַל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עֵץ הַדַּעַת  ←  הָעֵץ שֶׁאָסוּר לֶאֱכֹל מִמֶּנּוּ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לְעׇבְדָהּ  ←  לַעֲבֹד בַּגַּן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וּלְשׇׁמְרָהּ  ←  לִשְׁמֹר עַל הַגַּן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הָאָדָם יָצָא מִגַּן עֵדֶן.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בְּגַן עֵדֶן יֵשׁ עֵצִים יָפִים.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הַנָּחָשׁ שִׁכְנֵעַ לֶאֱכֹל מִן הָעֵץ.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0"/>
                <w:szCs w:val="30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0"/>
                <w:szCs w:val="30"/>
                <w:rtl/>
              </w:rPr>
              <w:t>תְּמוּנַת גַּן עֵדֶן.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 – קַיִן וְהֶבֶל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עַמּוּדִים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13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–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15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מִי עָשָׂה מָה?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קַיִן  ←  עוֹבֵד אֲדָמָה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הֶבֶל  ←  רוֹעֵה צֹאן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ה'  ←  שָׁאַל: "אֵי הֶבֶל אָחִיךָ?"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הֶבֶל הֵבִיא מִנְחָה מִן הַטּוֹב בְּיוֹתֵר.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. קַיִן שָׂמַח בִּשְׁבִיל אָחִיו.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צָרִיךְ לִשְׁמֹר עַל הָאַחִים וְהַחֲבֵרִים.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עֲנוּ עַל הַשְּׁאֵלוֹת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אֵיךְ אֲנִי יָכוֹל לִשְׁמֹר עַל אָח, אָחוֹת אוֹ חָבֵר?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תְּשׁוּבָה אִישִׁית: לַעֲזֹר, לְוַתֵּר, לֹא לָרִיב.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כׇּל תְּמוּנָה לְיַד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הֶבֶל – רוֹעֵה צֹאן.  ←  רוֹעֵה צֹאן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קַיִן – עוֹבֵד אֲדָמָה.  ←  עוֹבֵד אֲדָמָה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שְׁנֵיהֶם הֵבִיאוּ מִנְחָה – מַתָּנָה לַה'.  ←  מִנְחָה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 – נֹחַ וְהַתֵּבָה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עַמּוּדִים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16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–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18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מִמָּה בָּנָה נֹחַ אֶת הַתֵּבָה?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מֵעֵץ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כַּמָּה מִכׇּל סוּג שֶׁל בַּעֲלֵי חַיִּים נִכְנְסוּ לַתֵּבָה?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זוּג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נֹחַ הָיָה אִישׁ «צַדִּיק».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ה' אָמַר לְנֹחַ לִבְנוֹת «תֵּבָה».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הַמַּיִם שֶׁל הַ«מַּבּוּל» כִּסּוּ אֶת הָאָרֶץ.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זוּג בַּעֲלֵי חַיִּים שֶׁנִּכְנָסִים לַתֵּבָה.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4"/>
                <w:szCs w:val="34"/>
                <w:rtl/>
              </w:rPr>
              <w:t>תְּשׁוּבָה אִישִׁית – מְצַיְּרִים לְפִי הַהַנְחָיָה.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בַּעֲלֵי הַחַיִּם נִכְנְסוּ לַתֵּבָה זוּג זוּג.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נֹחַ בָּנָה תֵּבָה גְּדוֹלָה מֵעֵץ.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יָרַד מַבּוּל שֶׁל מַיִם.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0"/>
                <w:szCs w:val="30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0"/>
                <w:szCs w:val="30"/>
                <w:rtl/>
              </w:rPr>
              <w:t>תְּמוּנַת נֹחַ בּוֹנֶה אֶת הַתֵּבָה.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 – הַיּוֹנָה וְהַקֶּשֶׁת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עַמּוּדִים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19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–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21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סַדְּרוּ לְפִי הַסֵּדֶר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נֹחַ נִכְנַס לַתֵּבָה.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יָרַד גֶּשֶׁם אַרְבָּעִים יוֹם.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הַיּוֹנָה הֵבִיאָה עֲלֵה זַיִת.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נֹחַ יָצָא מִן הַתֵּבָה וְרָאָה קֶשֶׁת.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הַיּוֹנָה הֵבִיאָה עֲלֵה זַיִת.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. הַקֶּשֶׁת הִיא סִימָן שֶׁיָּבוֹא מַבּוּל.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הַגֶּשֶׁם יָרַד אַרְבָּעִים יוֹם.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צַבְּעוּ קֶשֶׁת בְּכׇל הַצְּבָעִים וְצַיְּרוּ אֶת הַיּוֹנָה.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4"/>
                <w:szCs w:val="34"/>
                <w:rtl/>
              </w:rPr>
              <w:t>תְּשׁוּבָה אִישִׁית – מְצַיְּרִים לְפִי הַהַנְחָיָה.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מוֹתְחִים קַו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יוֹנָה  ←  הֵבִיאָה עֲלֵה זַיִת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קֶשֶׁת  ←  אוֹת בְּרִית בֶּעָנָן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מַבּוּל  ←  הַרְבֵּה מַיִם עַל כׇּל הָאָרֶץ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תֵּבָה  ←  שָׁטָה עַל הַמַּיִם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0"/>
                <w:szCs w:val="30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0"/>
                <w:szCs w:val="30"/>
                <w:rtl/>
              </w:rPr>
              <w:t>תְּמוּנַת הַקֶּשֶׁת וְהַיּוֹנָה.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 – מִגְדַּל בָּבֶל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עַמּוּדִים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22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–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24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רָצוּ לִבְנוֹת אַנְשֵׁי בָּבֶל?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מִגְדָּל גָּבוֹהַּ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עָשָׂה ה'?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בִּלְבֵּל אֶת הַשָּׂפָה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בְּהַתְחָלָה כֻּלָּם דִּבְּרוּ בְּשָׂפָה אַחַת.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. הָאֲנָשִׁים סִיְּמוּ לִבְנוֹת אֶת הַמִּגְדָּל.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הָאֲנָשִׁים הִתְפַּזְּרוּ בָּעוֹלָם.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עֲנוּ עַל הַשְּׁאֵלוֹת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לָמָּה לֹא טוֹב לִהְיוֹת גַּאַוְתָן?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תְּשׁוּבָה אִישִׁית: כִּי הַגַּאֲוָה מַרְחִיקָה מֵה' וּמֵאֲנָשִׁים.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אַנְשֵׁי בָּבֶל בָּנוּ עִיר וּמִגְדָּל.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הֵם הִתְפַּזְּרוּ בְּכׇל הָעוֹלָם.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ה' בִּלְבֵּל אֶת הַשָּׂפָה שֶׁלָּהֶם.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0"/>
                <w:szCs w:val="30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0"/>
                <w:szCs w:val="30"/>
                <w:rtl/>
              </w:rPr>
              <w:t>תְּמוּנַת מִגְדַּל בָּבֶל.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 – לֶךְ לְךָ – אַבְרָהָם יוֹצֵא לַדֶּרֶךְ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עַמּוּדִים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25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–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27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ה' אָמַר לְאַבְרָם לָלֶכֶת לְאֶרֶץ כְּנַעַן.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. לוֹט הָיָה הָאָח שֶׁל אַבְרָם.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אַבְרָם רָצָה שָׁלוֹם וְלֹא מְרִיבָה.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מִי אָמַר?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ה' אָמַר לְאַבְרָם:  ←  "לֶךְ לְךָ מֵאַרְצְךָ"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אַבְרָם אָמַר לְלוֹט:  ←  "אַל נָא תְהִי מְרִיבָה"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עֲנוּ עַל הַשְּׁאֵלוֹת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אֲנִי עוֹשֶׂה כְּדֵי שֶׁלֹּא תִּהְיֶה מְרִיבָה עִם חָבֵר?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תְּשׁוּבָה אִישִׁית: מְוַתֵּר, מְדַבֵּר בְּנַחַת, מִתְחַלֵּק.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הָרוֹעִים שֶׁל אַבְרָם וְשֶׁל לוֹט רָבוּ.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אַבְרָם הָלַךְ לְאֶרֶץ כְּנַעַן.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אַבְרָם אָמַר: אַל נָא תְהִי מְרִיבָה.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0"/>
                <w:szCs w:val="30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0"/>
                <w:szCs w:val="30"/>
                <w:rtl/>
              </w:rPr>
              <w:t>תְּמוּנַת אַבְרָם הוֹלֵךְ בַּדֶּרֶךְ.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 – כַּכּוֹכָבִים – בְּרִית בֵּין הַבְּתָרִים וּבְרִית מִילָה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עַמּוּדִים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28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–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30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אֶל מָה אָמַר ה' לְאַבְרָם לְהַבִּיט?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אֶל הַכּוֹכָבִים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הַשֵּׁם הֶחָדָשׁ שֶׁל אַבְרָם?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אַבְרָהָם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ה' אָמַר: "סְפֹר אֶת הַ«כּוֹכָבִים»".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ה' הִבְטִיחַ לְאַבְרָם הַרְבֵּה «צֶאֱצָאִים».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ה' נָתַן לְאַבְרָהָם אֶת מִצְוַת «בְּרִית מִילָה».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שָׁמַיִם מְלֵאִים בְּכוֹכָבִים.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4"/>
                <w:szCs w:val="34"/>
                <w:rtl/>
              </w:rPr>
              <w:t>תְּשׁוּבָה אִישִׁית – מְצַיְּרִים לְפִי הַהַנְחָיָה.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מוֹתְחִים קַו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הַבֶּט נָא  ←  תִּסְתַּכֵּל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הַשָּׁמַיְמָה  ←  אֶל הַשָּׁמַיִם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וּסְפֹר  ←  וְתִסְפֹּר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זַרְעֶךָ  ←  הַיְּלָדִים וְהַנְּכָדִים שֶׁלָּךְ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0"/>
                <w:szCs w:val="30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0"/>
                <w:szCs w:val="30"/>
                <w:rtl/>
              </w:rPr>
              <w:t>תְּמוּנַת אַבְרָהָם מַבִּיט בַּכּוֹכָבִים.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חֲזָרָה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עַמּוּד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>31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סַדְּרוּ לְפִי הַסֵּדֶר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ה' בָּרָא אֶת הָעוֹלָם בְּשִׁשָּׁה יָמִים.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בַּיּוֹם הַשְּׁבִיעִי ה' שָׁבַת וְקִדֵּשׁ אֶת יוֹם הַשַּׁבָּת.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ה' שָׂם אֶת הָאָדָם בְּגַן עֵדֶן וְצִוָּה עָלָיו לֹא לֶאֱכֹל מֵעֵץ הַדַּעַת.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קַיִן וְהֶבֶל הֵבִיאוּ מִנְחָה לַה'; קַיִן כָּעַס וּפָגַע בְּאָחִיו.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נֹחַ הַצַּדִּיק בָּנָה תֵּבָה וְנִכְנַס אֵלֶיהָ עִם מִשְׁפַּחְתּוֹ וּבַעֲלֵי הַחַיִּים.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הַיּוֹנָה הֵבִיאָה עֲלֵה זַיִת, וְה' שָׂם קֶשֶׁת בֶּעָנָן כְּסִימָן לְהַבְטָחָה.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אַנְשֵׁי בָּבֶל בָּנוּ מִגְדָּל גָּבוֹהַּ, וְה' בִּלְבֵּל אֶת שְׂפָתָם.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אַבְרָם הָלַךְ לְאֶרֶץ כְּנַעַן כְּמוֹ שֶׁצִּוָּה ה', וְעָשָׂה שָׁלוֹם עִם לוֹט.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ה' הִבְטִיחַ לְאַבְרָהָם צֶאֱצָאִים רַבִּים כַּכּוֹכָבִים וְנָתַן לוֹ בְּרִית מִילָה.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עֲנוּ עַל הַשְּׁאֵלוֹת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כַּמָּה יָמִים בָּרָא ה' אֶת הָעוֹלָם?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שִׁשָּׁה יָמִים.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עָשָׂה ה' בַּיּוֹם הַשְּׁבִיעִי?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שָׁבַת – נָח מִכׇּל הַמְּלָאכָה.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לָמָּה שָׂם ה' אֶת הָאָדָם בְּגַן עֵדֶן?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"לְעׇבְדָהּ וּלְשׇׁמְרָהּ" – לַעֲבֹד בַּגַּן וְלִשְׁמֹר עָלָיו.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0" w:after="0"/>
      <w:jc w:val="both"/>
    </w:pPr>
    <w:r>
      <w:rPr>
        <w:rFonts w:ascii="David Libre" w:hAnsi="David Libre" w:cs="David Libre" w:eastAsia="David Libre"/>
        <w:color w:val="777777"/>
        <w:sz w:val="22"/>
        <w:szCs w:val="22"/>
        <w:rtl/>
      </w:rPr>
      <w:t>מחוון – חמש בראשית · כיתה א'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