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4"/>
                <w:szCs w:val="34"/>
                <w:rtl/>
              </w:rPr>
              <w:t>חֻמַּשׁ בְּרֵאשִׁית · פְּרָקִים א–יז · בְּרֵאשִׁית, נֹחַ, לֶךְ לְךָ · כִּתָּה א'</w:t>
            </w:r>
          </w:p>
        </w:tc>
      </w:tr>
    </w:tbl>
    <w:p>
      <w:pPr>
        <w:bidi/>
        <w:spacing w:before="80" w:after="40"/>
        <w:jc w:val="center"/>
      </w:pPr>
      <w:r>
        <w:rPr>
          <w:rFonts w:ascii="Frank Ruhl Libre" w:hAnsi="Frank Ruhl Libre" w:cs="Frank Ruhl Libre" w:eastAsia="Frank Ruhl Libre"/>
          <w:b/>
          <w:bCs/>
          <w:color w:val="A04000"/>
          <w:sz w:val="52"/>
          <w:szCs w:val="52"/>
          <w:rtl/>
        </w:rPr>
        <w:t>דַּפֵּי עֲבוֹדָה</w:t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E86DE"/>
              <w:left w:val="single" w:sz="8" w:space="0" w:color="2E86DE"/>
              <w:bottom w:val="single" w:sz="8" w:space="0" w:color="2E86DE"/>
              <w:right w:val="single" w:sz="8" w:space="0" w:color="2E86DE"/>
            </w:tcBorders>
            <w:shd w:val="clear" w:color="auto" w:fill="2E86DE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דַּף עֲבוֹדָה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: בְּרִיאַת הָעוֹלָם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בְּרֵאשִׁית פֶּרֶק א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F0B429"/>
              <w:left w:val="single" w:sz="14" w:space="0" w:color="F0B429"/>
              <w:bottom w:val="single" w:sz="14" w:space="0" w:color="F0B429"/>
              <w:right w:val="single" w:sz="14" w:space="0" w:color="F0B429"/>
            </w:tcBorders>
            <w:shd w:val="clear" w:color="auto" w:fill="FFFB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E86DE"/>
                <w:sz w:val="34"/>
                <w:szCs w:val="34"/>
                <w:rtl/>
              </w:rPr>
              <w:t xml:space="preserve">בְּקִצּוּר: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ה' בָּרָא אֶת הָעוֹלָם בְּשִׁשָּׁה יָמִים.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הַשְׁלִימוּ אֶת הַפָּסוּק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6123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הַשָּׁמַיִם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הָאָרֶץ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בְּרֵאשִׁית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12" w:lineRule="auto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__________ בָּרָא אֱלֹהִים אֵת __________ וְאֵת __________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(בראשית א, א)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 מִלָּה לְהֶסְבֵּר</w:t>
            </w:r>
          </w:p>
          <w:tbl>
            <w:tblPr>
              <w:bidiVisual/>
              <w:tblW w:w="10546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762"/>
              <w:gridCol w:w="567"/>
              <w:gridCol w:w="1247"/>
              <w:gridCol w:w="567"/>
              <w:gridCol w:w="3402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בָּרָא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אֲדָמָה שֶׁאֵין עָלֶיהָ מַיִם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יַבָּשָׁה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הַשָּׁמַיִם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רָקִיעַ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עָשָׂה מִשֶּׁהוּ חָדָשׁ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לְיַד כׇּל מִשְׁפָּט אֶת מִסְפַּר הַתְּמוּנָה הַמַּתְאִימָה.</w:t>
            </w:r>
          </w:p>
          <w:tbl>
            <w:tblPr>
              <w:bidiVisual/>
              <w:tblW w:w="5443" w:type="dxa"/>
              <w:jc w:val="center"/>
              <w:tblCellSpacing w:w="85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1814"/>
              <w:gridCol w:w="1814"/>
            </w:tblGrid>
            <w:tr>
              <w:trPr>
                <w:cantSplit/>
              </w:trPr>
              <w:tc>
                <w:tcPr>
                  <w:tcW w:type="dxa" w:w="3439"/>
                  <w:tcW w:w="1814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2E86DE"/>
                      <w:sz w:val="32"/>
                      <w:szCs w:val="32"/>
                      <w:rtl/>
                    </w:rPr>
                    <w:t>1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6000" cy="93600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2728_26_None_False.jp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000" cy="93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814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2E86DE"/>
                      <w:sz w:val="32"/>
                      <w:szCs w:val="32"/>
                      <w:rtl/>
                    </w:rPr>
                    <w:t>2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6000" cy="936000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f30a_26_None_False.jp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000" cy="93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814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2E86DE"/>
                      <w:sz w:val="32"/>
                      <w:szCs w:val="32"/>
                      <w:rtl/>
                    </w:rPr>
                    <w:t>3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6000" cy="936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f333_26_None_False.jp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000" cy="93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34"/>
                <w:szCs w:val="34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 xml:space="preserve">   ה' בָּרָא אוֹר.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34"/>
                <w:szCs w:val="34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 xml:space="preserve">   ה' בָּרָא עֵצִים וּצְמָחִים.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34"/>
                <w:szCs w:val="34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 xml:space="preserve">   ה' בָּרָא יָם וִיבֵשָׁה.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E67E22"/>
              <w:left w:val="single" w:sz="8" w:space="0" w:color="E67E22"/>
              <w:bottom w:val="single" w:sz="8" w:space="0" w:color="E67E22"/>
              <w:right w:val="single" w:sz="8" w:space="0" w:color="E67E22"/>
            </w:tcBorders>
            <w:shd w:val="clear" w:color="auto" w:fill="E67E22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דַּף עֲבוֹדָה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: יוֹם הַשַּׁבָּת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בְּרֵאשִׁית פֶּרֶק ב, פְּסוּקִים א–ג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F0B429"/>
              <w:left w:val="single" w:sz="14" w:space="0" w:color="F0B429"/>
              <w:bottom w:val="single" w:sz="14" w:space="0" w:color="F0B429"/>
              <w:right w:val="single" w:sz="14" w:space="0" w:color="F0B429"/>
            </w:tcBorders>
            <w:shd w:val="clear" w:color="auto" w:fill="FFFB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E67E22"/>
                <w:sz w:val="34"/>
                <w:szCs w:val="34"/>
                <w:rtl/>
              </w:rPr>
              <w:t xml:space="preserve">בְּקִצּוּר: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בַּיּוֹם הַשְּׁבִיעִי ה' שָׁבַת וְקִדֵּשׁ אֶת יוֹם הַשַּׁבָּת.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הַשְׁלִימוּ אֶת הַפָּסוּק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6123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מְלַאכְתּוֹ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וַיְבָרֶךְ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הַשְּׁבִיעִי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12" w:lineRule="auto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__________ אֱלֹהִים אֶת־יוֹם __________ וַיְקַדֵּשׁ אֹתוֹ כִּי בוֹ שָׁבַת מִכׇּל־__________ אֲשֶׁר־בָּרָא אֱלֹהִים לַעֲשׂוֹת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(בראשית ב, ג)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 מִלָּה לְהֶסְבֵּר</w:t>
            </w:r>
          </w:p>
          <w:tbl>
            <w:tblPr>
              <w:bidiVisual/>
              <w:tblW w:w="10546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762"/>
              <w:gridCol w:w="567"/>
              <w:gridCol w:w="1247"/>
              <w:gridCol w:w="567"/>
              <w:gridCol w:w="3402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שָׁבַת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עֲבוֹדָה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קִדֵּשׁ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עָשָׂה לְיוֹם מְיֻחָד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מְלָאכָה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נָח, הִפְסִיק לַעֲבֹד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עֲנוּ עַל הַשְּׁאֵלוֹת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עָשָׂה ה' לַיּוֹם הַשְּׁבִיעִי?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אֵיךְ אֲנַחְנוּ שׁוֹמְרִים שַׁבָּת?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6A085"/>
              <w:left w:val="single" w:sz="8" w:space="0" w:color="16A085"/>
              <w:bottom w:val="single" w:sz="8" w:space="0" w:color="16A085"/>
              <w:right w:val="single" w:sz="8" w:space="0" w:color="16A085"/>
            </w:tcBorders>
            <w:shd w:val="clear" w:color="auto" w:fill="16A085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דַּף עֲבוֹדָה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: גַּן עֵדֶן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בְּרֵאשִׁית פְּרָקִים ב–ג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F0B429"/>
              <w:left w:val="single" w:sz="14" w:space="0" w:color="F0B429"/>
              <w:bottom w:val="single" w:sz="14" w:space="0" w:color="F0B429"/>
              <w:right w:val="single" w:sz="14" w:space="0" w:color="F0B429"/>
            </w:tcBorders>
            <w:shd w:val="clear" w:color="auto" w:fill="FFFB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16A085"/>
                <w:sz w:val="34"/>
                <w:szCs w:val="34"/>
                <w:rtl/>
              </w:rPr>
              <w:t xml:space="preserve">בְּקִצּוּר: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ה' שָׂם אֶת הָאָדָם בְּגַן עֵדֶן וְצִוָּה עָלָיו לֹא לֶאֱכֹל מֵעֵץ הַדַּעַת.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הַשְׁלִימוּ אֶת הַפָּסוּק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6123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לְעׇבְדָהּ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וַיַּנִּחֵהוּ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וּלְשׇׁמְרָהּ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12" w:lineRule="auto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וַיִּקַּח ה' אֱלֹהִים אֶת־הָאָדָם __________ בְגַן־עֵדֶן __________ __________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(בראשית ב, טו)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 מִלָּה לְהֶסְבֵּר</w:t>
            </w:r>
          </w:p>
          <w:tbl>
            <w:tblPr>
              <w:bidiVisual/>
              <w:tblW w:w="10546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762"/>
              <w:gridCol w:w="567"/>
              <w:gridCol w:w="1247"/>
              <w:gridCol w:w="567"/>
              <w:gridCol w:w="3402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נָטַע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לַעֲבֹד בַּגַּן וְלִשְׁמֹר עָלָיו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עֵץ הַדַּעַת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הָעֵץ שֶׁאָסוּר הָיָה לֶאֱכֹל מִמֶּנּוּ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לְעׇבְדָהּ וּלְשׇׁמְרָהּ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שָׁתַל עֵצִים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לְיַד כׇּל מִשְׁפָּט אֶת מִסְפַּר הַתְּמוּנָה הַמַּתְאִימָה.</w:t>
            </w:r>
          </w:p>
          <w:tbl>
            <w:tblPr>
              <w:bidiVisual/>
              <w:tblW w:w="5443" w:type="dxa"/>
              <w:jc w:val="center"/>
              <w:tblCellSpacing w:w="85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1814"/>
              <w:gridCol w:w="1814"/>
            </w:tblGrid>
            <w:tr>
              <w:trPr>
                <w:cantSplit/>
              </w:trPr>
              <w:tc>
                <w:tcPr>
                  <w:tcW w:type="dxa" w:w="3439"/>
                  <w:tcW w:w="1814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16A085"/>
                      <w:sz w:val="32"/>
                      <w:szCs w:val="32"/>
                      <w:rtl/>
                    </w:rPr>
                    <w:t>1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6000" cy="936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f333_26_None_False.jp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000" cy="93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814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16A085"/>
                      <w:sz w:val="32"/>
                      <w:szCs w:val="32"/>
                      <w:rtl/>
                    </w:rPr>
                    <w:t>2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6000" cy="936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f40d_26_None_False.jp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000" cy="93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814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16A085"/>
                      <w:sz w:val="32"/>
                      <w:szCs w:val="32"/>
                      <w:rtl/>
                    </w:rPr>
                    <w:t>3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6000" cy="936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f6aa_26_None_False.jpg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000" cy="93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34"/>
                <w:szCs w:val="34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 xml:space="preserve">   הָאָדָם יָצָא מִגַּן עֵדֶן.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34"/>
                <w:szCs w:val="34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 xml:space="preserve">   בְּגַן עֵדֶן יֵשׁ עֵצִים יָפִים.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34"/>
                <w:szCs w:val="34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 xml:space="preserve">   הַנָּחָשׁ שִׁכְנֵעַ לֶאֱכֹל מִן הָעֵץ.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C0392B"/>
              <w:left w:val="single" w:sz="8" w:space="0" w:color="C0392B"/>
              <w:bottom w:val="single" w:sz="8" w:space="0" w:color="C0392B"/>
              <w:right w:val="single" w:sz="8" w:space="0" w:color="C0392B"/>
            </w:tcBorders>
            <w:shd w:val="clear" w:color="auto" w:fill="C0392B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דַּף עֲבוֹדָה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: קַיִן וְהֶבֶל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בְּרֵאשִׁית פֶּרֶק ד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F0B429"/>
              <w:left w:val="single" w:sz="14" w:space="0" w:color="F0B429"/>
              <w:bottom w:val="single" w:sz="14" w:space="0" w:color="F0B429"/>
              <w:right w:val="single" w:sz="14" w:space="0" w:color="F0B429"/>
            </w:tcBorders>
            <w:shd w:val="clear" w:color="auto" w:fill="FFFB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C0392B"/>
                <w:sz w:val="34"/>
                <w:szCs w:val="34"/>
                <w:rtl/>
              </w:rPr>
              <w:t xml:space="preserve">בְּקִצּוּר: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קַיִן וְהֶבֶל הֵבִיאוּ מִנְחָה לַה'; קַיִן כָּעַס וּפָגַע בְּאָחִיו.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הַשְׁלִימוּ אֶת הַפָּסוּק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6123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וַיֹּאמֶר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אָחִיךָ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יָדַעְתִּי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12" w:lineRule="auto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__________ ה' אֶל־קַיִן אֵי הֶבֶל __________ וַיֹּאמֶר לֹא __________ הֲשֹׁמֵר אָחִי אָנֹכִי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(בראשית ד, ט)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 מִלָּה לְהֶסְבֵּר</w:t>
            </w:r>
          </w:p>
          <w:tbl>
            <w:tblPr>
              <w:bidiVisual/>
              <w:tblW w:w="10546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762"/>
              <w:gridCol w:w="567"/>
              <w:gridCol w:w="1247"/>
              <w:gridCol w:w="567"/>
              <w:gridCol w:w="3402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מִנְחָה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מִי שֶׁשּׁוֹמֵר עַל כְּבָשִׂים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רוֹעֵה צֹאן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חַקְלַאי שֶׁמְּגַדֵּל צְמָחִים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עוֹבֵד אֲדָמָה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מַתָּנָה לַה'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עֲנוּ עַל הַשְּׁאֵלוֹת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הָיְתָה הָעֲבוֹדָה שֶׁל הֶבֶל?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שָׁאַל ה' אֶת קַיִן?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8E44AD"/>
              <w:left w:val="single" w:sz="8" w:space="0" w:color="8E44AD"/>
              <w:bottom w:val="single" w:sz="8" w:space="0" w:color="8E44AD"/>
              <w:right w:val="single" w:sz="8" w:space="0" w:color="8E44AD"/>
            </w:tcBorders>
            <w:shd w:val="clear" w:color="auto" w:fill="8E44AD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דַּף עֲבוֹדָה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: נֹחַ וְהַתֵּבָה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בְּרֵאשִׁית פְּרָקִים ו–ז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F0B429"/>
              <w:left w:val="single" w:sz="14" w:space="0" w:color="F0B429"/>
              <w:bottom w:val="single" w:sz="14" w:space="0" w:color="F0B429"/>
              <w:right w:val="single" w:sz="14" w:space="0" w:color="F0B429"/>
            </w:tcBorders>
            <w:shd w:val="clear" w:color="auto" w:fill="FFFB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8E44AD"/>
                <w:sz w:val="34"/>
                <w:szCs w:val="34"/>
                <w:rtl/>
              </w:rPr>
              <w:t xml:space="preserve">בְּקִצּוּר: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נֹחַ הַצַּדִּיק בָּנָה תֵּבָה וְנִכְנַס אֵלֶיהָ עִם מִשְׁפַּחְתּוֹ וּבַעֲלֵי הַחַיִּים.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הַשְׁלִימוּ אֶת הַפָּסוּק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6123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הָאֱלֹהִים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בְּדֹרֹתָיו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הִתְהַלֶּךְ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12" w:lineRule="auto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אֵלֶּה תּוֹלְדֹת נֹחַ נֹחַ אִישׁ צַדִּיק תָּמִים הָיָה __________ אֶת־__________ __________־נֹחַ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(בראשית ו, ט)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 מִלָּה לְהֶסְבֵּר</w:t>
            </w:r>
          </w:p>
          <w:tbl>
            <w:tblPr>
              <w:bidiVisual/>
              <w:tblW w:w="10546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762"/>
              <w:gridCol w:w="567"/>
              <w:gridCol w:w="1247"/>
              <w:gridCol w:w="567"/>
              <w:gridCol w:w="3402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צַדִּיק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סְפִינָה גְּדוֹלָה מֵעֵץ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תֵּבָה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אִישׁ טוֹב שֶׁעוֹשֶׂה רְצוֹן ה'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מַבּוּל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הַרְבֵּה מַיִם שֶׁכִּסּוּ אֶת הָאָרֶץ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לְיַד כׇּל מִשְׁפָּט אֶת מִסְפַּר הַתְּמוּנָה הַמַּתְאִימָה.</w:t>
            </w:r>
          </w:p>
          <w:tbl>
            <w:tblPr>
              <w:bidiVisual/>
              <w:tblW w:w="5443" w:type="dxa"/>
              <w:jc w:val="center"/>
              <w:tblCellSpacing w:w="85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1814"/>
              <w:gridCol w:w="1814"/>
            </w:tblGrid>
            <w:tr>
              <w:trPr>
                <w:cantSplit/>
              </w:trPr>
              <w:tc>
                <w:tcPr>
                  <w:tcW w:type="dxa" w:w="3439"/>
                  <w:tcW w:w="1814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8E44AD"/>
                      <w:sz w:val="32"/>
                      <w:szCs w:val="32"/>
                      <w:rtl/>
                    </w:rPr>
                    <w:t>1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6000" cy="936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f327_26_None_False.jpg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000" cy="93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814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8E44AD"/>
                      <w:sz w:val="32"/>
                      <w:szCs w:val="32"/>
                      <w:rtl/>
                    </w:rPr>
                    <w:t>2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6000" cy="936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f6a2_26_None_False.jp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000" cy="93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814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8E44AD"/>
                      <w:sz w:val="32"/>
                      <w:szCs w:val="32"/>
                      <w:rtl/>
                    </w:rPr>
                    <w:t>3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6000" cy="936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f992_26_None_False.jp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000" cy="93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34"/>
                <w:szCs w:val="34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 xml:space="preserve">   בַּעֲלֵי הַחַיִּם נִכְנְסוּ לַתֵּבָה זוּג זוּג.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34"/>
                <w:szCs w:val="34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 xml:space="preserve">   נֹחַ בָּנָה תֵּבָה גְּדוֹלָה מֵעֵץ.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34"/>
                <w:szCs w:val="34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 xml:space="preserve">   יָרַד מַבּוּל שֶׁל מַיִם.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D35400"/>
              <w:left w:val="single" w:sz="8" w:space="0" w:color="D35400"/>
              <w:bottom w:val="single" w:sz="8" w:space="0" w:color="D35400"/>
              <w:right w:val="single" w:sz="8" w:space="0" w:color="D35400"/>
            </w:tcBorders>
            <w:shd w:val="clear" w:color="auto" w:fill="D35400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דַּף עֲבוֹדָה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: הַיּוֹנָה וְהַקֶּשֶׁת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בְּרֵאשִׁית פְּרָקִים ח–ט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F0B429"/>
              <w:left w:val="single" w:sz="14" w:space="0" w:color="F0B429"/>
              <w:bottom w:val="single" w:sz="14" w:space="0" w:color="F0B429"/>
              <w:right w:val="single" w:sz="14" w:space="0" w:color="F0B429"/>
            </w:tcBorders>
            <w:shd w:val="clear" w:color="auto" w:fill="FFFB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D35400"/>
                <w:sz w:val="34"/>
                <w:szCs w:val="34"/>
                <w:rtl/>
              </w:rPr>
              <w:t xml:space="preserve">בְּקִצּוּר: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הַיּוֹנָה הֵבִיאָה עֲלֵה זַיִת, וְה' שָׂם קֶשֶׁת בֶּעָנָן כְּסִימָן לְהַבְטָחָה.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הַשְׁלִימוּ אֶת הַפָּסוּק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6123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בְּרִית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וְהָיְתָה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בֵּינִי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12" w:lineRule="auto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אֶת־קַשְׁתִּי נָתַתִּי בֶּעָנָן __________ לְאוֹת __________ __________ וּבֵין הָאָרֶץ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(בראשית ט, יג)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 מִלָּה לְהֶסְבֵּר</w:t>
            </w:r>
          </w:p>
          <w:tbl>
            <w:tblPr>
              <w:bidiVisual/>
              <w:tblW w:w="10546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762"/>
              <w:gridCol w:w="567"/>
              <w:gridCol w:w="1247"/>
              <w:gridCol w:w="567"/>
              <w:gridCol w:w="3402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עֲלֵה זַיִת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עָלֶה שֶׁל עֵץ זַיִת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קֶשֶׁת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הַבְטָחָה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בְּרִית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קֶשֶׁת צְבָעִים בַּשָּׁמַיִם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עֲנוּ עַל הַשְּׁאֵלוֹת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כַּמָּה יָמִים יָרַד הַגֶּשֶׁם?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לְמָה הַקֶּשֶׁת הִיא סִימָן?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980B9"/>
              <w:left w:val="single" w:sz="8" w:space="0" w:color="2980B9"/>
              <w:bottom w:val="single" w:sz="8" w:space="0" w:color="2980B9"/>
              <w:right w:val="single" w:sz="8" w:space="0" w:color="2980B9"/>
            </w:tcBorders>
            <w:shd w:val="clear" w:color="auto" w:fill="2980B9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דַּף עֲבוֹדָה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: מִגְדַּל בָּבֶל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בְּרֵאשִׁית פֶּרֶק יא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F0B429"/>
              <w:left w:val="single" w:sz="14" w:space="0" w:color="F0B429"/>
              <w:bottom w:val="single" w:sz="14" w:space="0" w:color="F0B429"/>
              <w:right w:val="single" w:sz="14" w:space="0" w:color="F0B429"/>
            </w:tcBorders>
            <w:shd w:val="clear" w:color="auto" w:fill="FFFB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980B9"/>
                <w:sz w:val="34"/>
                <w:szCs w:val="34"/>
                <w:rtl/>
              </w:rPr>
              <w:t xml:space="preserve">בְּקִצּוּר: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אַנְשֵׁי בָּבֶל בָּנוּ מִגְדָּל גָּבוֹהַּ, וְה' בִּלְבֵּל אֶת שְׂפָתָם.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הַשְׁלִימוּ אֶת הַפָּסוּק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6123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וַיֹּאמְרוּ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וְנַעֲשֶׂה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בַשָּׁמַיִם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12" w:lineRule="auto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__________ הָבָה נִבְנֶה־לָּנוּ עִיר וּמִגְדָּל וְרֹאשׁוֹ __________ __________־לָּנוּ שֵׁם פֶּן־נָפוּץ עַל־פְּנֵי כׇל־הָאָרֶץ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(בראשית יא, ד)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 מִלָּה לְהֶסְבֵּר</w:t>
            </w:r>
          </w:p>
          <w:tbl>
            <w:tblPr>
              <w:bidiVisual/>
              <w:tblW w:w="10546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762"/>
              <w:gridCol w:w="567"/>
              <w:gridCol w:w="1247"/>
              <w:gridCol w:w="567"/>
              <w:gridCol w:w="3402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מִגְדָּל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בִּנְיָן גָּבוֹהַּ מְאוֹד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שָׂפָה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נִתְפַּזֵּר לְכׇל מָקוֹם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נָפוּץ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לָשׁוֹן שֶׁמְּדַבְּרִים בָּהּ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4"/>
                <w:szCs w:val="34"/>
                <w:rtl/>
              </w:rPr>
              <w:t>כִּתְבוּ לְיַד כׇּל מִשְׁפָּט אֶת מִסְפַּר הַתְּמוּנָה הַמַּתְאִימָה.</w:t>
            </w:r>
          </w:p>
          <w:tbl>
            <w:tblPr>
              <w:bidiVisual/>
              <w:tblW w:w="5443" w:type="dxa"/>
              <w:jc w:val="center"/>
              <w:tblCellSpacing w:w="85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1814"/>
              <w:gridCol w:w="1814"/>
            </w:tblGrid>
            <w:tr>
              <w:trPr>
                <w:cantSplit/>
              </w:trPr>
              <w:tc>
                <w:tcPr>
                  <w:tcW w:type="dxa" w:w="3439"/>
                  <w:tcW w:w="1814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2980B9"/>
                      <w:sz w:val="32"/>
                      <w:szCs w:val="32"/>
                      <w:rtl/>
                    </w:rPr>
                    <w:t>1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6000" cy="936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f9f1_26_None_False.jpg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000" cy="93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814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2980B9"/>
                      <w:sz w:val="32"/>
                      <w:szCs w:val="32"/>
                      <w:rtl/>
                    </w:rPr>
                    <w:t>2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6000" cy="936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f4ac_26_None_False.jp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000" cy="93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814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34" w:type="dxa"/>
                    <w:left w:w="34" w:type="dxa"/>
                    <w:bottom w:w="34" w:type="dxa"/>
                    <w:right w:w="34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color w:val="2980B9"/>
                      <w:sz w:val="32"/>
                      <w:szCs w:val="32"/>
                      <w:rtl/>
                    </w:rPr>
                    <w:t>3</w:t>
                  </w:r>
                </w:p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6000" cy="936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1f30d_26_None_False.jpg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000" cy="93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34"/>
                <w:szCs w:val="34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 xml:space="preserve">   אַנְשֵׁי בָּבֶל בָּנוּ עִיר וּמִגְדָּל.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34"/>
                <w:szCs w:val="34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 xml:space="preserve">   הֵם הִתְפַּזְּרוּ בְּכׇל הָעוֹלָם.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555555"/>
                <w:sz w:val="34"/>
                <w:szCs w:val="34"/>
                <w:rtl/>
              </w:rPr>
              <w:t>[     ]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 xml:space="preserve">   ה' בִּלְבֵּל אֶת הַשָּׂפָה שֶׁלָּהֶם.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7AE60"/>
              <w:left w:val="single" w:sz="8" w:space="0" w:color="27AE60"/>
              <w:bottom w:val="single" w:sz="8" w:space="0" w:color="27AE60"/>
              <w:right w:val="single" w:sz="8" w:space="0" w:color="27AE60"/>
            </w:tcBorders>
            <w:shd w:val="clear" w:color="auto" w:fill="27AE60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דַּף עֲבוֹדָה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: לֶךְ לְךָ – אַבְרָהָם יוֹצֵא לַדֶּרֶךְ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בְּרֵאשִׁית פְּרָקִים יב–יג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F0B429"/>
              <w:left w:val="single" w:sz="14" w:space="0" w:color="F0B429"/>
              <w:bottom w:val="single" w:sz="14" w:space="0" w:color="F0B429"/>
              <w:right w:val="single" w:sz="14" w:space="0" w:color="F0B429"/>
            </w:tcBorders>
            <w:shd w:val="clear" w:color="auto" w:fill="FFFB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27AE60"/>
                <w:sz w:val="34"/>
                <w:szCs w:val="34"/>
                <w:rtl/>
              </w:rPr>
              <w:t xml:space="preserve">בְּקִצּוּר: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אַבְרָם הָלַךְ לְאֶרֶץ כְּנַעַן כְּמוֹ שֶׁצִּוָּה ה', וְעָשָׂה שָׁלוֹם עִם לוֹט.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הַשְׁלִימוּ אֶת הַפָּסוּק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6123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וּמִמּוֹלַדְתְּךָ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וּמִבֵּית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וַיֹּאמֶר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12" w:lineRule="auto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__________ ה' אֶל־אַבְרָם לֶךְ־לְךָ מֵאַרְצְךָ __________ __________ אָבִיךָ אֶל־הָאָרֶץ אֲשֶׁר אַרְאֶךָּ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(בראשית יב, א)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 מִלָּה לְהֶסְבֵּר</w:t>
            </w:r>
          </w:p>
          <w:tbl>
            <w:tblPr>
              <w:bidiVisual/>
              <w:tblW w:w="10546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762"/>
              <w:gridCol w:w="567"/>
              <w:gridCol w:w="1247"/>
              <w:gridCol w:w="567"/>
              <w:gridCol w:w="3402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מוֹלֶדֶת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רִיב, וִכּוּחַ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מְרִיבָה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הַמָּקוֹם שֶׁבּוֹ נוֹלַד הָאָדָם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אֶרֶץ כְּנַעַן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אֶרֶץ יִשְׂרָאֵל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עֲנוּ עַל הַשְּׁאֵלוֹת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מִי הָלַךְ עִם אַבְרָם?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מָה אָמַר אַבְרָם לְלוֹט כְּשֶׁהָרוֹעִים רָבוּ?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p>
      <w:pPr>
        <w:bidi/>
        <w:spacing w:before="0" w:after="0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7950B"/>
              <w:left w:val="single" w:sz="8" w:space="0" w:color="B7950B"/>
              <w:bottom w:val="single" w:sz="8" w:space="0" w:color="B7950B"/>
              <w:right w:val="single" w:sz="8" w:space="0" w:color="B7950B"/>
            </w:tcBorders>
            <w:shd w:val="clear" w:color="auto" w:fill="B7950B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 xml:space="preserve">דַּף עֲבוֹדָה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9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: כַּכּוֹכָבִים – בְּרִית בֵּין הַבְּתָרִים וּבְרִית מִילָה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בְּרֵאשִׁית פְּרָקִים טו–יז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4" w:space="0" w:color="F0B429"/>
              <w:left w:val="single" w:sz="14" w:space="0" w:color="F0B429"/>
              <w:bottom w:val="single" w:sz="14" w:space="0" w:color="F0B429"/>
              <w:right w:val="single" w:sz="14" w:space="0" w:color="F0B429"/>
            </w:tcBorders>
            <w:shd w:val="clear" w:color="auto" w:fill="FFFB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B7950B"/>
                <w:sz w:val="34"/>
                <w:szCs w:val="34"/>
                <w:rtl/>
              </w:rPr>
              <w:t xml:space="preserve">בְּקִצּוּר: </w:t>
            </w: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ה' הִבְטִיחַ לְאַבְרָהָם צֶאֱצָאִים רַבִּים כַּכּוֹכָבִים וְנָתַן לוֹ בְּרִית מִילָה.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הַשְׁלִימוּ אֶת הַפָּסוּק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6123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הַחוּצָה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הַשָּׁמַיְמָה</w:t>
                  </w:r>
                </w:p>
              </w:tc>
              <w:tc>
                <w:tcPr>
                  <w:tcW w:type="dxa" w:w="343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הַכּוֹכָבִים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12" w:lineRule="auto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וַיּוֹצֵא אֹתוֹ __________ וַיֹּאמֶר הַבֶּט־נָא __________ וּסְפֹר __________ אִם־תּוּכַל לִסְפֹּר אֹתָם וַיֹּאמֶר לוֹ כֹּה יִהְיֶה זַרְעֶךָ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6"/>
                <w:szCs w:val="26"/>
                <w:rtl/>
              </w:rPr>
              <w:t>(בראשית טו, ה)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מַתְאִימִים מִלָּה לְהֶסְבֵּר</w:t>
            </w:r>
          </w:p>
          <w:tbl>
            <w:tblPr>
              <w:bidiVisual/>
              <w:tblW w:w="10546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762"/>
              <w:gridCol w:w="567"/>
              <w:gridCol w:w="1247"/>
              <w:gridCol w:w="567"/>
              <w:gridCol w:w="3402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הַבֶּט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הַבְטָחָה בֵּין ה' לְאַבְרָהָם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זֶרַע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תִּסְתַּכֵּל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762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בְּרִית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402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יְלָדִים וּנְכָדִים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B7950B"/>
              <w:left w:val="single" w:sz="24" w:space="0" w:color="B7950B"/>
              <w:bottom w:val="single" w:sz="24" w:space="0" w:color="B7950B"/>
              <w:right w:val="single" w:sz="24" w:space="0" w:color="B7950B"/>
            </w:tcBorders>
            <w:shd w:val="clear" w:color="auto" w:fill="FBF6E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B7950B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עֲנוּ עַל הַשְּׁאֵלוֹת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אֵיךְ נִקְרֵאת הַבְּרִית שֶׁל הַכּוֹכָבִים?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4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4"/>
                <w:szCs w:val="34"/>
                <w:rtl/>
              </w:rPr>
              <w:t>. אֵיזוֹ מִצְוָה קִבֵּל אַבְרָהָם?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67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  <w:p>
    <w:pPr>
      <w:bidi/>
      <w:spacing w:before="0" w:after="0"/>
      <w:jc w:val="both"/>
    </w:pPr>
    <w:r>
      <w:rPr>
        <w:rFonts w:ascii="David Libre" w:hAnsi="David Libre" w:cs="David Libre" w:eastAsia="David Libre"/>
        <w:color w:val="333333"/>
        <w:sz w:val="26"/>
        <w:szCs w:val="26"/>
        <w:rtl/>
      </w:rPr>
      <w:t>שם פרטי: ________________      שם משפחה: ________________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Relationship Id="rId21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