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מַחְוָן – דַּפֵּי עֲבוֹדָה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בְּרִיאַת הָעוֹלָם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בָּרָא אֶת הָעוֹלָם בְּשִׁשָּׁה יָמִים.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בְּרֵאשִׁית בָּרָא אֱלֹהִים אֵת הַשָּׁמַיִם וְאֵת 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א, 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בָּרָא  ←  עָשָׂה מִשֶּׁהוּ חָדָשׁ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יַבָּשָׁה  ←  אֲדָמָה שֶׁאֵין עָלֶיהָ מַיִם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רָקִיעַ  ←  הַשָּׁמַיִם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בָּרָא אוֹר.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בָּרָא עֵצִים וּצְמָחִים.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בָּרָא יָם וִיבֵשָׁה.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יוֹם הַשַּׁבָּת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ב, פְּסוּקִים א–ג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בַּיּוֹם הַשְּׁבִיעִי ה' שָׁבַת וְקִדֵּשׁ אֶת יוֹם הַשַּׁבָּת.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וַיְבָרֶךְ אֱלֹהִים אֶת־יוֹם הַשְּׁבִיעִי וַיְקַדֵּשׁ אֹתוֹ כִּי בוֹ שָׁבַת מִכׇּל־מְלַאכְתּוֹ אֲשֶׁר־בָּרָא אֱלֹהִים לַעֲשׂוֹת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ב, 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שָׁבַת  ←  נָח, הִפְסִיק לַעֲבֹד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קִדֵּשׁ  ←  עָשָׂה לְיוֹם מְיֻחָד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מְלָאכָה  ←  עֲבוֹדָה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עָשָׂה ה' לַיּוֹם הַשְּׁבִיעִי?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בֵּרַךְ אוֹתוֹ וְקִדֵּשׁ אוֹתוֹ.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אֲנַחְנוּ שׁוֹמְרִים שַׁבָּת?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נָחִים, מִתְפַּלְּלִים, עוֹשִׂים קִדּוּשׁ וְלֹא עוֹשִׂים מְלָאכָה.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גַּן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ב–ג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שָׂם אֶת הָאָדָם בְּגַן עֵדֶן וְצִוָּה עָלָיו לֹא לֶאֱכֹל מֵעֵץ הַדַּעַת.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וַיִּקַּח ה' אֱלֹהִים אֶת־הָאָדָם וַיַּנִּחֵהוּ בְגַן־עֵדֶן לְעׇבְדָהּ וּלְשׇׁמְרָהּ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ב, טו)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נָטַע  ←  שָׁתַל עֵצִים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עֵץ הַדַּעַת  ←  הָעֵץ שֶׁאָסוּר הָיָה לֶאֱכֹל מִמֶּנּוּ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לְעׇבְדָהּ וּלְשׇׁמְרָהּ  ←  לַעֲבֹד בַּגַּן וְלִשְׁמֹר עָלָיו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הָאָדָם יָצָא מִגַּן עֵדֶן.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בְּגַן עֵדֶן יֵשׁ עֵצִים יָפִים.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הַנָּחָשׁ שִׁכְנֵעַ לֶאֱכֹל מִן הָעֵץ.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קַיִן וְהֶבֶל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ד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קַיִן וְהֶבֶל הֵבִיאוּ מִנְחָה לַה'; קַיִן כָּעַס וּפָגַע בְּאָחִיו.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וַיֹּאמֶר ה' אֶל־קַיִן אֵי הֶבֶל אָחִיךָ וַיֹּאמֶר לֹא יָדַעְתִּי הֲשֹׁמֵר אָחִי אָנֹכִי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ד, 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מִנְחָה  ←  מַתָּנָה לַה'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רוֹעֵה צֹאן  ←  מִי שֶׁשּׁוֹמֵר עַל כְּבָשִׂים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עוֹבֵד אֲדָמָה  ←  חַקְלַאי שֶׁמְּגַדֵּל צְמָחִים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הָיְתָה הָעֲבוֹדָה שֶׁל הֶבֶל?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רוֹעֵה צֹאן.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שָׁאַל ה' אֶת קַיִן?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"אֵי הֶבֶל אָחִיךָ?"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נֹחַ וְהַתֵּבָה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ו–ז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נֹחַ הַצַּדִּיק בָּנָה תֵּבָה וְנִכְנַס אֵלֶיהָ עִם מִשְׁפַּחְתּוֹ וּבַעֲלֵי הַחַיִּים.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אֵלֶּה תּוֹלְדֹת נֹחַ נֹחַ אִישׁ צַדִּיק תָּמִים הָיָה בְּדֹרֹתָיו אֶת־הָאֱלֹהִים הִתְהַלֶּךְ־נֹחַ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ו, 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צַדִּיק  ←  אִישׁ טוֹב שֶׁעוֹשֶׂה רְצוֹן ה'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תֵּבָה  ←  סְפִינָה גְּדוֹלָה מֵעֵץ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מַבּוּל  ←  הַרְבֵּה מַיִם שֶׁכִּסּוּ אֶת הָאָרֶץ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בַּעֲלֵי הַחַיִּם נִכְנְסוּ לַתֵּבָה זוּג זוּג.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נֹחַ בָּנָה תֵּבָה גְּדוֹלָה מֵעֵץ.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יָרַד מַבּוּל שֶׁל מַיִם.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הַיּוֹנָה וְהַקֶּשֶׁת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ח–ט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הַיּוֹנָה הֵבִיאָה עֲלֵה זַיִת, וְה' שָׂם קֶשֶׁת בֶּעָנָן כְּסִימָן לְהַבְטָחָה.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אֶת־קַשְׁתִּי נָתַתִּי בֶּעָנָן וְהָיְתָה לְאוֹת בְּרִית בֵּינִי וּבֵין 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ט, יג)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עֲלֵה זַיִת  ←  עָלֶה שֶׁל עֵץ זַיִת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קֶשֶׁת  ←  קֶשֶׁת צְבָעִים בַּשָּׁמַיִם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בְּרִית  ←  הַבְטָחָה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יָמִים יָרַד הַגֶּשֶׁם?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אַרְבָּעִים יוֹם וְאַרְבָּעִים לַיְלָה.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לְמָה הַקֶּשֶׁת הִיא סִימָן?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לַבְּרִית – ה' הִבְטִיחַ שֶׁלֹּא יָבִיא עוֹד מַבּוּל.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מִגְדַּל בָּבֶל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יא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אַנְשֵׁי בָּבֶל בָּנוּ מִגְדָּל גָּבוֹהַּ, וְה' בִּלְבֵּל אֶת שְׂפָתָם.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וַיֹּאמְרוּ הָבָה נִבְנֶה־לָּנוּ עִיר וּמִגְדָּל וְרֹאשׁוֹ בַשָּׁמַיִם וְנַעֲשֶׂה־לָּנוּ שֵׁם פֶּן־נָפוּץ עַל־פְּנֵי כׇל־הָאָרֶץ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יא, 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מִגְדָּל  ←  בִּנְיָן גָּבוֹהַּ מְאוֹד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שָׂפָה  ←  לָשׁוֹן שֶׁמְּדַבְּרִים בָּהּ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נָפוּץ  ←  נִתְפַּזֵּר לְכׇל מָקוֹם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אַנְשֵׁי בָּבֶל בָּנוּ עִיר וּמִגְדָּל.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הֵם הִתְפַּזְּרוּ בְּכׇל הָעוֹלָם.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[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]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 xml:space="preserve">   ה' בִּלְבֵּל אֶת הַשָּׂפָה שֶׁלָּהֶם.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לֶךְ לְךָ – אַבְרָהָם יוֹצֵא לַדֶּרֶךְ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יב–יג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אַבְרָם הָלַךְ לְאֶרֶץ כְּנַעַן כְּמוֹ שֶׁצִּוָּה ה', וְעָשָׂה שָׁלוֹם עִם לוֹט.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וַיֹּאמֶר ה' אֶל־אַבְרָם לֶךְ־לְךָ מֵאַרְצְךָ וּמִמּוֹלַדְתְּךָ וּמִבֵּית אָבִיךָ אֶל־הָאָרֶץ אֲשֶׁר אַרְאֶךָּ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יב, 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מוֹלֶדֶת  ←  הַמָּקוֹם שֶׁבּוֹ נוֹלַד הָאָדָם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מְרִיבָה  ←  רִיב, וִכּוּחַ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אֶרֶץ כְּנַעַן  ←  אֶרֶץ יִשְׂרָאֵל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הָלַךְ עִם אַבְרָם?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מִשְׁפַּחְתּוֹ וְלוֹט בֶּן אָחִיו.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אָמַר אַבְרָם לְלוֹט כְּשֶׁהָרוֹעִים רָבוּ?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"אַל נָא תְהִי מְרִיבָה בֵּינִי וּבֵינֶךָ".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כַּכּוֹכָבִים – בְּרִית בֵּין הַבְּתָרִים וּבְרִית מִילָה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טו–יז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הִבְטִיחַ לְאַבְרָהָם צֶאֱצָאִים רַבִּים כַּכּוֹכָבִים וְנָתַן לוֹ בְּרִית מִילָה.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E8449"/>
                <w:sz w:val="36"/>
                <w:szCs w:val="36"/>
                <w:rtl/>
              </w:rPr>
              <w:t>וַיּוֹצֵא אֹתוֹ הַחוּצָה וַיֹּאמֶר הַבֶּט־נָא הַשָּׁמַיְמָה וּסְפֹר הַכּוֹכָבִים אִם־תּוּכַל לִסְפֹּר אֹתָם וַיֹּאמֶר לוֹ כֹּה יִהְיֶה זַרְעֶךָ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טו, ה)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הַבֶּט  ←  תִּסְתַּכֵּל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זֶרַע  ←  יְלָדִים וּנְכָדִים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בְּרִית  ←  הַבְטָחָה בֵּין ה' לְאַבְרָהָם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נִקְרֵאת הַבְּרִית שֶׁל הַכּוֹכָבִים?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בְּרִית בֵּין הַבְּתָרִים.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אֵיזוֹ מִצְוָה קִבֵּל אַבְרָהָם?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בְּרִית מִילָה.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