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הַכְנָסַת אוֹרְחִים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בְּרֵאשִׁית פֶּרֶק י"ח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אַבְרָהָם קִבֵּל אוֹרְחִים בְּאָהֳלוֹ, וְהֵם בִּשְּׂרוּ שֶׁיּוּלַד לוֹ בֵּן.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אֲנָשִׁים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עָלָיו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הָאֹהֶל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וְהִנֵּה שְׁלֹשָׁה ____________ נִצָּבִים ____________.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וַיָּרָץ לִקְרָאתָם מִפֶּתַח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יח,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אֹהֶל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בַּיִת עָשׂוּי יְרִיעוֹת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אוֹרְחִים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אֲנָשִׁים שֶׁבָּאִים לְבַקֵּר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מַלְאָךְ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שָׁלִיחַ שֶׁל ה'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אַבְרָהָם רָץ לִקְרַאת הָאוֹרְחִים.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אַבְרָהָם לֹא רָצָה לְקַבֵּל אוֹרְחִים.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הָאוֹרְחִים בִּשְּׂרוּ שֶׁיּוּלַד בֵּן.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