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הַכְנָסַת אוֹרְחִים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זֶה אֹהֶל וּמִי הֵם אוֹרְחִים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מַדּוּעַ אַבְרָהָם רָץ לָאוֹרְחִים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אֲנָשִׁים ← עָלָיו ← הָאֹהֶל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אֹהֶל – בַּיִת עָשׂוּי יְרִיעוֹת ; אוֹרְחִים – אֲנָשִׁים שֶׁבָּאִים לְבַקֵּר ; מַלְאָךְ – שָׁלִיחַ שֶׁל ה'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