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בְּרֵאשִׁית • פְּרָקִים יח-נ • וַיֵּרָא – וַיְחִי • כִּתָּה ב'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שֵׁם חָדָשׁ: יִשְׂרָאֵל</w:t>
      </w:r>
    </w:p>
    <w:tbl>
      <w:tblPr>
        <w:bidiVisual/>
        <w:tblW w:type="auto" w:w="0"/>
        <w:jc w:val="right"/>
        <w:tblBorders>
          <w:top w:val="single" w:sz="4" w:color="8A6D1D" w:space="0"/>
          <w:left w:val="single" w:sz="4" w:color="8A6D1D" w:space="0"/>
          <w:bottom w:val="single" w:sz="4" w:color="8A6D1D" w:space="0"/>
          <w:right w:val="single" w:sz="4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8A6D1D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5 • בְּרֵאשִׁית פֶּרֶק ל"ב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יַעֲקֹב נֶאֱבַק עִם מַלְאָךְ כָּל הַלַּיְלָה וְנִתַּן לוֹ שֵׁם חָדָשׁ: יִשְׂרָאֵל.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8A6D1D" w:space="0"/>
          <w:left w:val="single" w:sz="12" w:color="8A6D1D" w:space="0"/>
          <w:bottom w:val="single" w:sz="12" w:color="8A6D1D" w:space="0"/>
          <w:right w:val="single" w:sz="12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5EEDF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8A6D1D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שִׁמְךָ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יִשְׂרָאֵל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תּוּכָל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וַיֹּאמֶר: לֹא יַעֲקֹב יֵאָמֵר עוֹד ____________,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כִּי אִם־____________, כִּי־שָׂרִיתָ עִם־אֱלֹהִים וְעִם־אֲנָשִׁים וַ____________.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(בְּרֵאשִׁית לב, כט)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8A6D1D" w:space="0"/>
          <w:left w:val="single" w:sz="12" w:color="8A6D1D" w:space="0"/>
          <w:bottom w:val="single" w:sz="12" w:color="8A6D1D" w:space="0"/>
          <w:right w:val="single" w:sz="12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5EEDF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8A6D1D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סִמְנוּ תְּשׁוּבָה נְכוֹנָה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1. אֵיזֶה שֵׁם חָדָשׁ קִבֵּל יַעֲקֹב?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יִשְׂרָאֵל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יִצְחָק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יוֹסֵף      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2. עִם מִי נֶאֱבַק יַעֲקֹב בַּלַּיְלָה?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עִם מַלְאָךְ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עִם עֵשָׂו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עִם לָבָן      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8A6D1D" w:space="0"/>
          <w:left w:val="single" w:sz="12" w:color="8A6D1D" w:space="0"/>
          <w:bottom w:val="single" w:sz="12" w:color="8A6D1D" w:space="0"/>
          <w:right w:val="single" w:sz="12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5EEDF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8A6D1D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גִּזְרוּ וְהַדְבִּיקוּ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>גִּזְרוּ אֶת הַכַּרְטִיּוֹת בַּשּׁוּרָה הַתַּחְתּוֹנָה וְהַדְבִּיקוּ אוֹתָן בַּמָּקוֹם הַנָּכוֹן.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הַשֵּׁם הַיָּשָׁן: </w:t>
            </w:r>
            <w:r>
              <w:rPr>
                <w:rFonts w:ascii="Noto Sans Hebrew" w:hAnsi="Noto Sans Hebrew" w:cs="Noto Sans Hebrew"/>
                <w:b w:val="0"/>
                <w:color w:val="888888"/>
                <w:sz w:val="26"/>
                <w:rtl w:val="1"/>
                <w:szCs w:val="26"/>
              </w:rPr>
              <w:t xml:space="preserve">  ______________________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הַשֵּׁם הַחָדָשׁ: </w:t>
            </w:r>
            <w:r>
              <w:rPr>
                <w:rFonts w:ascii="Noto Sans Hebrew" w:hAnsi="Noto Sans Hebrew" w:cs="Noto Sans Hebrew"/>
                <w:b w:val="0"/>
                <w:color w:val="888888"/>
                <w:sz w:val="26"/>
                <w:rtl w:val="1"/>
                <w:szCs w:val="26"/>
              </w:rPr>
              <w:t xml:space="preserve">  ______________________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יַעֲקֹב נֶאֱבַק עִם: </w:t>
            </w:r>
            <w:r>
              <w:rPr>
                <w:rFonts w:ascii="Noto Sans Hebrew" w:hAnsi="Noto Sans Hebrew" w:cs="Noto Sans Hebrew"/>
                <w:b w:val="0"/>
                <w:color w:val="888888"/>
                <w:sz w:val="26"/>
                <w:rtl w:val="1"/>
                <w:szCs w:val="26"/>
              </w:rPr>
              <w:t xml:space="preserve">  ______________________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DejaVu Sans" w:hAnsi="DejaVu Sans" w:cs="DejaVu Sans"/>
                <w:b w:val="0"/>
                <w:color w:val="666666"/>
                <w:sz w:val="23"/>
                <w:rtl w:val="1"/>
                <w:szCs w:val="23"/>
              </w:rPr>
              <w:t>✂  קַו גְּזִירָה  ✂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  <w:shd w:val="clear" w:fill="FDFBF4"/>
                <w:bdr w:val="dashed" w:sz="8" w:color="666666" w:space="3"/>
              </w:rPr>
              <w:t xml:space="preserve"> יַעֲקֹב </w:t>
            </w:r>
            <w:r>
              <w:rPr>
                <w:rFonts w:ascii="Noto Sans Hebrew" w:hAnsi="Noto Sans Hebrew" w:cs="Noto Sans Hebrew"/>
                <w:b w:val="0"/>
                <w:color w:val="262626"/>
                <w:sz w:val="30"/>
                <w:rtl w:val="1"/>
                <w:szCs w:val="30"/>
              </w:rPr>
              <w:t xml:space="preserve">   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  <w:shd w:val="clear" w:fill="FDFBF4"/>
                <w:bdr w:val="dashed" w:sz="8" w:color="666666" w:space="3"/>
              </w:rPr>
              <w:t xml:space="preserve"> יִשְׂרָאֵל </w:t>
            </w:r>
            <w:r>
              <w:rPr>
                <w:rFonts w:ascii="Noto Sans Hebrew" w:hAnsi="Noto Sans Hebrew" w:cs="Noto Sans Hebrew"/>
                <w:b w:val="0"/>
                <w:color w:val="262626"/>
                <w:sz w:val="30"/>
                <w:rtl w:val="1"/>
                <w:szCs w:val="30"/>
              </w:rPr>
              <w:t xml:space="preserve">   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  <w:shd w:val="clear" w:fill="FDFBF4"/>
                <w:bdr w:val="dashed" w:sz="8" w:color="666666" w:space="3"/>
              </w:rPr>
              <w:t xml:space="preserve"> מַלְאָךְ </w:t>
            </w:r>
            <w:r>
              <w:rPr>
                <w:rFonts w:ascii="Noto Sans Hebrew" w:hAnsi="Noto Sans Hebrew" w:cs="Noto Sans Hebrew"/>
                <w:b w:val="0"/>
                <w:color w:val="262626"/>
                <w:sz w:val="30"/>
                <w:rtl w:val="1"/>
                <w:szCs w:val="30"/>
              </w:rPr>
              <w:t xml:space="preserve">     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