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חֻמַּשׁ בְּרֵאשִׁית • פְּרָקִים יח-נ • וַיֵּרָא – וַיְחִי • כִּתָּה ב'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כְּתֹנֶת הַפַּסִּים</w:t>
      </w:r>
    </w:p>
    <w:tbl>
      <w:tblPr>
        <w:bidiVisual/>
        <w:tblW w:type="auto" w:w="0"/>
        <w:jc w:val="right"/>
        <w:tblBorders>
          <w:top w:val="single" w:sz="4" w:color="C55A11" w:space="0"/>
          <w:left w:val="single" w:sz="4" w:color="C55A11" w:space="0"/>
          <w:bottom w:val="single" w:sz="4" w:color="C55A11" w:space="0"/>
          <w:right w:val="single" w:sz="4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C55A11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6 • בְּרֵאשִׁית פֶּרֶק ל"ז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יַעֲקֹב אָהַב אֶת יוֹסֵף מְאוֹד וְעָשָׂה לוֹ כְּתֹנֶת פַּסִּים; הָאַחִים קִנְּאוּ בְּיוֹסֵף.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C55A11" w:space="0"/>
          <w:left w:val="single" w:sz="12" w:color="C55A11" w:space="0"/>
          <w:bottom w:val="single" w:sz="12" w:color="C55A11" w:space="0"/>
          <w:right w:val="single" w:sz="12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BEFE6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C55A11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בָּנָיו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פַּסִּים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וְיִשְׂרָאֵל אָהַב אֶת־יוֹסֵף מִכָּל־____________,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וְעָשָׂה לוֹ כְּתֹנֶת ____________.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(בְּרֵאשִׁית לז, ג)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C55A11" w:space="0"/>
          <w:left w:val="single" w:sz="12" w:color="C55A11" w:space="0"/>
          <w:bottom w:val="single" w:sz="12" w:color="C55A11" w:space="0"/>
          <w:right w:val="single" w:sz="12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BEFE6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C55A11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מַתְאִימִים מִלָּה לְהֶסְבֵּר</w:t>
            </w:r>
          </w:p>
          <w:tbl>
            <w:tblPr>
              <w:bidiVisual/>
              <w:tblW w:type="auto" w:w="0"/>
              <w:tblBorders>
                <w:top w:val="single" w:sz="6" w:color="C55A11" w:space="0"/>
                <w:left w:val="single" w:sz="6" w:color="C55A11" w:space="0"/>
                <w:bottom w:val="single" w:sz="6" w:color="C55A11" w:space="0"/>
                <w:right w:val="single" w:sz="6" w:color="C55A11" w:space="0"/>
                <w:insideH w:val="single" w:sz="6" w:color="C55A11" w:space="0"/>
                <w:insideV w:val="single" w:sz="6" w:color="C55A11" w:space="0"/>
              </w:tblBorders>
              <w:tblLayout w:type="fixed"/>
              <w:tblCellMar>
                <w:top w:w="60" w:type="dxa"/>
                <w:left w:w="100" w:type="dxa"/>
                <w:bottom w:w="60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3118"/>
              <w:gridCol w:w="793"/>
              <w:gridCol w:w="5952"/>
            </w:tblGrid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כְּתֹנֶת פַּסִּים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בֶּגֶד מְיֻחָד עִם פַּסִּים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קִנְאָה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רוֹצֶה מָה שֶׁיֵּשׁ לָאַחֵר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חֲלוֹמוֹת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יוֹסֵף חָלַם וְסִפֵּר לָאַחִים</w:t>
                  </w:r>
                </w:p>
              </w:tc>
            </w:tr>
          </w:tbl>
          <w:p/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C55A11" w:space="0"/>
          <w:left w:val="single" w:sz="12" w:color="C55A11" w:space="0"/>
          <w:bottom w:val="single" w:sz="12" w:color="C55A11" w:space="0"/>
          <w:right w:val="single" w:sz="12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BEFE6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C55A11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נָכוֹן אוֹ 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יַעֲקֹב עָשָׂה לְיוֹסֵף כְּתֹנֶת פַּסִּים.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הָאַחִים שָׂמְחוּ שֶׁיוֹסֵף קִבֵּל מַתָּנָה.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יוֹסֵף חָלַם חֲלוֹמוֹת וְסִפֵּר לָאַחִים.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