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כְּתֹנֶת הַפַּסִּים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קִבֵּל יוֹסֵף מֵאָבִיו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זֶה קִנְאָה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בָּנָיו ← פַּסִּים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כְּתֹנֶת פַּסִּים – בֶּגֶד מְיֻחָד עִם פַּסִּים ; קִנְאָה – רוֹצֶה מָה שֶׁיֵּשׁ לָאַחֵר ; חֲלוֹמוֹת – יוֹסֵף חָלַם וְסִפֵּר לָאַחִים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