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חֻמַּשׁ בְּרֵאשִׁית • פְּרָקִים יח-נ • וַיֵּרָא – וַיְחִי • כִּתָּה ב'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חֲלוֹם פַּרְעֹה</w:t>
      </w:r>
    </w:p>
    <w:tbl>
      <w:tblPr>
        <w:bidiVisual/>
        <w:tblW w:type="auto" w:w="0"/>
        <w:jc w:val="right"/>
        <w:tblBorders>
          <w:top w:val="single" w:sz="4" w:color="2E74B5" w:space="0"/>
          <w:left w:val="single" w:sz="4" w:color="2E74B5" w:space="0"/>
          <w:bottom w:val="single" w:sz="4" w:color="2E74B5" w:space="0"/>
          <w:right w:val="single" w:sz="4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2E74B5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7 • בְּרֵאשִׁית פֶּרֶק מ"א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יוֹסֵף פָּתַר אֶת חֲלוֹם פַּרְעֹה: שֶׁבַע שָׁנֵי שָׂבָע וְשֶׁבַע שָׁנֵי רָעָב, וְהוּא הָיָה לְמֶמְשָׁלָה בְּמִצְרַיִם.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2E74B5" w:space="0"/>
          <w:left w:val="single" w:sz="12" w:color="2E74B5" w:space="0"/>
          <w:bottom w:val="single" w:sz="12" w:color="2E74B5" w:space="0"/>
          <w:right w:val="single" w:sz="12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AF1F8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2E74B5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חֲלוֹם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אֶחָד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הִגִּיד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____________ פַּרְעֹה ____________ הוּא: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אֵת אֲשֶׁר הָאֱלֹהִים עֹשֶׂה ____________ לְפַרְעֹה.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(בְּרֵאשִׁית מא, כה)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2E74B5" w:space="0"/>
          <w:left w:val="single" w:sz="12" w:color="2E74B5" w:space="0"/>
          <w:bottom w:val="single" w:sz="12" w:color="2E74B5" w:space="0"/>
          <w:right w:val="single" w:sz="12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AF1F8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2E74B5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מַתְאִימִים מִלָּה לְהֶסְבֵּר</w:t>
            </w:r>
          </w:p>
          <w:tbl>
            <w:tblPr>
              <w:bidiVisual/>
              <w:tblW w:type="auto" w:w="0"/>
              <w:tblBorders>
                <w:top w:val="single" w:sz="6" w:color="2E74B5" w:space="0"/>
                <w:left w:val="single" w:sz="6" w:color="2E74B5" w:space="0"/>
                <w:bottom w:val="single" w:sz="6" w:color="2E74B5" w:space="0"/>
                <w:right w:val="single" w:sz="6" w:color="2E74B5" w:space="0"/>
                <w:insideH w:val="single" w:sz="6" w:color="2E74B5" w:space="0"/>
                <w:insideV w:val="single" w:sz="6" w:color="2E74B5" w:space="0"/>
              </w:tblBorders>
              <w:tblLayout w:type="fixed"/>
              <w:tblCellMar>
                <w:top w:w="60" w:type="dxa"/>
                <w:left w:w="100" w:type="dxa"/>
                <w:bottom w:w="60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3118"/>
              <w:gridCol w:w="793"/>
              <w:gridCol w:w="5952"/>
            </w:tblGrid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פַּרְעֹה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מֶלֶךְ מִצְרַיִם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שָׂבָע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יֵשׁ הַרְבֵּה אֹכֶל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רָעָב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אֵין מַסְפִּיק אֹכֶל</w:t>
                  </w:r>
                </w:p>
              </w:tc>
            </w:tr>
          </w:tbl>
          <w:p/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2E74B5" w:space="0"/>
          <w:left w:val="single" w:sz="12" w:color="2E74B5" w:space="0"/>
          <w:bottom w:val="single" w:sz="12" w:color="2E74B5" w:space="0"/>
          <w:right w:val="single" w:sz="12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AF1F8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2E74B5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תְּמוּנָה וּמִשְׁפָּט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>כִּתְבוּ לְיַד כָּל מִשְׁפָּט אֶת מִסְפַּר הַתְּמוּנָה הַמַּתְאִימָה.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262626"/>
                <w:sz w:val="26"/>
                <w:rtl w:val="1"/>
                <w:szCs w:val="26"/>
                <w:bCs/>
              </w:rPr>
              <w:t xml:space="preserve"> 1  </w:t>
            </w: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ow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      </w:t>
            </w:r>
            <w:r>
              <w:rPr>
                <w:rFonts w:ascii="Noto Sans Hebrew" w:hAnsi="Noto Sans Hebrew" w:cs="Noto Sans Hebrew"/>
                <w:b/>
                <w:color w:val="262626"/>
                <w:sz w:val="26"/>
                <w:rtl w:val="1"/>
                <w:szCs w:val="26"/>
                <w:bCs/>
              </w:rPr>
              <w:t xml:space="preserve"> 2  </w:t>
            </w: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wheat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      </w:t>
            </w:r>
            <w:r>
              <w:rPr>
                <w:rFonts w:ascii="Noto Sans Hebrew" w:hAnsi="Noto Sans Hebrew" w:cs="Noto Sans Hebrew"/>
                <w:b/>
                <w:color w:val="262626"/>
                <w:sz w:val="26"/>
                <w:rtl w:val="1"/>
                <w:szCs w:val="26"/>
                <w:bCs/>
              </w:rPr>
              <w:t xml:space="preserve"> 3  </w:t>
            </w: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row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      </w:t>
            </w:r>
          </w:p>
          <w:p>
            <w:pPr>
              <w:bidi w:val="1"/>
              <w:spacing w:after="80"/>
            </w:pPr>
            <w:r>
              <w:rPr>
                <w:rFonts w:ascii="DejaVu Sans" w:hAnsi="DejaVu Sans" w:cs="DejaVu Sans"/>
                <w:b w:val="0"/>
                <w:color w:val="262626"/>
                <w:sz w:val="28"/>
                <w:rtl w:val="1"/>
                <w:szCs w:val="28"/>
              </w:rPr>
              <w:t xml:space="preserve">□ 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יוֹסֵף הָיָה לְמֶמְשָׁלָה בְּמִצְרַיִם.</w:t>
            </w:r>
          </w:p>
          <w:p>
            <w:pPr>
              <w:bidi w:val="1"/>
              <w:spacing w:after="80"/>
            </w:pPr>
            <w:r>
              <w:rPr>
                <w:rFonts w:ascii="DejaVu Sans" w:hAnsi="DejaVu Sans" w:cs="DejaVu Sans"/>
                <w:b w:val="0"/>
                <w:color w:val="262626"/>
                <w:sz w:val="28"/>
                <w:rtl w:val="1"/>
                <w:szCs w:val="28"/>
              </w:rPr>
              <w:t xml:space="preserve">□ 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בַּחֲלוֹם עָלוּ פָּרוֹת מִן הַיְאֹר.</w:t>
            </w:r>
          </w:p>
          <w:p>
            <w:pPr>
              <w:bidi w:val="1"/>
              <w:spacing w:after="80"/>
            </w:pPr>
            <w:r>
              <w:rPr>
                <w:rFonts w:ascii="DejaVu Sans" w:hAnsi="DejaVu Sans" w:cs="DejaVu Sans"/>
                <w:b w:val="0"/>
                <w:color w:val="262626"/>
                <w:sz w:val="28"/>
                <w:rtl w:val="1"/>
                <w:szCs w:val="28"/>
              </w:rPr>
              <w:t xml:space="preserve">□ 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בַּחֲלוֹם הָיוּ שִׁבֳּלִים בְּרִיאוֹת וְרָזוֹת.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