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בְּרֵאשִׁית • פְּרָקִים יח-נ • וַיֵּרָא – וַיְחִי • כִּתָּה ב'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אֲנִי יוֹסֵף אֲחִיכֶם</w:t>
      </w:r>
    </w:p>
    <w:tbl>
      <w:tblPr>
        <w:bidiVisual/>
        <w:tblW w:type="auto" w:w="0"/>
        <w:jc w:val="right"/>
        <w:tblBorders>
          <w:top w:val="single" w:sz="4" w:color="B03A2E" w:space="0"/>
          <w:left w:val="single" w:sz="4" w:color="B03A2E" w:space="0"/>
          <w:bottom w:val="single" w:sz="4" w:color="B03A2E" w:space="0"/>
          <w:right w:val="single" w:sz="4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B03A2E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8 • בְּרֵאשִׁית פֶּרֶק מ"ה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יוֹסֵף מִתְגַּלֶּה לָאַחִים וְסוֹלֵחַ לָהֶם; כָּל מִשְׁפַּחַת יַעֲקֹב יוֹרֶדֶת לְמִצְרַיִם.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B03A2E" w:space="0"/>
          <w:left w:val="single" w:sz="12" w:color="B03A2E" w:space="0"/>
          <w:bottom w:val="single" w:sz="12" w:color="B03A2E" w:space="0"/>
          <w:right w:val="single" w:sz="12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9E9E7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B03A2E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יוֹסֵף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אֲחִיכֶם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מִצְרָיְמָה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וַיֹּאמֶר: אֲנִי ____________ ____________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אֲשֶׁר־מְכַרְתֶּם אֹתִי ____________.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(בְּרֵאשִׁית מה, ד)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B03A2E" w:space="0"/>
          <w:left w:val="single" w:sz="12" w:color="B03A2E" w:space="0"/>
          <w:bottom w:val="single" w:sz="12" w:color="B03A2E" w:space="0"/>
          <w:right w:val="single" w:sz="12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9E9E7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B03A2E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סִמְנוּ תְּשׁוּבָה נְכוֹנָה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1. מָה אָמַר יוֹסֵף לָאַחִים כְּשֶׁהִתְגַּלָּה?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אֲנִי יוֹסֵף אֲחִיכֶם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אֲנִי פַּרְעֹה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אֲנִי יַעֲקֹב      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2. לְאָן יָרְדָה מִשְׁפַּחַת יַעֲקֹב?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לְמִצְרַיִם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לְחָרָן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לְבָבֶל      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B03A2E" w:space="0"/>
          <w:left w:val="single" w:sz="12" w:color="B03A2E" w:space="0"/>
          <w:bottom w:val="single" w:sz="12" w:color="B03A2E" w:space="0"/>
          <w:right w:val="single" w:sz="12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9E9E7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B03A2E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גִּזְרוּ וְהַדְבִּיקוּ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>גִּזְרוּ אֶת הַכַּרְטִיּוֹת בַּשּׁוּרָה הַתַּחְתּוֹנָה וְהַדְבִּיקוּ אוֹתָן בַּמָּקוֹם הַנָּכוֹן.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יוֹסֵף גִּלָּה לָאַחִים מִי הוּא </w:t>
            </w:r>
            <w:r>
              <w:rPr>
                <w:rFonts w:ascii="Noto Sans Hebrew" w:hAnsi="Noto Sans Hebrew" w:cs="Noto Sans Hebrew"/>
                <w:b w:val="0"/>
                <w:color w:val="888888"/>
                <w:sz w:val="26"/>
                <w:rtl w:val="1"/>
                <w:szCs w:val="26"/>
              </w:rPr>
              <w:t xml:space="preserve">  ______________________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יוֹסֵף סוֹלֵחַ לָאַחִים </w:t>
            </w:r>
            <w:r>
              <w:rPr>
                <w:rFonts w:ascii="Noto Sans Hebrew" w:hAnsi="Noto Sans Hebrew" w:cs="Noto Sans Hebrew"/>
                <w:b w:val="0"/>
                <w:color w:val="888888"/>
                <w:sz w:val="26"/>
                <w:rtl w:val="1"/>
                <w:szCs w:val="26"/>
              </w:rPr>
              <w:t xml:space="preserve">  ______________________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כָּל הַמִּשְׁפָּחָה יוֹרֶדֶת לְמִצְרַיִם </w:t>
            </w:r>
            <w:r>
              <w:rPr>
                <w:rFonts w:ascii="Noto Sans Hebrew" w:hAnsi="Noto Sans Hebrew" w:cs="Noto Sans Hebrew"/>
                <w:b w:val="0"/>
                <w:color w:val="888888"/>
                <w:sz w:val="26"/>
                <w:rtl w:val="1"/>
                <w:szCs w:val="26"/>
              </w:rPr>
              <w:t xml:space="preserve">  ______________________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DejaVu Sans" w:hAnsi="DejaVu Sans" w:cs="DejaVu Sans"/>
                <w:b w:val="0"/>
                <w:color w:val="666666"/>
                <w:sz w:val="23"/>
                <w:rtl w:val="1"/>
                <w:szCs w:val="23"/>
              </w:rPr>
              <w:t>✂  קַו גְּזִירָה  ✂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  <w:shd w:val="clear" w:fill="FDFBF4"/>
                <w:bdr w:val="dashed" w:sz="8" w:color="666666" w:space="3"/>
              </w:rPr>
              <w:t xml:space="preserve"> הִתְגַּלּוּת </w:t>
            </w:r>
            <w:r>
              <w:rPr>
                <w:rFonts w:ascii="Noto Sans Hebrew" w:hAnsi="Noto Sans Hebrew" w:cs="Noto Sans Hebrew"/>
                <w:b w:val="0"/>
                <w:color w:val="262626"/>
                <w:sz w:val="30"/>
                <w:rtl w:val="1"/>
                <w:szCs w:val="30"/>
              </w:rPr>
              <w:t xml:space="preserve">   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  <w:shd w:val="clear" w:fill="FDFBF4"/>
                <w:bdr w:val="dashed" w:sz="8" w:color="666666" w:space="3"/>
              </w:rPr>
              <w:t xml:space="preserve"> סְלִיחָה </w:t>
            </w:r>
            <w:r>
              <w:rPr>
                <w:rFonts w:ascii="Noto Sans Hebrew" w:hAnsi="Noto Sans Hebrew" w:cs="Noto Sans Hebrew"/>
                <w:b w:val="0"/>
                <w:color w:val="262626"/>
                <w:sz w:val="30"/>
                <w:rtl w:val="1"/>
                <w:szCs w:val="30"/>
              </w:rPr>
              <w:t xml:space="preserve">   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  <w:shd w:val="clear" w:fill="FDFBF4"/>
                <w:bdr w:val="dashed" w:sz="8" w:color="666666" w:space="3"/>
              </w:rPr>
              <w:t xml:space="preserve"> אַחְוָה </w:t>
            </w:r>
            <w:r>
              <w:rPr>
                <w:rFonts w:ascii="Noto Sans Hebrew" w:hAnsi="Noto Sans Hebrew" w:cs="Noto Sans Hebrew"/>
                <w:b w:val="0"/>
                <w:color w:val="262626"/>
                <w:sz w:val="30"/>
                <w:rtl w:val="1"/>
                <w:szCs w:val="30"/>
              </w:rPr>
              <w:t xml:space="preserve">     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