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אֲנִי יוֹסֵף אֲחִיכֶם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8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אָמַר יוֹסֵף כְּשֶׁהִתְגַּלָּה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שֶׁיוֹסֵף סָלַח לָאַחִים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גּוֹזֵר וּמַדְבִּיק אֶת הַכַּרְטִיּוֹת בַּמָּקוֹם הַנָּכוֹן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יוֹסֵף ← אֲחִיכֶם ← מִצְרָיְמָה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אֲנִי יוֹסֵף אֲחִיכֶם, 2. לְמִצְרַיִם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גְּזִירָה וְהַדְבָּקָה: יוֹסֵף גִּלָּה לָאַחִים מִי הוּ ← הִתְגַּלּוּת, יוֹסֵף סוֹלֵחַ לָאַחִי ← סְלִיחָה, כָּל הַמִּשְׁפָּחָה יוֹרֶדֶת לְמִצְרַיִ ← אַחְוָה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